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9D4" w:rsidRDefault="00EE79D4" w:rsidP="00CF74BA">
      <w:pPr>
        <w:jc w:val="both"/>
      </w:pPr>
    </w:p>
    <w:p w:rsidR="00EE79D4" w:rsidRDefault="00EE79D4" w:rsidP="00CF74BA">
      <w:pPr>
        <w:jc w:val="both"/>
      </w:pPr>
    </w:p>
    <w:p w:rsidR="00E23E20" w:rsidRPr="009A1247" w:rsidRDefault="00EE79D4" w:rsidP="00C23669">
      <w:pPr>
        <w:spacing w:after="0"/>
        <w:jc w:val="both"/>
        <w:rPr>
          <w:rFonts w:ascii="Times New Roman" w:hAnsi="Times New Roman" w:cs="Times New Roman"/>
          <w:sz w:val="24"/>
          <w:szCs w:val="24"/>
        </w:rPr>
      </w:pPr>
      <w:r>
        <w:rPr>
          <w:noProof/>
          <w:lang w:val="es-ES" w:eastAsia="es-ES"/>
        </w:rPr>
        <w:drawing>
          <wp:inline distT="0" distB="0" distL="0" distR="0" wp14:anchorId="33B4EED2" wp14:editId="2A7986BA">
            <wp:extent cx="1647825" cy="2295525"/>
            <wp:effectExtent l="0" t="0" r="9525" b="9525"/>
            <wp:docPr id="1" name="Imagen 1" descr="desgracia-j.m. coetzee-978849759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gracia-j.m. coetzee-97884975994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2295525"/>
                    </a:xfrm>
                    <a:prstGeom prst="rect">
                      <a:avLst/>
                    </a:prstGeom>
                    <a:noFill/>
                    <a:ln>
                      <a:noFill/>
                    </a:ln>
                  </pic:spPr>
                </pic:pic>
              </a:graphicData>
            </a:graphic>
          </wp:inline>
        </w:drawing>
      </w:r>
      <w:r>
        <w:t xml:space="preserve">     </w:t>
      </w:r>
      <w:r w:rsidRPr="00C23669">
        <w:rPr>
          <w:rFonts w:ascii="Times New Roman" w:hAnsi="Times New Roman" w:cs="Times New Roman"/>
          <w:sz w:val="28"/>
          <w:szCs w:val="28"/>
        </w:rPr>
        <w:t xml:space="preserve">  </w:t>
      </w:r>
      <w:r w:rsidR="0038245A" w:rsidRPr="009A1247">
        <w:rPr>
          <w:rFonts w:ascii="Times New Roman" w:hAnsi="Times New Roman" w:cs="Times New Roman"/>
          <w:sz w:val="24"/>
          <w:szCs w:val="24"/>
        </w:rPr>
        <w:t xml:space="preserve">La </w:t>
      </w:r>
      <w:proofErr w:type="spellStart"/>
      <w:r w:rsidR="0038245A" w:rsidRPr="009A1247">
        <w:rPr>
          <w:rFonts w:ascii="Times New Roman" w:hAnsi="Times New Roman" w:cs="Times New Roman"/>
          <w:sz w:val="24"/>
          <w:szCs w:val="24"/>
        </w:rPr>
        <w:t>novela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Desgracia</w:t>
      </w:r>
      <w:proofErr w:type="spellEnd"/>
      <w:r w:rsidR="0038245A" w:rsidRPr="009A1247">
        <w:rPr>
          <w:rFonts w:ascii="Times New Roman" w:hAnsi="Times New Roman" w:cs="Times New Roman"/>
          <w:sz w:val="24"/>
          <w:szCs w:val="24"/>
        </w:rPr>
        <w:t xml:space="preserve"> (1999), del Nobel </w:t>
      </w:r>
      <w:proofErr w:type="spellStart"/>
      <w:r w:rsidR="0038245A" w:rsidRPr="009A1247">
        <w:rPr>
          <w:rFonts w:ascii="Times New Roman" w:hAnsi="Times New Roman" w:cs="Times New Roman"/>
          <w:sz w:val="24"/>
          <w:szCs w:val="24"/>
        </w:rPr>
        <w:t>sudafricano</w:t>
      </w:r>
      <w:proofErr w:type="spellEnd"/>
      <w:r w:rsidR="0038245A" w:rsidRPr="009A1247">
        <w:rPr>
          <w:rFonts w:ascii="Times New Roman" w:hAnsi="Times New Roman" w:cs="Times New Roman"/>
          <w:sz w:val="24"/>
          <w:szCs w:val="24"/>
        </w:rPr>
        <w:t xml:space="preserve"> J. M. Coetzee, se </w:t>
      </w:r>
      <w:proofErr w:type="spellStart"/>
      <w:r w:rsidR="0038245A" w:rsidRPr="009A1247">
        <w:rPr>
          <w:rFonts w:ascii="Times New Roman" w:hAnsi="Times New Roman" w:cs="Times New Roman"/>
          <w:sz w:val="24"/>
          <w:szCs w:val="24"/>
        </w:rPr>
        <w:t>erige</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como</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una</w:t>
      </w:r>
      <w:proofErr w:type="spellEnd"/>
      <w:r w:rsidR="0038245A" w:rsidRPr="009A1247">
        <w:rPr>
          <w:rFonts w:ascii="Times New Roman" w:hAnsi="Times New Roman" w:cs="Times New Roman"/>
          <w:sz w:val="24"/>
          <w:szCs w:val="24"/>
        </w:rPr>
        <w:t xml:space="preserve"> de las </w:t>
      </w:r>
      <w:proofErr w:type="spellStart"/>
      <w:r w:rsidR="0038245A" w:rsidRPr="009A1247">
        <w:rPr>
          <w:rFonts w:ascii="Times New Roman" w:hAnsi="Times New Roman" w:cs="Times New Roman"/>
          <w:sz w:val="24"/>
          <w:szCs w:val="24"/>
        </w:rPr>
        <w:t>obras</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más</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lúcidas</w:t>
      </w:r>
      <w:proofErr w:type="spellEnd"/>
      <w:r w:rsidR="0038245A" w:rsidRPr="009A1247">
        <w:rPr>
          <w:rFonts w:ascii="Times New Roman" w:hAnsi="Times New Roman" w:cs="Times New Roman"/>
          <w:sz w:val="24"/>
          <w:szCs w:val="24"/>
        </w:rPr>
        <w:t xml:space="preserve"> y </w:t>
      </w:r>
      <w:proofErr w:type="spellStart"/>
      <w:r w:rsidR="0038245A" w:rsidRPr="009A1247">
        <w:rPr>
          <w:rFonts w:ascii="Times New Roman" w:hAnsi="Times New Roman" w:cs="Times New Roman"/>
          <w:sz w:val="24"/>
          <w:szCs w:val="24"/>
        </w:rPr>
        <w:t>desoladoras</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sobre</w:t>
      </w:r>
      <w:proofErr w:type="spellEnd"/>
      <w:r w:rsidR="0038245A" w:rsidRPr="009A1247">
        <w:rPr>
          <w:rFonts w:ascii="Times New Roman" w:hAnsi="Times New Roman" w:cs="Times New Roman"/>
          <w:sz w:val="24"/>
          <w:szCs w:val="24"/>
        </w:rPr>
        <w:t xml:space="preserve"> la </w:t>
      </w:r>
      <w:proofErr w:type="spellStart"/>
      <w:r w:rsidR="0038245A" w:rsidRPr="009A1247">
        <w:rPr>
          <w:rFonts w:ascii="Times New Roman" w:hAnsi="Times New Roman" w:cs="Times New Roman"/>
          <w:sz w:val="24"/>
          <w:szCs w:val="24"/>
        </w:rPr>
        <w:t>condición</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humana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en</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tiempos</w:t>
      </w:r>
      <w:proofErr w:type="spellEnd"/>
      <w:r w:rsidR="0038245A" w:rsidRPr="009A1247">
        <w:rPr>
          <w:rFonts w:ascii="Times New Roman" w:hAnsi="Times New Roman" w:cs="Times New Roman"/>
          <w:sz w:val="24"/>
          <w:szCs w:val="24"/>
        </w:rPr>
        <w:t xml:space="preserve"> de </w:t>
      </w:r>
      <w:proofErr w:type="spellStart"/>
      <w:r w:rsidR="0038245A" w:rsidRPr="009A1247">
        <w:rPr>
          <w:rFonts w:ascii="Times New Roman" w:hAnsi="Times New Roman" w:cs="Times New Roman"/>
          <w:sz w:val="24"/>
          <w:szCs w:val="24"/>
        </w:rPr>
        <w:t>transformación</w:t>
      </w:r>
      <w:proofErr w:type="spellEnd"/>
      <w:r w:rsidR="0038245A" w:rsidRPr="009A1247">
        <w:rPr>
          <w:rFonts w:ascii="Times New Roman" w:hAnsi="Times New Roman" w:cs="Times New Roman"/>
          <w:sz w:val="24"/>
          <w:szCs w:val="24"/>
        </w:rPr>
        <w:t xml:space="preserve"> moral y </w:t>
      </w:r>
      <w:proofErr w:type="spellStart"/>
      <w:r w:rsidR="0038245A" w:rsidRPr="009A1247">
        <w:rPr>
          <w:rFonts w:ascii="Times New Roman" w:hAnsi="Times New Roman" w:cs="Times New Roman"/>
          <w:sz w:val="24"/>
          <w:szCs w:val="24"/>
        </w:rPr>
        <w:t>política</w:t>
      </w:r>
      <w:proofErr w:type="spellEnd"/>
      <w:r w:rsidR="0038245A" w:rsidRPr="009A1247">
        <w:rPr>
          <w:rFonts w:ascii="Times New Roman" w:hAnsi="Times New Roman" w:cs="Times New Roman"/>
          <w:sz w:val="24"/>
          <w:szCs w:val="24"/>
        </w:rPr>
        <w:t xml:space="preserve">. </w:t>
      </w:r>
      <w:r w:rsidR="002C3B0C"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Ambientad</w:t>
      </w:r>
      <w:r w:rsidR="002C3B0C" w:rsidRPr="009A1247">
        <w:rPr>
          <w:rFonts w:ascii="Times New Roman" w:hAnsi="Times New Roman" w:cs="Times New Roman"/>
          <w:sz w:val="24"/>
          <w:szCs w:val="24"/>
        </w:rPr>
        <w:t>a</w:t>
      </w:r>
      <w:proofErr w:type="spellEnd"/>
      <w:r w:rsidR="002C3B0C" w:rsidRPr="009A1247">
        <w:rPr>
          <w:rFonts w:ascii="Times New Roman" w:hAnsi="Times New Roman" w:cs="Times New Roman"/>
          <w:sz w:val="24"/>
          <w:szCs w:val="24"/>
        </w:rPr>
        <w:t xml:space="preserve"> </w:t>
      </w:r>
      <w:proofErr w:type="spellStart"/>
      <w:r w:rsidR="002C3B0C" w:rsidRPr="009A1247">
        <w:rPr>
          <w:rFonts w:ascii="Times New Roman" w:hAnsi="Times New Roman" w:cs="Times New Roman"/>
          <w:sz w:val="24"/>
          <w:szCs w:val="24"/>
        </w:rPr>
        <w:t>en</w:t>
      </w:r>
      <w:proofErr w:type="spellEnd"/>
      <w:r w:rsidR="002C3B0C" w:rsidRPr="009A1247">
        <w:rPr>
          <w:rFonts w:ascii="Times New Roman" w:hAnsi="Times New Roman" w:cs="Times New Roman"/>
          <w:sz w:val="24"/>
          <w:szCs w:val="24"/>
        </w:rPr>
        <w:t xml:space="preserve"> la </w:t>
      </w:r>
      <w:proofErr w:type="spellStart"/>
      <w:r w:rsidR="002C3B0C" w:rsidRPr="009A1247">
        <w:rPr>
          <w:rFonts w:ascii="Times New Roman" w:hAnsi="Times New Roman" w:cs="Times New Roman"/>
          <w:sz w:val="24"/>
          <w:szCs w:val="24"/>
        </w:rPr>
        <w:t>Sudáfrica</w:t>
      </w:r>
      <w:proofErr w:type="spellEnd"/>
      <w:r w:rsidR="002C3B0C" w:rsidRPr="009A1247">
        <w:rPr>
          <w:rFonts w:ascii="Times New Roman" w:hAnsi="Times New Roman" w:cs="Times New Roman"/>
          <w:sz w:val="24"/>
          <w:szCs w:val="24"/>
        </w:rPr>
        <w:t xml:space="preserve"> post</w:t>
      </w:r>
      <w:r w:rsidR="00C23669" w:rsidRPr="009A1247">
        <w:rPr>
          <w:rFonts w:ascii="Times New Roman" w:hAnsi="Times New Roman" w:cs="Times New Roman"/>
          <w:sz w:val="24"/>
          <w:szCs w:val="24"/>
        </w:rPr>
        <w:t>-</w:t>
      </w:r>
      <w:r w:rsidR="002C3B0C" w:rsidRPr="009A1247">
        <w:rPr>
          <w:rFonts w:ascii="Times New Roman" w:hAnsi="Times New Roman" w:cs="Times New Roman"/>
          <w:sz w:val="24"/>
          <w:szCs w:val="24"/>
        </w:rPr>
        <w:t>A</w:t>
      </w:r>
      <w:r w:rsidR="0038245A" w:rsidRPr="009A1247">
        <w:rPr>
          <w:rFonts w:ascii="Times New Roman" w:hAnsi="Times New Roman" w:cs="Times New Roman"/>
          <w:sz w:val="24"/>
          <w:szCs w:val="24"/>
        </w:rPr>
        <w:t xml:space="preserve">partheid, la </w:t>
      </w:r>
      <w:proofErr w:type="spellStart"/>
      <w:r w:rsidR="0038245A" w:rsidRPr="009A1247">
        <w:rPr>
          <w:rFonts w:ascii="Times New Roman" w:hAnsi="Times New Roman" w:cs="Times New Roman"/>
          <w:sz w:val="24"/>
          <w:szCs w:val="24"/>
        </w:rPr>
        <w:t>historia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narra</w:t>
      </w:r>
      <w:proofErr w:type="spellEnd"/>
      <w:r w:rsidR="0038245A" w:rsidRPr="009A1247">
        <w:rPr>
          <w:rFonts w:ascii="Times New Roman" w:hAnsi="Times New Roman" w:cs="Times New Roman"/>
          <w:sz w:val="24"/>
          <w:szCs w:val="24"/>
        </w:rPr>
        <w:t xml:space="preserve"> la </w:t>
      </w:r>
      <w:proofErr w:type="spellStart"/>
      <w:r w:rsidR="0038245A" w:rsidRPr="009A1247">
        <w:rPr>
          <w:rFonts w:ascii="Times New Roman" w:hAnsi="Times New Roman" w:cs="Times New Roman"/>
          <w:sz w:val="24"/>
          <w:szCs w:val="24"/>
        </w:rPr>
        <w:t>caída</w:t>
      </w:r>
      <w:proofErr w:type="spellEnd"/>
      <w:r w:rsidR="0038245A" w:rsidRPr="009A1247">
        <w:rPr>
          <w:rFonts w:ascii="Times New Roman" w:hAnsi="Times New Roman" w:cs="Times New Roman"/>
          <w:sz w:val="24"/>
          <w:szCs w:val="24"/>
        </w:rPr>
        <w:t xml:space="preserve"> del </w:t>
      </w:r>
      <w:proofErr w:type="spellStart"/>
      <w:r w:rsidR="0038245A" w:rsidRPr="009A1247">
        <w:rPr>
          <w:rFonts w:ascii="Times New Roman" w:hAnsi="Times New Roman" w:cs="Times New Roman"/>
          <w:sz w:val="24"/>
          <w:szCs w:val="24"/>
        </w:rPr>
        <w:t>profesor</w:t>
      </w:r>
      <w:proofErr w:type="spellEnd"/>
      <w:r w:rsidR="0038245A" w:rsidRPr="009A1247">
        <w:rPr>
          <w:rFonts w:ascii="Times New Roman" w:hAnsi="Times New Roman" w:cs="Times New Roman"/>
          <w:sz w:val="24"/>
          <w:szCs w:val="24"/>
        </w:rPr>
        <w:t xml:space="preserve"> David Lurie, un hombre de </w:t>
      </w:r>
      <w:proofErr w:type="spellStart"/>
      <w:r w:rsidR="0038245A" w:rsidRPr="009A1247">
        <w:rPr>
          <w:rFonts w:ascii="Times New Roman" w:hAnsi="Times New Roman" w:cs="Times New Roman"/>
          <w:sz w:val="24"/>
          <w:szCs w:val="24"/>
        </w:rPr>
        <w:t>mediana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edad</w:t>
      </w:r>
      <w:proofErr w:type="spellEnd"/>
      <w:r w:rsidR="0038245A" w:rsidRPr="009A1247">
        <w:rPr>
          <w:rFonts w:ascii="Times New Roman" w:hAnsi="Times New Roman" w:cs="Times New Roman"/>
          <w:sz w:val="24"/>
          <w:szCs w:val="24"/>
        </w:rPr>
        <w:t xml:space="preserve"> que, </w:t>
      </w:r>
      <w:proofErr w:type="spellStart"/>
      <w:r w:rsidR="0038245A" w:rsidRPr="009A1247">
        <w:rPr>
          <w:rFonts w:ascii="Times New Roman" w:hAnsi="Times New Roman" w:cs="Times New Roman"/>
          <w:sz w:val="24"/>
          <w:szCs w:val="24"/>
        </w:rPr>
        <w:t>tras</w:t>
      </w:r>
      <w:proofErr w:type="spellEnd"/>
      <w:r w:rsidR="0038245A" w:rsidRPr="009A1247">
        <w:rPr>
          <w:rFonts w:ascii="Times New Roman" w:hAnsi="Times New Roman" w:cs="Times New Roman"/>
          <w:sz w:val="24"/>
          <w:szCs w:val="24"/>
        </w:rPr>
        <w:t xml:space="preserve"> un </w:t>
      </w:r>
      <w:proofErr w:type="spellStart"/>
      <w:r w:rsidR="0038245A" w:rsidRPr="009A1247">
        <w:rPr>
          <w:rFonts w:ascii="Times New Roman" w:hAnsi="Times New Roman" w:cs="Times New Roman"/>
          <w:sz w:val="24"/>
          <w:szCs w:val="24"/>
        </w:rPr>
        <w:t>escándalo</w:t>
      </w:r>
      <w:proofErr w:type="spellEnd"/>
      <w:r w:rsidR="0038245A" w:rsidRPr="009A1247">
        <w:rPr>
          <w:rFonts w:ascii="Times New Roman" w:hAnsi="Times New Roman" w:cs="Times New Roman"/>
          <w:sz w:val="24"/>
          <w:szCs w:val="24"/>
        </w:rPr>
        <w:t xml:space="preserve"> sexual con </w:t>
      </w:r>
      <w:proofErr w:type="spellStart"/>
      <w:r w:rsidR="0038245A" w:rsidRPr="009A1247">
        <w:rPr>
          <w:rFonts w:ascii="Times New Roman" w:hAnsi="Times New Roman" w:cs="Times New Roman"/>
          <w:sz w:val="24"/>
          <w:szCs w:val="24"/>
        </w:rPr>
        <w:t>una</w:t>
      </w:r>
      <w:proofErr w:type="spellEnd"/>
      <w:r w:rsidR="0038245A" w:rsidRPr="009A1247">
        <w:rPr>
          <w:rFonts w:ascii="Times New Roman" w:hAnsi="Times New Roman" w:cs="Times New Roman"/>
          <w:sz w:val="24"/>
          <w:szCs w:val="24"/>
        </w:rPr>
        <w:t xml:space="preserve"> alumna, </w:t>
      </w:r>
      <w:proofErr w:type="spellStart"/>
      <w:r w:rsidR="0038245A" w:rsidRPr="009A1247">
        <w:rPr>
          <w:rFonts w:ascii="Times New Roman" w:hAnsi="Times New Roman" w:cs="Times New Roman"/>
          <w:sz w:val="24"/>
          <w:szCs w:val="24"/>
        </w:rPr>
        <w:t>pierde</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su</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posición</w:t>
      </w:r>
      <w:proofErr w:type="spellEnd"/>
      <w:r w:rsidR="0038245A" w:rsidRPr="009A1247">
        <w:rPr>
          <w:rFonts w:ascii="Times New Roman" w:hAnsi="Times New Roman" w:cs="Times New Roman"/>
          <w:sz w:val="24"/>
          <w:szCs w:val="24"/>
        </w:rPr>
        <w:t xml:space="preserve"> y </w:t>
      </w:r>
      <w:proofErr w:type="spellStart"/>
      <w:r w:rsidR="0038245A" w:rsidRPr="009A1247">
        <w:rPr>
          <w:rFonts w:ascii="Times New Roman" w:hAnsi="Times New Roman" w:cs="Times New Roman"/>
          <w:sz w:val="24"/>
          <w:szCs w:val="24"/>
        </w:rPr>
        <w:t>su</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identidad</w:t>
      </w:r>
      <w:proofErr w:type="spellEnd"/>
      <w:r w:rsidR="0038245A" w:rsidRPr="009A1247">
        <w:rPr>
          <w:rFonts w:ascii="Times New Roman" w:hAnsi="Times New Roman" w:cs="Times New Roman"/>
          <w:sz w:val="24"/>
          <w:szCs w:val="24"/>
        </w:rPr>
        <w:t xml:space="preserve">. Su </w:t>
      </w:r>
      <w:proofErr w:type="spellStart"/>
      <w:r w:rsidR="0038245A" w:rsidRPr="009A1247">
        <w:rPr>
          <w:rFonts w:ascii="Times New Roman" w:hAnsi="Times New Roman" w:cs="Times New Roman"/>
          <w:sz w:val="24"/>
          <w:szCs w:val="24"/>
        </w:rPr>
        <w:t>exilio</w:t>
      </w:r>
      <w:proofErr w:type="spellEnd"/>
      <w:r w:rsidR="0038245A" w:rsidRPr="009A1247">
        <w:rPr>
          <w:rFonts w:ascii="Times New Roman" w:hAnsi="Times New Roman" w:cs="Times New Roman"/>
          <w:sz w:val="24"/>
          <w:szCs w:val="24"/>
        </w:rPr>
        <w:t xml:space="preserve"> a la </w:t>
      </w:r>
      <w:proofErr w:type="spellStart"/>
      <w:r w:rsidR="0038245A" w:rsidRPr="009A1247">
        <w:rPr>
          <w:rFonts w:ascii="Times New Roman" w:hAnsi="Times New Roman" w:cs="Times New Roman"/>
          <w:sz w:val="24"/>
          <w:szCs w:val="24"/>
        </w:rPr>
        <w:t>granja</w:t>
      </w:r>
      <w:proofErr w:type="spellEnd"/>
      <w:r w:rsidR="0038245A" w:rsidRPr="009A1247">
        <w:rPr>
          <w:rFonts w:ascii="Times New Roman" w:hAnsi="Times New Roman" w:cs="Times New Roman"/>
          <w:sz w:val="24"/>
          <w:szCs w:val="24"/>
        </w:rPr>
        <w:t xml:space="preserve"> de </w:t>
      </w:r>
      <w:proofErr w:type="spellStart"/>
      <w:r w:rsidR="0038245A" w:rsidRPr="009A1247">
        <w:rPr>
          <w:rFonts w:ascii="Times New Roman" w:hAnsi="Times New Roman" w:cs="Times New Roman"/>
          <w:sz w:val="24"/>
          <w:szCs w:val="24"/>
        </w:rPr>
        <w:t>su</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hija</w:t>
      </w:r>
      <w:proofErr w:type="spellEnd"/>
      <w:r w:rsidR="0038245A" w:rsidRPr="009A1247">
        <w:rPr>
          <w:rFonts w:ascii="Times New Roman" w:hAnsi="Times New Roman" w:cs="Times New Roman"/>
          <w:sz w:val="24"/>
          <w:szCs w:val="24"/>
        </w:rPr>
        <w:t xml:space="preserve"> Lucy lo </w:t>
      </w:r>
      <w:proofErr w:type="spellStart"/>
      <w:r w:rsidR="0038245A" w:rsidRPr="009A1247">
        <w:rPr>
          <w:rFonts w:ascii="Times New Roman" w:hAnsi="Times New Roman" w:cs="Times New Roman"/>
          <w:sz w:val="24"/>
          <w:szCs w:val="24"/>
        </w:rPr>
        <w:t>enfrenta</w:t>
      </w:r>
      <w:proofErr w:type="spellEnd"/>
      <w:r w:rsidR="0038245A" w:rsidRPr="009A1247">
        <w:rPr>
          <w:rFonts w:ascii="Times New Roman" w:hAnsi="Times New Roman" w:cs="Times New Roman"/>
          <w:sz w:val="24"/>
          <w:szCs w:val="24"/>
        </w:rPr>
        <w:t xml:space="preserve"> con </w:t>
      </w:r>
      <w:proofErr w:type="spellStart"/>
      <w:r w:rsidR="0038245A" w:rsidRPr="009A1247">
        <w:rPr>
          <w:rFonts w:ascii="Times New Roman" w:hAnsi="Times New Roman" w:cs="Times New Roman"/>
          <w:sz w:val="24"/>
          <w:szCs w:val="24"/>
        </w:rPr>
        <w:t>una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realidad</w:t>
      </w:r>
      <w:proofErr w:type="spellEnd"/>
      <w:r w:rsidR="0038245A" w:rsidRPr="009A1247">
        <w:rPr>
          <w:rFonts w:ascii="Times New Roman" w:hAnsi="Times New Roman" w:cs="Times New Roman"/>
          <w:sz w:val="24"/>
          <w:szCs w:val="24"/>
        </w:rPr>
        <w:t xml:space="preserve"> rural </w:t>
      </w:r>
      <w:proofErr w:type="spellStart"/>
      <w:r w:rsidR="0038245A" w:rsidRPr="009A1247">
        <w:rPr>
          <w:rFonts w:ascii="Times New Roman" w:hAnsi="Times New Roman" w:cs="Times New Roman"/>
          <w:sz w:val="24"/>
          <w:szCs w:val="24"/>
        </w:rPr>
        <w:t>marcada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por</w:t>
      </w:r>
      <w:proofErr w:type="spellEnd"/>
      <w:r w:rsidR="0038245A" w:rsidRPr="009A1247">
        <w:rPr>
          <w:rFonts w:ascii="Times New Roman" w:hAnsi="Times New Roman" w:cs="Times New Roman"/>
          <w:sz w:val="24"/>
          <w:szCs w:val="24"/>
        </w:rPr>
        <w:t xml:space="preserve"> la </w:t>
      </w:r>
      <w:proofErr w:type="spellStart"/>
      <w:r w:rsidR="0038245A" w:rsidRPr="009A1247">
        <w:rPr>
          <w:rFonts w:ascii="Times New Roman" w:hAnsi="Times New Roman" w:cs="Times New Roman"/>
          <w:sz w:val="24"/>
          <w:szCs w:val="24"/>
        </w:rPr>
        <w:t>violencia</w:t>
      </w:r>
      <w:proofErr w:type="spellEnd"/>
      <w:r w:rsidR="0038245A" w:rsidRPr="009A1247">
        <w:rPr>
          <w:rFonts w:ascii="Times New Roman" w:hAnsi="Times New Roman" w:cs="Times New Roman"/>
          <w:sz w:val="24"/>
          <w:szCs w:val="24"/>
        </w:rPr>
        <w:t xml:space="preserve">, el </w:t>
      </w:r>
      <w:proofErr w:type="spellStart"/>
      <w:r w:rsidR="0038245A" w:rsidRPr="009A1247">
        <w:rPr>
          <w:rFonts w:ascii="Times New Roman" w:hAnsi="Times New Roman" w:cs="Times New Roman"/>
          <w:sz w:val="24"/>
          <w:szCs w:val="24"/>
        </w:rPr>
        <w:t>resentimiento</w:t>
      </w:r>
      <w:proofErr w:type="spellEnd"/>
      <w:r w:rsidR="0038245A" w:rsidRPr="009A1247">
        <w:rPr>
          <w:rFonts w:ascii="Times New Roman" w:hAnsi="Times New Roman" w:cs="Times New Roman"/>
          <w:sz w:val="24"/>
          <w:szCs w:val="24"/>
        </w:rPr>
        <w:t xml:space="preserve"> y el </w:t>
      </w:r>
      <w:proofErr w:type="spellStart"/>
      <w:r w:rsidR="0038245A" w:rsidRPr="009A1247">
        <w:rPr>
          <w:rFonts w:ascii="Times New Roman" w:hAnsi="Times New Roman" w:cs="Times New Roman"/>
          <w:sz w:val="24"/>
          <w:szCs w:val="24"/>
        </w:rPr>
        <w:t>desmoronamiento</w:t>
      </w:r>
      <w:proofErr w:type="spellEnd"/>
      <w:r w:rsidR="0038245A" w:rsidRPr="009A1247">
        <w:rPr>
          <w:rFonts w:ascii="Times New Roman" w:hAnsi="Times New Roman" w:cs="Times New Roman"/>
          <w:sz w:val="24"/>
          <w:szCs w:val="24"/>
        </w:rPr>
        <w:t xml:space="preserve"> de </w:t>
      </w:r>
      <w:proofErr w:type="spellStart"/>
      <w:r w:rsidR="0038245A" w:rsidRPr="009A1247">
        <w:rPr>
          <w:rFonts w:ascii="Times New Roman" w:hAnsi="Times New Roman" w:cs="Times New Roman"/>
          <w:sz w:val="24"/>
          <w:szCs w:val="24"/>
        </w:rPr>
        <w:t>los</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privilegios</w:t>
      </w:r>
      <w:proofErr w:type="spellEnd"/>
      <w:r w:rsidR="0038245A" w:rsidRPr="009A1247">
        <w:rPr>
          <w:rFonts w:ascii="Times New Roman" w:hAnsi="Times New Roman" w:cs="Times New Roman"/>
          <w:sz w:val="24"/>
          <w:szCs w:val="24"/>
        </w:rPr>
        <w:t xml:space="preserve"> que antes </w:t>
      </w:r>
      <w:proofErr w:type="spellStart"/>
      <w:r w:rsidR="0038245A" w:rsidRPr="009A1247">
        <w:rPr>
          <w:rFonts w:ascii="Times New Roman" w:hAnsi="Times New Roman" w:cs="Times New Roman"/>
          <w:sz w:val="24"/>
          <w:szCs w:val="24"/>
        </w:rPr>
        <w:t>sustentaban</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su</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vida</w:t>
      </w:r>
      <w:proofErr w:type="spellEnd"/>
      <w:r w:rsidR="0038245A" w:rsidRPr="009A1247">
        <w:rPr>
          <w:rFonts w:ascii="Times New Roman" w:hAnsi="Times New Roman" w:cs="Times New Roman"/>
          <w:sz w:val="24"/>
          <w:szCs w:val="24"/>
        </w:rPr>
        <w:t>.</w:t>
      </w:r>
    </w:p>
    <w:p w:rsidR="0068498E" w:rsidRPr="00C23669" w:rsidRDefault="0068498E" w:rsidP="00C23669">
      <w:pPr>
        <w:spacing w:after="0"/>
        <w:jc w:val="both"/>
        <w:rPr>
          <w:rFonts w:ascii="Times New Roman" w:hAnsi="Times New Roman" w:cs="Times New Roman"/>
          <w:sz w:val="28"/>
          <w:szCs w:val="28"/>
        </w:rPr>
      </w:pPr>
    </w:p>
    <w:p w:rsidR="0068498E" w:rsidRPr="009A1247" w:rsidRDefault="00E23E20" w:rsidP="00C23669">
      <w:pPr>
        <w:spacing w:after="0"/>
        <w:jc w:val="both"/>
        <w:rPr>
          <w:rFonts w:ascii="Times New Roman" w:hAnsi="Times New Roman" w:cs="Times New Roman"/>
          <w:sz w:val="24"/>
          <w:szCs w:val="24"/>
        </w:rPr>
      </w:pPr>
      <w:proofErr w:type="spellStart"/>
      <w:r w:rsidRPr="009A1247">
        <w:rPr>
          <w:rFonts w:ascii="Times New Roman" w:hAnsi="Times New Roman" w:cs="Times New Roman"/>
          <w:sz w:val="24"/>
          <w:szCs w:val="24"/>
        </w:rPr>
        <w:t>Desgracia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es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una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exploración</w:t>
      </w:r>
      <w:proofErr w:type="spellEnd"/>
      <w:r w:rsidRPr="009A1247">
        <w:rPr>
          <w:rFonts w:ascii="Times New Roman" w:hAnsi="Times New Roman" w:cs="Times New Roman"/>
          <w:sz w:val="24"/>
          <w:szCs w:val="24"/>
        </w:rPr>
        <w:t xml:space="preserve"> de la </w:t>
      </w:r>
      <w:proofErr w:type="spellStart"/>
      <w:r w:rsidRPr="009A1247">
        <w:rPr>
          <w:rFonts w:ascii="Times New Roman" w:hAnsi="Times New Roman" w:cs="Times New Roman"/>
          <w:sz w:val="24"/>
          <w:szCs w:val="24"/>
        </w:rPr>
        <w:t>violencia</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poder</w:t>
      </w:r>
      <w:proofErr w:type="spellEnd"/>
      <w:r w:rsidRPr="009A1247">
        <w:rPr>
          <w:rFonts w:ascii="Times New Roman" w:hAnsi="Times New Roman" w:cs="Times New Roman"/>
          <w:sz w:val="24"/>
          <w:szCs w:val="24"/>
        </w:rPr>
        <w:t xml:space="preserve">, la culpa y la </w:t>
      </w:r>
      <w:proofErr w:type="spellStart"/>
      <w:r w:rsidRPr="009A1247">
        <w:rPr>
          <w:rFonts w:ascii="Times New Roman" w:hAnsi="Times New Roman" w:cs="Times New Roman"/>
          <w:sz w:val="24"/>
          <w:szCs w:val="24"/>
        </w:rPr>
        <w:t>responsabilidad</w:t>
      </w:r>
      <w:proofErr w:type="spellEnd"/>
      <w:r w:rsidRPr="009A1247">
        <w:rPr>
          <w:rFonts w:ascii="Times New Roman" w:hAnsi="Times New Roman" w:cs="Times New Roman"/>
          <w:sz w:val="24"/>
          <w:szCs w:val="24"/>
        </w:rPr>
        <w:t xml:space="preserve"> a </w:t>
      </w:r>
      <w:proofErr w:type="spellStart"/>
      <w:r w:rsidRPr="009A1247">
        <w:rPr>
          <w:rFonts w:ascii="Times New Roman" w:hAnsi="Times New Roman" w:cs="Times New Roman"/>
          <w:sz w:val="24"/>
          <w:szCs w:val="24"/>
        </w:rPr>
        <w:t>través</w:t>
      </w:r>
      <w:proofErr w:type="spellEnd"/>
      <w:r w:rsidRPr="009A1247">
        <w:rPr>
          <w:rFonts w:ascii="Times New Roman" w:hAnsi="Times New Roman" w:cs="Times New Roman"/>
          <w:sz w:val="24"/>
          <w:szCs w:val="24"/>
        </w:rPr>
        <w:t xml:space="preserve"> de la </w:t>
      </w:r>
      <w:proofErr w:type="spellStart"/>
      <w:r w:rsidRPr="009A1247">
        <w:rPr>
          <w:rFonts w:ascii="Times New Roman" w:hAnsi="Times New Roman" w:cs="Times New Roman"/>
          <w:sz w:val="24"/>
          <w:szCs w:val="24"/>
        </w:rPr>
        <w:t>historia</w:t>
      </w:r>
      <w:proofErr w:type="spellEnd"/>
      <w:r w:rsidRPr="009A1247">
        <w:rPr>
          <w:rFonts w:ascii="Times New Roman" w:hAnsi="Times New Roman" w:cs="Times New Roman"/>
          <w:sz w:val="24"/>
          <w:szCs w:val="24"/>
        </w:rPr>
        <w:t xml:space="preserve"> de David Lurie y de </w:t>
      </w:r>
      <w:proofErr w:type="spellStart"/>
      <w:r w:rsidRPr="009A1247">
        <w:rPr>
          <w:rFonts w:ascii="Times New Roman" w:hAnsi="Times New Roman" w:cs="Times New Roman"/>
          <w:sz w:val="24"/>
          <w:szCs w:val="24"/>
        </w:rPr>
        <w:t>su</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hija</w:t>
      </w:r>
      <w:proofErr w:type="spellEnd"/>
      <w:r w:rsidRPr="009A1247">
        <w:rPr>
          <w:rFonts w:ascii="Times New Roman" w:hAnsi="Times New Roman" w:cs="Times New Roman"/>
          <w:sz w:val="24"/>
          <w:szCs w:val="24"/>
        </w:rPr>
        <w:t xml:space="preserve"> Lucy, </w:t>
      </w:r>
      <w:proofErr w:type="spellStart"/>
      <w:r w:rsidRPr="009A1247">
        <w:rPr>
          <w:rFonts w:ascii="Times New Roman" w:hAnsi="Times New Roman" w:cs="Times New Roman"/>
          <w:sz w:val="24"/>
          <w:szCs w:val="24"/>
        </w:rPr>
        <w:t>quien</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experimenta</w:t>
      </w:r>
      <w:proofErr w:type="spellEnd"/>
      <w:r w:rsidRPr="009A1247">
        <w:rPr>
          <w:rFonts w:ascii="Times New Roman" w:hAnsi="Times New Roman" w:cs="Times New Roman"/>
          <w:sz w:val="24"/>
          <w:szCs w:val="24"/>
        </w:rPr>
        <w:t xml:space="preserve"> de forma </w:t>
      </w:r>
      <w:proofErr w:type="spellStart"/>
      <w:r w:rsidRPr="009A1247">
        <w:rPr>
          <w:rFonts w:ascii="Times New Roman" w:hAnsi="Times New Roman" w:cs="Times New Roman"/>
          <w:sz w:val="24"/>
          <w:szCs w:val="24"/>
        </w:rPr>
        <w:t>directa</w:t>
      </w:r>
      <w:proofErr w:type="spellEnd"/>
      <w:r w:rsidRPr="009A1247">
        <w:rPr>
          <w:rFonts w:ascii="Times New Roman" w:hAnsi="Times New Roman" w:cs="Times New Roman"/>
          <w:sz w:val="24"/>
          <w:szCs w:val="24"/>
        </w:rPr>
        <w:t xml:space="preserve"> las </w:t>
      </w:r>
      <w:proofErr w:type="spellStart"/>
      <w:r w:rsidRPr="009A1247">
        <w:rPr>
          <w:rFonts w:ascii="Times New Roman" w:hAnsi="Times New Roman" w:cs="Times New Roman"/>
          <w:sz w:val="24"/>
          <w:szCs w:val="24"/>
        </w:rPr>
        <w:t>tensiones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políticas</w:t>
      </w:r>
      <w:proofErr w:type="spellEnd"/>
      <w:r w:rsidRPr="009A1247">
        <w:rPr>
          <w:rFonts w:ascii="Times New Roman" w:hAnsi="Times New Roman" w:cs="Times New Roman"/>
          <w:sz w:val="24"/>
          <w:szCs w:val="24"/>
        </w:rPr>
        <w:t xml:space="preserve"> y </w:t>
      </w:r>
      <w:proofErr w:type="spellStart"/>
      <w:r w:rsidRPr="009A1247">
        <w:rPr>
          <w:rFonts w:ascii="Times New Roman" w:hAnsi="Times New Roman" w:cs="Times New Roman"/>
          <w:sz w:val="24"/>
          <w:szCs w:val="24"/>
        </w:rPr>
        <w:t>raciales</w:t>
      </w:r>
      <w:proofErr w:type="spellEnd"/>
      <w:r w:rsidRPr="009A1247">
        <w:rPr>
          <w:rFonts w:ascii="Times New Roman" w:hAnsi="Times New Roman" w:cs="Times New Roman"/>
          <w:sz w:val="24"/>
          <w:szCs w:val="24"/>
        </w:rPr>
        <w:t xml:space="preserve"> del </w:t>
      </w:r>
      <w:proofErr w:type="spellStart"/>
      <w:r w:rsidRPr="009A1247">
        <w:rPr>
          <w:rFonts w:ascii="Times New Roman" w:hAnsi="Times New Roman" w:cs="Times New Roman"/>
          <w:sz w:val="24"/>
          <w:szCs w:val="24"/>
        </w:rPr>
        <w:t>mundo</w:t>
      </w:r>
      <w:proofErr w:type="spellEnd"/>
      <w:r w:rsidRPr="009A1247">
        <w:rPr>
          <w:rFonts w:ascii="Times New Roman" w:hAnsi="Times New Roman" w:cs="Times New Roman"/>
          <w:sz w:val="24"/>
          <w:szCs w:val="24"/>
        </w:rPr>
        <w:t xml:space="preserve"> rural post-apartheid, </w:t>
      </w:r>
      <w:proofErr w:type="spellStart"/>
      <w:r w:rsidRPr="009A1247">
        <w:rPr>
          <w:rFonts w:ascii="Times New Roman" w:hAnsi="Times New Roman" w:cs="Times New Roman"/>
          <w:sz w:val="24"/>
          <w:szCs w:val="24"/>
        </w:rPr>
        <w:t>pero</w:t>
      </w:r>
      <w:proofErr w:type="spellEnd"/>
      <w:r w:rsidRPr="009A1247">
        <w:rPr>
          <w:rFonts w:ascii="Times New Roman" w:hAnsi="Times New Roman" w:cs="Times New Roman"/>
          <w:sz w:val="24"/>
          <w:szCs w:val="24"/>
        </w:rPr>
        <w:t xml:space="preserve"> la </w:t>
      </w:r>
      <w:proofErr w:type="spellStart"/>
      <w:r w:rsidRPr="009A1247">
        <w:rPr>
          <w:rFonts w:ascii="Times New Roman" w:hAnsi="Times New Roman" w:cs="Times New Roman"/>
          <w:sz w:val="24"/>
          <w:szCs w:val="24"/>
        </w:rPr>
        <w:t>novela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abarca</w:t>
      </w:r>
      <w:proofErr w:type="spellEnd"/>
      <w:r w:rsidRPr="009A1247">
        <w:rPr>
          <w:rFonts w:ascii="Times New Roman" w:hAnsi="Times New Roman" w:cs="Times New Roman"/>
          <w:sz w:val="24"/>
          <w:szCs w:val="24"/>
        </w:rPr>
        <w:t xml:space="preserve"> no solo </w:t>
      </w:r>
      <w:proofErr w:type="spellStart"/>
      <w:r w:rsidRPr="009A1247">
        <w:rPr>
          <w:rFonts w:ascii="Times New Roman" w:hAnsi="Times New Roman" w:cs="Times New Roman"/>
          <w:sz w:val="24"/>
          <w:szCs w:val="24"/>
        </w:rPr>
        <w:t>cuestiones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políticas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sino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también</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ét</w:t>
      </w:r>
      <w:r w:rsidR="0068498E" w:rsidRPr="009A1247">
        <w:rPr>
          <w:rFonts w:ascii="Times New Roman" w:hAnsi="Times New Roman" w:cs="Times New Roman"/>
          <w:sz w:val="24"/>
          <w:szCs w:val="24"/>
        </w:rPr>
        <w:t>i</w:t>
      </w:r>
      <w:r w:rsidR="000F200B" w:rsidRPr="009A1247">
        <w:rPr>
          <w:rFonts w:ascii="Times New Roman" w:hAnsi="Times New Roman" w:cs="Times New Roman"/>
          <w:sz w:val="24"/>
          <w:szCs w:val="24"/>
        </w:rPr>
        <w:t>cas</w:t>
      </w:r>
      <w:proofErr w:type="spellEnd"/>
      <w:r w:rsidR="000F200B" w:rsidRPr="009A1247">
        <w:rPr>
          <w:rFonts w:ascii="Times New Roman" w:hAnsi="Times New Roman" w:cs="Times New Roman"/>
          <w:sz w:val="24"/>
          <w:szCs w:val="24"/>
        </w:rPr>
        <w:t xml:space="preserve">, </w:t>
      </w:r>
      <w:proofErr w:type="spellStart"/>
      <w:r w:rsidR="000F200B" w:rsidRPr="009A1247">
        <w:rPr>
          <w:rFonts w:ascii="Times New Roman" w:hAnsi="Times New Roman" w:cs="Times New Roman"/>
          <w:sz w:val="24"/>
          <w:szCs w:val="24"/>
        </w:rPr>
        <w:t>poscoloniales</w:t>
      </w:r>
      <w:proofErr w:type="spellEnd"/>
      <w:r w:rsidR="000F200B" w:rsidRPr="009A1247">
        <w:rPr>
          <w:rFonts w:ascii="Times New Roman" w:hAnsi="Times New Roman" w:cs="Times New Roman"/>
          <w:sz w:val="24"/>
          <w:szCs w:val="24"/>
        </w:rPr>
        <w:t xml:space="preserve"> y de </w:t>
      </w:r>
      <w:proofErr w:type="spellStart"/>
      <w:r w:rsidR="000F200B" w:rsidRPr="009A1247">
        <w:rPr>
          <w:rFonts w:ascii="Times New Roman" w:hAnsi="Times New Roman" w:cs="Times New Roman"/>
          <w:sz w:val="24"/>
          <w:szCs w:val="24"/>
        </w:rPr>
        <w:t>género</w:t>
      </w:r>
      <w:proofErr w:type="spellEnd"/>
      <w:r w:rsidR="000F200B" w:rsidRPr="009A1247">
        <w:rPr>
          <w:rFonts w:ascii="Times New Roman" w:hAnsi="Times New Roman" w:cs="Times New Roman"/>
          <w:sz w:val="24"/>
          <w:szCs w:val="24"/>
        </w:rPr>
        <w:t xml:space="preserve"> a la </w:t>
      </w:r>
      <w:proofErr w:type="spellStart"/>
      <w:r w:rsidR="000F200B" w:rsidRPr="009A1247">
        <w:rPr>
          <w:rFonts w:ascii="Times New Roman" w:hAnsi="Times New Roman" w:cs="Times New Roman"/>
          <w:sz w:val="24"/>
          <w:szCs w:val="24"/>
        </w:rPr>
        <w:t>vez</w:t>
      </w:r>
      <w:proofErr w:type="spellEnd"/>
      <w:r w:rsidR="000F200B" w:rsidRPr="009A1247">
        <w:rPr>
          <w:rFonts w:ascii="Times New Roman" w:hAnsi="Times New Roman" w:cs="Times New Roman"/>
          <w:sz w:val="24"/>
          <w:szCs w:val="24"/>
        </w:rPr>
        <w:t xml:space="preserve"> que se </w:t>
      </w:r>
      <w:proofErr w:type="spellStart"/>
      <w:r w:rsidR="000F200B" w:rsidRPr="009A1247">
        <w:rPr>
          <w:rFonts w:ascii="Times New Roman" w:hAnsi="Times New Roman" w:cs="Times New Roman"/>
          <w:sz w:val="24"/>
          <w:szCs w:val="24"/>
        </w:rPr>
        <w:t>erige</w:t>
      </w:r>
      <w:proofErr w:type="spellEnd"/>
      <w:r w:rsidR="000F200B" w:rsidRPr="009A1247">
        <w:rPr>
          <w:rFonts w:ascii="Times New Roman" w:hAnsi="Times New Roman" w:cs="Times New Roman"/>
          <w:sz w:val="24"/>
          <w:szCs w:val="24"/>
        </w:rPr>
        <w:t xml:space="preserve"> </w:t>
      </w:r>
      <w:proofErr w:type="spellStart"/>
      <w:r w:rsidR="000F200B" w:rsidRPr="009A1247">
        <w:rPr>
          <w:rFonts w:ascii="Times New Roman" w:hAnsi="Times New Roman" w:cs="Times New Roman"/>
          <w:sz w:val="24"/>
          <w:szCs w:val="24"/>
        </w:rPr>
        <w:t>como</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una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meditación</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sobre</w:t>
      </w:r>
      <w:proofErr w:type="spellEnd"/>
      <w:r w:rsidR="0038245A" w:rsidRPr="009A1247">
        <w:rPr>
          <w:rFonts w:ascii="Times New Roman" w:hAnsi="Times New Roman" w:cs="Times New Roman"/>
          <w:sz w:val="24"/>
          <w:szCs w:val="24"/>
        </w:rPr>
        <w:t xml:space="preserve"> la </w:t>
      </w:r>
      <w:proofErr w:type="spellStart"/>
      <w:r w:rsidR="0038245A" w:rsidRPr="009A1247">
        <w:rPr>
          <w:rFonts w:ascii="Times New Roman" w:hAnsi="Times New Roman" w:cs="Times New Roman"/>
          <w:sz w:val="24"/>
          <w:szCs w:val="24"/>
        </w:rPr>
        <w:t>fragilidad</w:t>
      </w:r>
      <w:proofErr w:type="spellEnd"/>
      <w:r w:rsidR="0038245A" w:rsidRPr="009A1247">
        <w:rPr>
          <w:rFonts w:ascii="Times New Roman" w:hAnsi="Times New Roman" w:cs="Times New Roman"/>
          <w:sz w:val="24"/>
          <w:szCs w:val="24"/>
        </w:rPr>
        <w:t xml:space="preserve"> del </w:t>
      </w:r>
      <w:proofErr w:type="spellStart"/>
      <w:r w:rsidR="0038245A" w:rsidRPr="009A1247">
        <w:rPr>
          <w:rFonts w:ascii="Times New Roman" w:hAnsi="Times New Roman" w:cs="Times New Roman"/>
          <w:sz w:val="24"/>
          <w:szCs w:val="24"/>
        </w:rPr>
        <w:t>poder</w:t>
      </w:r>
      <w:proofErr w:type="spellEnd"/>
      <w:r w:rsidR="0038245A" w:rsidRPr="009A1247">
        <w:rPr>
          <w:rFonts w:ascii="Times New Roman" w:hAnsi="Times New Roman" w:cs="Times New Roman"/>
          <w:sz w:val="24"/>
          <w:szCs w:val="24"/>
        </w:rPr>
        <w:t xml:space="preserve"> y la </w:t>
      </w:r>
      <w:proofErr w:type="spellStart"/>
      <w:r w:rsidR="0038245A" w:rsidRPr="009A1247">
        <w:rPr>
          <w:rFonts w:ascii="Times New Roman" w:hAnsi="Times New Roman" w:cs="Times New Roman"/>
          <w:sz w:val="24"/>
          <w:szCs w:val="24"/>
        </w:rPr>
        <w:t>posibilidad</w:t>
      </w:r>
      <w:proofErr w:type="spellEnd"/>
      <w:r w:rsidR="0038245A" w:rsidRPr="009A1247">
        <w:rPr>
          <w:rFonts w:ascii="Times New Roman" w:hAnsi="Times New Roman" w:cs="Times New Roman"/>
          <w:sz w:val="24"/>
          <w:szCs w:val="24"/>
        </w:rPr>
        <w:t xml:space="preserve"> de </w:t>
      </w:r>
      <w:proofErr w:type="spellStart"/>
      <w:r w:rsidR="0038245A" w:rsidRPr="009A1247">
        <w:rPr>
          <w:rFonts w:ascii="Times New Roman" w:hAnsi="Times New Roman" w:cs="Times New Roman"/>
          <w:sz w:val="24"/>
          <w:szCs w:val="24"/>
        </w:rPr>
        <w:t>una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gracia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silenciosa</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en</w:t>
      </w:r>
      <w:proofErr w:type="spellEnd"/>
      <w:r w:rsidR="0038245A" w:rsidRPr="009A1247">
        <w:rPr>
          <w:rFonts w:ascii="Times New Roman" w:hAnsi="Times New Roman" w:cs="Times New Roman"/>
          <w:sz w:val="24"/>
          <w:szCs w:val="24"/>
        </w:rPr>
        <w:t xml:space="preserve"> </w:t>
      </w:r>
      <w:proofErr w:type="spellStart"/>
      <w:r w:rsidR="0038245A" w:rsidRPr="009A1247">
        <w:rPr>
          <w:rFonts w:ascii="Times New Roman" w:hAnsi="Times New Roman" w:cs="Times New Roman"/>
          <w:sz w:val="24"/>
          <w:szCs w:val="24"/>
        </w:rPr>
        <w:t>medio</w:t>
      </w:r>
      <w:proofErr w:type="spellEnd"/>
      <w:r w:rsidR="0038245A" w:rsidRPr="009A1247">
        <w:rPr>
          <w:rFonts w:ascii="Times New Roman" w:hAnsi="Times New Roman" w:cs="Times New Roman"/>
          <w:sz w:val="24"/>
          <w:szCs w:val="24"/>
        </w:rPr>
        <w:t xml:space="preserve"> de la </w:t>
      </w:r>
      <w:proofErr w:type="spellStart"/>
      <w:r w:rsidR="0038245A" w:rsidRPr="009A1247">
        <w:rPr>
          <w:rFonts w:ascii="Times New Roman" w:hAnsi="Times New Roman" w:cs="Times New Roman"/>
          <w:sz w:val="24"/>
          <w:szCs w:val="24"/>
        </w:rPr>
        <w:t>humillación</w:t>
      </w:r>
      <w:proofErr w:type="spellEnd"/>
      <w:r w:rsidR="0038245A" w:rsidRPr="009A1247">
        <w:rPr>
          <w:rFonts w:ascii="Times New Roman" w:hAnsi="Times New Roman" w:cs="Times New Roman"/>
          <w:sz w:val="24"/>
          <w:szCs w:val="24"/>
        </w:rPr>
        <w:t xml:space="preserve">. </w:t>
      </w:r>
    </w:p>
    <w:p w:rsidR="00BC6810" w:rsidRPr="009A1247" w:rsidRDefault="0038245A" w:rsidP="00C23669">
      <w:pPr>
        <w:spacing w:after="0"/>
        <w:jc w:val="both"/>
        <w:rPr>
          <w:rFonts w:ascii="Times New Roman" w:hAnsi="Times New Roman" w:cs="Times New Roman"/>
          <w:sz w:val="24"/>
          <w:szCs w:val="24"/>
        </w:rPr>
      </w:pPr>
      <w:r w:rsidRPr="009A1247">
        <w:rPr>
          <w:rFonts w:ascii="Times New Roman" w:hAnsi="Times New Roman" w:cs="Times New Roman"/>
          <w:sz w:val="24"/>
          <w:szCs w:val="24"/>
        </w:rPr>
        <w:t xml:space="preserve">Coetzee </w:t>
      </w:r>
      <w:proofErr w:type="spellStart"/>
      <w:r w:rsidRPr="009A1247">
        <w:rPr>
          <w:rFonts w:ascii="Times New Roman" w:hAnsi="Times New Roman" w:cs="Times New Roman"/>
          <w:sz w:val="24"/>
          <w:szCs w:val="24"/>
        </w:rPr>
        <w:t>despoja</w:t>
      </w:r>
      <w:proofErr w:type="spellEnd"/>
      <w:r w:rsidRPr="009A1247">
        <w:rPr>
          <w:rFonts w:ascii="Times New Roman" w:hAnsi="Times New Roman" w:cs="Times New Roman"/>
          <w:sz w:val="24"/>
          <w:szCs w:val="24"/>
        </w:rPr>
        <w:t xml:space="preserve"> al </w:t>
      </w:r>
      <w:proofErr w:type="spellStart"/>
      <w:r w:rsidRPr="009A1247">
        <w:rPr>
          <w:rFonts w:ascii="Times New Roman" w:hAnsi="Times New Roman" w:cs="Times New Roman"/>
          <w:sz w:val="24"/>
          <w:szCs w:val="24"/>
        </w:rPr>
        <w:t>lenguaje</w:t>
      </w:r>
      <w:proofErr w:type="spellEnd"/>
      <w:r w:rsidRPr="009A1247">
        <w:rPr>
          <w:rFonts w:ascii="Times New Roman" w:hAnsi="Times New Roman" w:cs="Times New Roman"/>
          <w:sz w:val="24"/>
          <w:szCs w:val="24"/>
        </w:rPr>
        <w:t xml:space="preserve"> de </w:t>
      </w:r>
      <w:proofErr w:type="spellStart"/>
      <w:r w:rsidRPr="009A1247">
        <w:rPr>
          <w:rFonts w:ascii="Times New Roman" w:hAnsi="Times New Roman" w:cs="Times New Roman"/>
          <w:sz w:val="24"/>
          <w:szCs w:val="24"/>
        </w:rPr>
        <w:t>artificios</w:t>
      </w:r>
      <w:proofErr w:type="spellEnd"/>
      <w:r w:rsidRPr="009A1247">
        <w:rPr>
          <w:rFonts w:ascii="Times New Roman" w:hAnsi="Times New Roman" w:cs="Times New Roman"/>
          <w:sz w:val="24"/>
          <w:szCs w:val="24"/>
        </w:rPr>
        <w:t xml:space="preserve"> y se vale de </w:t>
      </w:r>
      <w:proofErr w:type="spellStart"/>
      <w:r w:rsidRPr="009A1247">
        <w:rPr>
          <w:rFonts w:ascii="Times New Roman" w:hAnsi="Times New Roman" w:cs="Times New Roman"/>
          <w:sz w:val="24"/>
          <w:szCs w:val="24"/>
        </w:rPr>
        <w:t>una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prosa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austera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precisa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casi</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clínica</w:t>
      </w:r>
      <w:proofErr w:type="spellEnd"/>
      <w:r w:rsidRPr="009A1247">
        <w:rPr>
          <w:rFonts w:ascii="Times New Roman" w:hAnsi="Times New Roman" w:cs="Times New Roman"/>
          <w:sz w:val="24"/>
          <w:szCs w:val="24"/>
        </w:rPr>
        <w:t xml:space="preserve">, para </w:t>
      </w:r>
      <w:proofErr w:type="spellStart"/>
      <w:r w:rsidRPr="009A1247">
        <w:rPr>
          <w:rFonts w:ascii="Times New Roman" w:hAnsi="Times New Roman" w:cs="Times New Roman"/>
          <w:sz w:val="24"/>
          <w:szCs w:val="24"/>
        </w:rPr>
        <w:t>desnudar</w:t>
      </w:r>
      <w:proofErr w:type="spellEnd"/>
      <w:r w:rsidRPr="009A1247">
        <w:rPr>
          <w:rFonts w:ascii="Times New Roman" w:hAnsi="Times New Roman" w:cs="Times New Roman"/>
          <w:sz w:val="24"/>
          <w:szCs w:val="24"/>
        </w:rPr>
        <w:t xml:space="preserve"> a </w:t>
      </w:r>
      <w:proofErr w:type="spellStart"/>
      <w:r w:rsidRPr="009A1247">
        <w:rPr>
          <w:rFonts w:ascii="Times New Roman" w:hAnsi="Times New Roman" w:cs="Times New Roman"/>
          <w:sz w:val="24"/>
          <w:szCs w:val="24"/>
        </w:rPr>
        <w:t>sus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personajes</w:t>
      </w:r>
      <w:proofErr w:type="spellEnd"/>
      <w:r w:rsidRPr="009A1247">
        <w:rPr>
          <w:rFonts w:ascii="Times New Roman" w:hAnsi="Times New Roman" w:cs="Times New Roman"/>
          <w:sz w:val="24"/>
          <w:szCs w:val="24"/>
        </w:rPr>
        <w:t xml:space="preserve"> y </w:t>
      </w:r>
      <w:proofErr w:type="spellStart"/>
      <w:r w:rsidRPr="009A1247">
        <w:rPr>
          <w:rFonts w:ascii="Times New Roman" w:hAnsi="Times New Roman" w:cs="Times New Roman"/>
          <w:sz w:val="24"/>
          <w:szCs w:val="24"/>
        </w:rPr>
        <w:t>confrontarlos</w:t>
      </w:r>
      <w:proofErr w:type="spellEnd"/>
      <w:r w:rsidRPr="009A1247">
        <w:rPr>
          <w:rFonts w:ascii="Times New Roman" w:hAnsi="Times New Roman" w:cs="Times New Roman"/>
          <w:sz w:val="24"/>
          <w:szCs w:val="24"/>
        </w:rPr>
        <w:t xml:space="preserve"> con </w:t>
      </w:r>
      <w:proofErr w:type="spellStart"/>
      <w:r w:rsidRPr="009A1247">
        <w:rPr>
          <w:rFonts w:ascii="Times New Roman" w:hAnsi="Times New Roman" w:cs="Times New Roman"/>
          <w:sz w:val="24"/>
          <w:szCs w:val="24"/>
        </w:rPr>
        <w:t>su</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propia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vulnerabilidad</w:t>
      </w:r>
      <w:proofErr w:type="spellEnd"/>
      <w:r w:rsidRPr="009A1247">
        <w:rPr>
          <w:rFonts w:ascii="Times New Roman" w:hAnsi="Times New Roman" w:cs="Times New Roman"/>
          <w:sz w:val="24"/>
          <w:szCs w:val="24"/>
        </w:rPr>
        <w:t>.</w:t>
      </w:r>
    </w:p>
    <w:p w:rsidR="0068498E" w:rsidRPr="00C23669" w:rsidRDefault="0068498E" w:rsidP="009A1247">
      <w:pPr>
        <w:tabs>
          <w:tab w:val="left" w:pos="360"/>
          <w:tab w:val="left" w:pos="2700"/>
        </w:tabs>
        <w:spacing w:after="0"/>
        <w:jc w:val="both"/>
        <w:rPr>
          <w:rFonts w:ascii="Times New Roman" w:hAnsi="Times New Roman" w:cs="Times New Roman"/>
          <w:sz w:val="28"/>
          <w:szCs w:val="28"/>
        </w:rPr>
      </w:pPr>
      <w:r>
        <w:rPr>
          <w:rFonts w:ascii="Times New Roman" w:hAnsi="Times New Roman" w:cs="Times New Roman"/>
          <w:sz w:val="28"/>
          <w:szCs w:val="28"/>
        </w:rPr>
        <w:tab/>
      </w:r>
    </w:p>
    <w:p w:rsidR="00BC6810" w:rsidRPr="009A1247" w:rsidRDefault="00BC6810" w:rsidP="00C23669">
      <w:pPr>
        <w:spacing w:after="0"/>
        <w:jc w:val="both"/>
        <w:rPr>
          <w:rFonts w:ascii="Times New Roman" w:hAnsi="Times New Roman" w:cs="Times New Roman"/>
          <w:sz w:val="24"/>
          <w:szCs w:val="24"/>
        </w:rPr>
      </w:pPr>
      <w:proofErr w:type="spellStart"/>
      <w:r w:rsidRPr="009A1247">
        <w:rPr>
          <w:rFonts w:ascii="Times New Roman" w:hAnsi="Times New Roman" w:cs="Times New Roman"/>
          <w:color w:val="1B1B1B"/>
          <w:sz w:val="24"/>
          <w:szCs w:val="24"/>
          <w:shd w:val="clear" w:color="auto" w:fill="FFFFFF"/>
        </w:rPr>
        <w:t>Nuestro</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protagonista</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experimentará</w:t>
      </w:r>
      <w:proofErr w:type="spellEnd"/>
      <w:r w:rsidR="00C23669" w:rsidRPr="009A1247">
        <w:rPr>
          <w:rFonts w:ascii="Times New Roman" w:hAnsi="Times New Roman" w:cs="Times New Roman"/>
          <w:color w:val="1B1B1B"/>
          <w:sz w:val="24"/>
          <w:szCs w:val="24"/>
          <w:shd w:val="clear" w:color="auto" w:fill="FFFFFF"/>
        </w:rPr>
        <w:t>,</w:t>
      </w:r>
      <w:r w:rsidRPr="009A1247">
        <w:rPr>
          <w:rFonts w:ascii="Times New Roman" w:hAnsi="Times New Roman" w:cs="Times New Roman"/>
          <w:color w:val="1B1B1B"/>
          <w:sz w:val="24"/>
          <w:szCs w:val="24"/>
          <w:shd w:val="clear" w:color="auto" w:fill="FFFFFF"/>
        </w:rPr>
        <w:t xml:space="preserve"> a lo largo de la </w:t>
      </w:r>
      <w:proofErr w:type="spellStart"/>
      <w:r w:rsidR="0068498E" w:rsidRPr="009A1247">
        <w:rPr>
          <w:rFonts w:ascii="Times New Roman" w:hAnsi="Times New Roman" w:cs="Times New Roman"/>
          <w:color w:val="1B1B1B"/>
          <w:sz w:val="24"/>
          <w:szCs w:val="24"/>
          <w:shd w:val="clear" w:color="auto" w:fill="FFFFFF"/>
        </w:rPr>
        <w:t>novel</w:t>
      </w:r>
      <w:r w:rsidR="00C23669" w:rsidRPr="009A1247">
        <w:rPr>
          <w:rFonts w:ascii="Times New Roman" w:hAnsi="Times New Roman" w:cs="Times New Roman"/>
          <w:color w:val="1B1B1B"/>
          <w:sz w:val="24"/>
          <w:szCs w:val="24"/>
          <w:shd w:val="clear" w:color="auto" w:fill="FFFFFF"/>
        </w:rPr>
        <w:t>a</w:t>
      </w:r>
      <w:proofErr w:type="spellEnd"/>
      <w:r w:rsidR="00C23669" w:rsidRPr="009A1247">
        <w:rPr>
          <w:rFonts w:ascii="Times New Roman" w:hAnsi="Times New Roman" w:cs="Times New Roman"/>
          <w:color w:val="1B1B1B"/>
          <w:sz w:val="24"/>
          <w:szCs w:val="24"/>
          <w:shd w:val="clear" w:color="auto" w:fill="FFFFFF"/>
        </w:rPr>
        <w:t>,</w:t>
      </w:r>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en</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su</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propio</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ser</w:t>
      </w:r>
      <w:proofErr w:type="spellEnd"/>
      <w:r w:rsidR="00C23669" w:rsidRPr="009A1247">
        <w:rPr>
          <w:rFonts w:ascii="Times New Roman" w:hAnsi="Times New Roman" w:cs="Times New Roman"/>
          <w:color w:val="1B1B1B"/>
          <w:sz w:val="24"/>
          <w:szCs w:val="24"/>
          <w:shd w:val="clear" w:color="auto" w:fill="FFFFFF"/>
        </w:rPr>
        <w:t>,</w:t>
      </w:r>
      <w:r w:rsidRPr="009A1247">
        <w:rPr>
          <w:rFonts w:ascii="Times New Roman" w:hAnsi="Times New Roman" w:cs="Times New Roman"/>
          <w:color w:val="1B1B1B"/>
          <w:sz w:val="24"/>
          <w:szCs w:val="24"/>
          <w:shd w:val="clear" w:color="auto" w:fill="FFFFFF"/>
        </w:rPr>
        <w:t xml:space="preserve"> las </w:t>
      </w:r>
      <w:proofErr w:type="spellStart"/>
      <w:r w:rsidRPr="009A1247">
        <w:rPr>
          <w:rFonts w:ascii="Times New Roman" w:hAnsi="Times New Roman" w:cs="Times New Roman"/>
          <w:color w:val="1B1B1B"/>
          <w:sz w:val="24"/>
          <w:szCs w:val="24"/>
          <w:shd w:val="clear" w:color="auto" w:fill="FFFFFF"/>
        </w:rPr>
        <w:t>tres</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acepciones</w:t>
      </w:r>
      <w:proofErr w:type="spellEnd"/>
      <w:r w:rsidRPr="009A1247">
        <w:rPr>
          <w:rFonts w:ascii="Times New Roman" w:hAnsi="Times New Roman" w:cs="Times New Roman"/>
          <w:color w:val="1B1B1B"/>
          <w:sz w:val="24"/>
          <w:szCs w:val="24"/>
          <w:shd w:val="clear" w:color="auto" w:fill="FFFFFF"/>
        </w:rPr>
        <w:t xml:space="preserve"> que </w:t>
      </w:r>
      <w:proofErr w:type="spellStart"/>
      <w:r w:rsidRPr="009A1247">
        <w:rPr>
          <w:rFonts w:ascii="Times New Roman" w:hAnsi="Times New Roman" w:cs="Times New Roman"/>
          <w:color w:val="1B1B1B"/>
          <w:sz w:val="24"/>
          <w:szCs w:val="24"/>
          <w:shd w:val="clear" w:color="auto" w:fill="FFFFFF"/>
        </w:rPr>
        <w:t>tiene</w:t>
      </w:r>
      <w:proofErr w:type="spellEnd"/>
      <w:r w:rsidRPr="009A1247">
        <w:rPr>
          <w:rFonts w:ascii="Times New Roman" w:hAnsi="Times New Roman" w:cs="Times New Roman"/>
          <w:color w:val="1B1B1B"/>
          <w:sz w:val="24"/>
          <w:szCs w:val="24"/>
          <w:shd w:val="clear" w:color="auto" w:fill="FFFFFF"/>
        </w:rPr>
        <w:t xml:space="preserve"> la palabra </w:t>
      </w:r>
      <w:r w:rsidRPr="009A1247">
        <w:rPr>
          <w:rFonts w:ascii="Times New Roman" w:hAnsi="Times New Roman" w:cs="Times New Roman"/>
          <w:b/>
          <w:i/>
          <w:color w:val="1B1B1B"/>
          <w:sz w:val="24"/>
          <w:szCs w:val="24"/>
          <w:shd w:val="clear" w:color="auto" w:fill="FFFFFF"/>
        </w:rPr>
        <w:t>DESGRACIA</w:t>
      </w:r>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así</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provocará</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una</w:t>
      </w:r>
      <w:proofErr w:type="spellEnd"/>
      <w:r w:rsidRPr="009A1247">
        <w:rPr>
          <w:rFonts w:ascii="Times New Roman" w:hAnsi="Times New Roman" w:cs="Times New Roman"/>
          <w:color w:val="1B1B1B"/>
          <w:sz w:val="24"/>
          <w:szCs w:val="24"/>
          <w:shd w:val="clear" w:color="auto" w:fill="FFFFFF"/>
        </w:rPr>
        <w:t> </w:t>
      </w:r>
      <w:proofErr w:type="spellStart"/>
      <w:r w:rsidR="002C6FCD" w:rsidRPr="009A1247">
        <w:rPr>
          <w:sz w:val="24"/>
          <w:szCs w:val="24"/>
        </w:rPr>
        <w:fldChar w:fldCharType="begin"/>
      </w:r>
      <w:r w:rsidR="002C6FCD" w:rsidRPr="009A1247">
        <w:rPr>
          <w:sz w:val="24"/>
          <w:szCs w:val="24"/>
        </w:rPr>
        <w:instrText xml:space="preserve"> HYPERLINK "https://es.babelio.com/livres/Coetzee-Desgracia/48271" </w:instrText>
      </w:r>
      <w:r w:rsidR="002C6FCD" w:rsidRPr="009A1247">
        <w:rPr>
          <w:sz w:val="24"/>
          <w:szCs w:val="24"/>
        </w:rPr>
        <w:fldChar w:fldCharType="separate"/>
      </w:r>
      <w:r w:rsidRPr="009A1247">
        <w:rPr>
          <w:rStyle w:val="Hipervnculo"/>
          <w:rFonts w:ascii="Times New Roman" w:hAnsi="Times New Roman" w:cs="Times New Roman"/>
          <w:b/>
          <w:bCs/>
          <w:color w:val="000000"/>
          <w:sz w:val="24"/>
          <w:szCs w:val="24"/>
          <w:u w:val="none"/>
        </w:rPr>
        <w:t>desgracia</w:t>
      </w:r>
      <w:proofErr w:type="spellEnd"/>
      <w:r w:rsidR="002C6FCD" w:rsidRPr="009A1247">
        <w:rPr>
          <w:rStyle w:val="Hipervnculo"/>
          <w:rFonts w:ascii="Times New Roman" w:hAnsi="Times New Roman" w:cs="Times New Roman"/>
          <w:b/>
          <w:bCs/>
          <w:color w:val="000000"/>
          <w:sz w:val="24"/>
          <w:szCs w:val="24"/>
          <w:u w:val="none"/>
        </w:rPr>
        <w:fldChar w:fldCharType="end"/>
      </w:r>
      <w:r w:rsidR="00C23669" w:rsidRPr="009A1247">
        <w:rPr>
          <w:rStyle w:val="Hipervnculo"/>
          <w:rFonts w:ascii="Times New Roman" w:hAnsi="Times New Roman" w:cs="Times New Roman"/>
          <w:b/>
          <w:bCs/>
          <w:color w:val="000000"/>
          <w:sz w:val="24"/>
          <w:szCs w:val="24"/>
          <w:u w:val="none"/>
        </w:rPr>
        <w:t xml:space="preserve"> (a </w:t>
      </w:r>
      <w:r w:rsidR="000F200B" w:rsidRPr="009A1247">
        <w:rPr>
          <w:rStyle w:val="Hipervnculo"/>
          <w:rFonts w:ascii="Times New Roman" w:hAnsi="Times New Roman" w:cs="Times New Roman"/>
          <w:b/>
          <w:bCs/>
          <w:color w:val="000000"/>
          <w:sz w:val="24"/>
          <w:szCs w:val="24"/>
          <w:u w:val="none"/>
        </w:rPr>
        <w:t xml:space="preserve">la </w:t>
      </w:r>
      <w:r w:rsidR="00C23669" w:rsidRPr="009A1247">
        <w:rPr>
          <w:rStyle w:val="Hipervnculo"/>
          <w:rFonts w:ascii="Times New Roman" w:hAnsi="Times New Roman" w:cs="Times New Roman"/>
          <w:b/>
          <w:bCs/>
          <w:color w:val="000000"/>
          <w:sz w:val="24"/>
          <w:szCs w:val="24"/>
          <w:u w:val="none"/>
        </w:rPr>
        <w:t>alumna</w:t>
      </w:r>
      <w:r w:rsidR="000F200B" w:rsidRPr="009A1247">
        <w:rPr>
          <w:rStyle w:val="Hipervnculo"/>
          <w:rFonts w:ascii="Times New Roman" w:hAnsi="Times New Roman" w:cs="Times New Roman"/>
          <w:b/>
          <w:bCs/>
          <w:color w:val="000000"/>
          <w:sz w:val="24"/>
          <w:szCs w:val="24"/>
          <w:u w:val="none"/>
        </w:rPr>
        <w:t xml:space="preserve"> mestiza Melanie Isaacs</w:t>
      </w:r>
      <w:r w:rsidR="00C23669" w:rsidRPr="009A1247">
        <w:rPr>
          <w:rStyle w:val="Hipervnculo"/>
          <w:rFonts w:ascii="Times New Roman" w:hAnsi="Times New Roman" w:cs="Times New Roman"/>
          <w:b/>
          <w:bCs/>
          <w:color w:val="000000"/>
          <w:sz w:val="24"/>
          <w:szCs w:val="24"/>
          <w:u w:val="none"/>
        </w:rPr>
        <w:t>)</w:t>
      </w:r>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caerá</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en</w:t>
      </w:r>
      <w:proofErr w:type="spellEnd"/>
      <w:r w:rsidRPr="009A1247">
        <w:rPr>
          <w:rFonts w:ascii="Times New Roman" w:hAnsi="Times New Roman" w:cs="Times New Roman"/>
          <w:color w:val="1B1B1B"/>
          <w:sz w:val="24"/>
          <w:szCs w:val="24"/>
          <w:shd w:val="clear" w:color="auto" w:fill="FFFFFF"/>
        </w:rPr>
        <w:t> </w:t>
      </w:r>
      <w:r w:rsidR="00C23669" w:rsidRPr="009A1247">
        <w:rPr>
          <w:rFonts w:ascii="Times New Roman" w:hAnsi="Times New Roman" w:cs="Times New Roman"/>
          <w:color w:val="1B1B1B"/>
          <w:sz w:val="24"/>
          <w:szCs w:val="24"/>
          <w:shd w:val="clear" w:color="auto" w:fill="FFFFFF"/>
        </w:rPr>
        <w:t xml:space="preserve"> </w:t>
      </w:r>
      <w:hyperlink r:id="rId9" w:history="1">
        <w:proofErr w:type="spellStart"/>
        <w:r w:rsidRPr="009A1247">
          <w:rPr>
            <w:rStyle w:val="Hipervnculo"/>
            <w:rFonts w:ascii="Times New Roman" w:hAnsi="Times New Roman" w:cs="Times New Roman"/>
            <w:b/>
            <w:bCs/>
            <w:color w:val="000000"/>
            <w:sz w:val="24"/>
            <w:szCs w:val="24"/>
            <w:u w:val="none"/>
          </w:rPr>
          <w:t>desgracia</w:t>
        </w:r>
        <w:proofErr w:type="spellEnd"/>
      </w:hyperlink>
      <w:r w:rsidR="00C23669" w:rsidRPr="009A1247">
        <w:rPr>
          <w:rStyle w:val="Hipervnculo"/>
          <w:rFonts w:ascii="Times New Roman" w:hAnsi="Times New Roman" w:cs="Times New Roman"/>
          <w:b/>
          <w:bCs/>
          <w:color w:val="000000"/>
          <w:sz w:val="24"/>
          <w:szCs w:val="24"/>
          <w:u w:val="none"/>
        </w:rPr>
        <w:t xml:space="preserve"> (</w:t>
      </w:r>
      <w:proofErr w:type="spellStart"/>
      <w:r w:rsidR="00C23669" w:rsidRPr="009A1247">
        <w:rPr>
          <w:rStyle w:val="Hipervnculo"/>
          <w:rFonts w:ascii="Times New Roman" w:hAnsi="Times New Roman" w:cs="Times New Roman"/>
          <w:b/>
          <w:bCs/>
          <w:color w:val="000000"/>
          <w:sz w:val="24"/>
          <w:szCs w:val="24"/>
          <w:u w:val="none"/>
        </w:rPr>
        <w:t>será</w:t>
      </w:r>
      <w:proofErr w:type="spellEnd"/>
      <w:r w:rsidR="00C23669" w:rsidRPr="009A1247">
        <w:rPr>
          <w:rStyle w:val="Hipervnculo"/>
          <w:rFonts w:ascii="Times New Roman" w:hAnsi="Times New Roman" w:cs="Times New Roman"/>
          <w:b/>
          <w:bCs/>
          <w:color w:val="000000"/>
          <w:sz w:val="24"/>
          <w:szCs w:val="24"/>
          <w:u w:val="none"/>
        </w:rPr>
        <w:t xml:space="preserve"> </w:t>
      </w:r>
      <w:proofErr w:type="spellStart"/>
      <w:r w:rsidR="00C23669" w:rsidRPr="009A1247">
        <w:rPr>
          <w:rStyle w:val="Hipervnculo"/>
          <w:rFonts w:ascii="Times New Roman" w:hAnsi="Times New Roman" w:cs="Times New Roman"/>
          <w:b/>
          <w:bCs/>
          <w:color w:val="000000"/>
          <w:sz w:val="24"/>
          <w:szCs w:val="24"/>
          <w:u w:val="none"/>
        </w:rPr>
        <w:t>expulsado</w:t>
      </w:r>
      <w:proofErr w:type="spellEnd"/>
      <w:r w:rsidR="00C23669" w:rsidRPr="009A1247">
        <w:rPr>
          <w:rStyle w:val="Hipervnculo"/>
          <w:rFonts w:ascii="Times New Roman" w:hAnsi="Times New Roman" w:cs="Times New Roman"/>
          <w:b/>
          <w:bCs/>
          <w:color w:val="000000"/>
          <w:sz w:val="24"/>
          <w:szCs w:val="24"/>
          <w:u w:val="none"/>
        </w:rPr>
        <w:t xml:space="preserve"> de la </w:t>
      </w:r>
      <w:proofErr w:type="spellStart"/>
      <w:r w:rsidR="00C23669" w:rsidRPr="009A1247">
        <w:rPr>
          <w:rStyle w:val="Hipervnculo"/>
          <w:rFonts w:ascii="Times New Roman" w:hAnsi="Times New Roman" w:cs="Times New Roman"/>
          <w:b/>
          <w:bCs/>
          <w:color w:val="000000"/>
          <w:sz w:val="24"/>
          <w:szCs w:val="24"/>
          <w:u w:val="none"/>
        </w:rPr>
        <w:t>facultad</w:t>
      </w:r>
      <w:proofErr w:type="spellEnd"/>
      <w:r w:rsidRPr="009A1247">
        <w:rPr>
          <w:rFonts w:ascii="Times New Roman" w:hAnsi="Times New Roman" w:cs="Times New Roman"/>
          <w:color w:val="1B1B1B"/>
          <w:sz w:val="24"/>
          <w:szCs w:val="24"/>
          <w:shd w:val="clear" w:color="auto" w:fill="FFFFFF"/>
        </w:rPr>
        <w:t> </w:t>
      </w:r>
      <w:r w:rsidR="0068498E" w:rsidRPr="009A1247">
        <w:rPr>
          <w:rFonts w:ascii="Times New Roman" w:hAnsi="Times New Roman" w:cs="Times New Roman"/>
          <w:color w:val="1B1B1B"/>
          <w:sz w:val="24"/>
          <w:szCs w:val="24"/>
          <w:shd w:val="clear" w:color="auto" w:fill="FFFFFF"/>
        </w:rPr>
        <w:t xml:space="preserve">y de </w:t>
      </w:r>
      <w:proofErr w:type="spellStart"/>
      <w:r w:rsidR="0068498E" w:rsidRPr="009A1247">
        <w:rPr>
          <w:rFonts w:ascii="Times New Roman" w:hAnsi="Times New Roman" w:cs="Times New Roman"/>
          <w:color w:val="1B1B1B"/>
          <w:sz w:val="24"/>
          <w:szCs w:val="24"/>
          <w:shd w:val="clear" w:color="auto" w:fill="FFFFFF"/>
        </w:rPr>
        <w:t>todos</w:t>
      </w:r>
      <w:proofErr w:type="spellEnd"/>
      <w:r w:rsidR="0068498E" w:rsidRPr="009A1247">
        <w:rPr>
          <w:rFonts w:ascii="Times New Roman" w:hAnsi="Times New Roman" w:cs="Times New Roman"/>
          <w:color w:val="1B1B1B"/>
          <w:sz w:val="24"/>
          <w:szCs w:val="24"/>
          <w:shd w:val="clear" w:color="auto" w:fill="FFFFFF"/>
        </w:rPr>
        <w:t xml:space="preserve"> </w:t>
      </w:r>
      <w:proofErr w:type="spellStart"/>
      <w:r w:rsidR="0068498E" w:rsidRPr="009A1247">
        <w:rPr>
          <w:rFonts w:ascii="Times New Roman" w:hAnsi="Times New Roman" w:cs="Times New Roman"/>
          <w:color w:val="1B1B1B"/>
          <w:sz w:val="24"/>
          <w:szCs w:val="24"/>
          <w:shd w:val="clear" w:color="auto" w:fill="FFFFFF"/>
        </w:rPr>
        <w:t>los</w:t>
      </w:r>
      <w:proofErr w:type="spellEnd"/>
      <w:r w:rsidR="0068498E" w:rsidRPr="009A1247">
        <w:rPr>
          <w:rFonts w:ascii="Times New Roman" w:hAnsi="Times New Roman" w:cs="Times New Roman"/>
          <w:color w:val="1B1B1B"/>
          <w:sz w:val="24"/>
          <w:szCs w:val="24"/>
          <w:shd w:val="clear" w:color="auto" w:fill="FFFFFF"/>
        </w:rPr>
        <w:t xml:space="preserve"> </w:t>
      </w:r>
      <w:proofErr w:type="spellStart"/>
      <w:r w:rsidR="0068498E" w:rsidRPr="009A1247">
        <w:rPr>
          <w:rFonts w:ascii="Times New Roman" w:hAnsi="Times New Roman" w:cs="Times New Roman"/>
          <w:color w:val="1B1B1B"/>
          <w:sz w:val="24"/>
          <w:szCs w:val="24"/>
          <w:shd w:val="clear" w:color="auto" w:fill="FFFFFF"/>
        </w:rPr>
        <w:t>privilegios</w:t>
      </w:r>
      <w:proofErr w:type="spellEnd"/>
      <w:r w:rsidR="0068498E" w:rsidRPr="009A1247">
        <w:rPr>
          <w:rFonts w:ascii="Times New Roman" w:hAnsi="Times New Roman" w:cs="Times New Roman"/>
          <w:color w:val="1B1B1B"/>
          <w:sz w:val="24"/>
          <w:szCs w:val="24"/>
          <w:shd w:val="clear" w:color="auto" w:fill="FFFFFF"/>
        </w:rPr>
        <w:t xml:space="preserve"> que </w:t>
      </w:r>
      <w:proofErr w:type="spellStart"/>
      <w:r w:rsidR="0068498E" w:rsidRPr="009A1247">
        <w:rPr>
          <w:rFonts w:ascii="Times New Roman" w:hAnsi="Times New Roman" w:cs="Times New Roman"/>
          <w:color w:val="1B1B1B"/>
          <w:sz w:val="24"/>
          <w:szCs w:val="24"/>
          <w:shd w:val="clear" w:color="auto" w:fill="FFFFFF"/>
        </w:rPr>
        <w:t>su</w:t>
      </w:r>
      <w:proofErr w:type="spellEnd"/>
      <w:r w:rsidR="0068498E" w:rsidRPr="009A1247">
        <w:rPr>
          <w:rFonts w:ascii="Times New Roman" w:hAnsi="Times New Roman" w:cs="Times New Roman"/>
          <w:color w:val="1B1B1B"/>
          <w:sz w:val="24"/>
          <w:szCs w:val="24"/>
          <w:shd w:val="clear" w:color="auto" w:fill="FFFFFF"/>
        </w:rPr>
        <w:t xml:space="preserve"> </w:t>
      </w:r>
      <w:proofErr w:type="spellStart"/>
      <w:r w:rsidR="0068498E" w:rsidRPr="009A1247">
        <w:rPr>
          <w:rFonts w:ascii="Times New Roman" w:hAnsi="Times New Roman" w:cs="Times New Roman"/>
          <w:color w:val="1B1B1B"/>
          <w:sz w:val="24"/>
          <w:szCs w:val="24"/>
          <w:shd w:val="clear" w:color="auto" w:fill="FFFFFF"/>
        </w:rPr>
        <w:t>condición</w:t>
      </w:r>
      <w:proofErr w:type="spellEnd"/>
      <w:r w:rsidR="0068498E" w:rsidRPr="009A1247">
        <w:rPr>
          <w:rFonts w:ascii="Times New Roman" w:hAnsi="Times New Roman" w:cs="Times New Roman"/>
          <w:color w:val="1B1B1B"/>
          <w:sz w:val="24"/>
          <w:szCs w:val="24"/>
          <w:shd w:val="clear" w:color="auto" w:fill="FFFFFF"/>
        </w:rPr>
        <w:t xml:space="preserve"> de professor de Universidad le </w:t>
      </w:r>
      <w:proofErr w:type="spellStart"/>
      <w:r w:rsidR="0068498E" w:rsidRPr="009A1247">
        <w:rPr>
          <w:rFonts w:ascii="Times New Roman" w:hAnsi="Times New Roman" w:cs="Times New Roman"/>
          <w:color w:val="1B1B1B"/>
          <w:sz w:val="24"/>
          <w:szCs w:val="24"/>
          <w:shd w:val="clear" w:color="auto" w:fill="FFFFFF"/>
        </w:rPr>
        <w:t>ofrece</w:t>
      </w:r>
      <w:proofErr w:type="spellEnd"/>
      <w:r w:rsidR="0068498E" w:rsidRPr="009A1247">
        <w:rPr>
          <w:rFonts w:ascii="Times New Roman" w:hAnsi="Times New Roman" w:cs="Times New Roman"/>
          <w:color w:val="1B1B1B"/>
          <w:sz w:val="24"/>
          <w:szCs w:val="24"/>
          <w:shd w:val="clear" w:color="auto" w:fill="FFFFFF"/>
        </w:rPr>
        <w:t>)</w:t>
      </w:r>
      <w:r w:rsidRPr="009A1247">
        <w:rPr>
          <w:rFonts w:ascii="Times New Roman" w:hAnsi="Times New Roman" w:cs="Times New Roman"/>
          <w:color w:val="1B1B1B"/>
          <w:sz w:val="24"/>
          <w:szCs w:val="24"/>
          <w:shd w:val="clear" w:color="auto" w:fill="FFFFFF"/>
        </w:rPr>
        <w:t xml:space="preserve"> y </w:t>
      </w:r>
      <w:proofErr w:type="spellStart"/>
      <w:r w:rsidRPr="009A1247">
        <w:rPr>
          <w:rFonts w:ascii="Times New Roman" w:hAnsi="Times New Roman" w:cs="Times New Roman"/>
          <w:color w:val="1B1B1B"/>
          <w:sz w:val="24"/>
          <w:szCs w:val="24"/>
          <w:shd w:val="clear" w:color="auto" w:fill="FFFFFF"/>
        </w:rPr>
        <w:t>sufrirá</w:t>
      </w:r>
      <w:proofErr w:type="spellEnd"/>
      <w:r w:rsidRPr="009A1247">
        <w:rPr>
          <w:rFonts w:ascii="Times New Roman" w:hAnsi="Times New Roman" w:cs="Times New Roman"/>
          <w:color w:val="1B1B1B"/>
          <w:sz w:val="24"/>
          <w:szCs w:val="24"/>
          <w:shd w:val="clear" w:color="auto" w:fill="FFFFFF"/>
        </w:rPr>
        <w:t xml:space="preserve"> </w:t>
      </w:r>
      <w:proofErr w:type="spellStart"/>
      <w:r w:rsidRPr="009A1247">
        <w:rPr>
          <w:rFonts w:ascii="Times New Roman" w:hAnsi="Times New Roman" w:cs="Times New Roman"/>
          <w:color w:val="1B1B1B"/>
          <w:sz w:val="24"/>
          <w:szCs w:val="24"/>
          <w:shd w:val="clear" w:color="auto" w:fill="FFFFFF"/>
        </w:rPr>
        <w:t>una</w:t>
      </w:r>
      <w:proofErr w:type="spellEnd"/>
      <w:r w:rsidRPr="009A1247">
        <w:rPr>
          <w:rFonts w:ascii="Times New Roman" w:hAnsi="Times New Roman" w:cs="Times New Roman"/>
          <w:color w:val="1B1B1B"/>
          <w:sz w:val="24"/>
          <w:szCs w:val="24"/>
          <w:shd w:val="clear" w:color="auto" w:fill="FFFFFF"/>
        </w:rPr>
        <w:t> </w:t>
      </w:r>
      <w:proofErr w:type="spellStart"/>
      <w:r w:rsidR="002C6FCD" w:rsidRPr="009A1247">
        <w:rPr>
          <w:sz w:val="24"/>
          <w:szCs w:val="24"/>
        </w:rPr>
        <w:fldChar w:fldCharType="begin"/>
      </w:r>
      <w:r w:rsidR="002C6FCD" w:rsidRPr="009A1247">
        <w:rPr>
          <w:sz w:val="24"/>
          <w:szCs w:val="24"/>
        </w:rPr>
        <w:instrText xml:space="preserve"> HYPERLINK "https://es.babelio.com/l</w:instrText>
      </w:r>
      <w:r w:rsidR="002C6FCD" w:rsidRPr="009A1247">
        <w:rPr>
          <w:sz w:val="24"/>
          <w:szCs w:val="24"/>
        </w:rPr>
        <w:instrText xml:space="preserve">ivres/Coetzee-Desgracia/48271" </w:instrText>
      </w:r>
      <w:r w:rsidR="002C6FCD" w:rsidRPr="009A1247">
        <w:rPr>
          <w:sz w:val="24"/>
          <w:szCs w:val="24"/>
        </w:rPr>
        <w:fldChar w:fldCharType="separate"/>
      </w:r>
      <w:r w:rsidRPr="009A1247">
        <w:rPr>
          <w:rStyle w:val="Hipervnculo"/>
          <w:rFonts w:ascii="Times New Roman" w:hAnsi="Times New Roman" w:cs="Times New Roman"/>
          <w:b/>
          <w:bCs/>
          <w:color w:val="000000"/>
          <w:sz w:val="24"/>
          <w:szCs w:val="24"/>
          <w:u w:val="none"/>
        </w:rPr>
        <w:t>desgracia</w:t>
      </w:r>
      <w:proofErr w:type="spellEnd"/>
      <w:r w:rsidR="002C6FCD" w:rsidRPr="009A1247">
        <w:rPr>
          <w:rStyle w:val="Hipervnculo"/>
          <w:rFonts w:ascii="Times New Roman" w:hAnsi="Times New Roman" w:cs="Times New Roman"/>
          <w:b/>
          <w:bCs/>
          <w:color w:val="000000"/>
          <w:sz w:val="24"/>
          <w:szCs w:val="24"/>
          <w:u w:val="none"/>
        </w:rPr>
        <w:fldChar w:fldCharType="end"/>
      </w:r>
      <w:r w:rsidR="0068498E" w:rsidRPr="009A1247">
        <w:rPr>
          <w:rStyle w:val="Hipervnculo"/>
          <w:rFonts w:ascii="Times New Roman" w:hAnsi="Times New Roman" w:cs="Times New Roman"/>
          <w:b/>
          <w:bCs/>
          <w:color w:val="000000"/>
          <w:sz w:val="24"/>
          <w:szCs w:val="24"/>
          <w:u w:val="none"/>
        </w:rPr>
        <w:t xml:space="preserve"> (la </w:t>
      </w:r>
      <w:proofErr w:type="spellStart"/>
      <w:r w:rsidR="0068498E" w:rsidRPr="009A1247">
        <w:rPr>
          <w:rStyle w:val="Hipervnculo"/>
          <w:rFonts w:ascii="Times New Roman" w:hAnsi="Times New Roman" w:cs="Times New Roman"/>
          <w:b/>
          <w:bCs/>
          <w:color w:val="000000"/>
          <w:sz w:val="24"/>
          <w:szCs w:val="24"/>
          <w:u w:val="none"/>
        </w:rPr>
        <w:t>agresión</w:t>
      </w:r>
      <w:proofErr w:type="spellEnd"/>
      <w:r w:rsidR="0068498E" w:rsidRPr="009A1247">
        <w:rPr>
          <w:rStyle w:val="Hipervnculo"/>
          <w:rFonts w:ascii="Times New Roman" w:hAnsi="Times New Roman" w:cs="Times New Roman"/>
          <w:b/>
          <w:bCs/>
          <w:color w:val="000000"/>
          <w:sz w:val="24"/>
          <w:szCs w:val="24"/>
          <w:u w:val="none"/>
        </w:rPr>
        <w:t xml:space="preserve"> </w:t>
      </w:r>
      <w:proofErr w:type="spellStart"/>
      <w:r w:rsidR="0068498E" w:rsidRPr="009A1247">
        <w:rPr>
          <w:rStyle w:val="Hipervnculo"/>
          <w:rFonts w:ascii="Times New Roman" w:hAnsi="Times New Roman" w:cs="Times New Roman"/>
          <w:b/>
          <w:bCs/>
          <w:color w:val="000000"/>
          <w:sz w:val="24"/>
          <w:szCs w:val="24"/>
          <w:u w:val="none"/>
        </w:rPr>
        <w:t>física</w:t>
      </w:r>
      <w:proofErr w:type="spellEnd"/>
      <w:r w:rsidR="0068498E" w:rsidRPr="009A1247">
        <w:rPr>
          <w:rStyle w:val="Hipervnculo"/>
          <w:rFonts w:ascii="Times New Roman" w:hAnsi="Times New Roman" w:cs="Times New Roman"/>
          <w:b/>
          <w:bCs/>
          <w:color w:val="000000"/>
          <w:sz w:val="24"/>
          <w:szCs w:val="24"/>
          <w:u w:val="none"/>
        </w:rPr>
        <w:t xml:space="preserve"> </w:t>
      </w:r>
      <w:proofErr w:type="spellStart"/>
      <w:r w:rsidR="000F200B" w:rsidRPr="009A1247">
        <w:rPr>
          <w:rStyle w:val="Hipervnculo"/>
          <w:rFonts w:ascii="Times New Roman" w:hAnsi="Times New Roman" w:cs="Times New Roman"/>
          <w:b/>
          <w:bCs/>
          <w:color w:val="000000"/>
          <w:sz w:val="24"/>
          <w:szCs w:val="24"/>
          <w:u w:val="none"/>
        </w:rPr>
        <w:t>en</w:t>
      </w:r>
      <w:proofErr w:type="spellEnd"/>
      <w:r w:rsidR="0068498E" w:rsidRPr="009A1247">
        <w:rPr>
          <w:rStyle w:val="Hipervnculo"/>
          <w:rFonts w:ascii="Times New Roman" w:hAnsi="Times New Roman" w:cs="Times New Roman"/>
          <w:b/>
          <w:bCs/>
          <w:color w:val="000000"/>
          <w:sz w:val="24"/>
          <w:szCs w:val="24"/>
          <w:u w:val="none"/>
        </w:rPr>
        <w:t xml:space="preserve"> </w:t>
      </w:r>
      <w:proofErr w:type="spellStart"/>
      <w:r w:rsidR="0068498E" w:rsidRPr="009A1247">
        <w:rPr>
          <w:rStyle w:val="Hipervnculo"/>
          <w:rFonts w:ascii="Times New Roman" w:hAnsi="Times New Roman" w:cs="Times New Roman"/>
          <w:b/>
          <w:bCs/>
          <w:color w:val="000000"/>
          <w:sz w:val="24"/>
          <w:szCs w:val="24"/>
          <w:u w:val="none"/>
        </w:rPr>
        <w:t>su</w:t>
      </w:r>
      <w:proofErr w:type="spellEnd"/>
      <w:r w:rsidR="0068498E" w:rsidRPr="009A1247">
        <w:rPr>
          <w:rStyle w:val="Hipervnculo"/>
          <w:rFonts w:ascii="Times New Roman" w:hAnsi="Times New Roman" w:cs="Times New Roman"/>
          <w:b/>
          <w:bCs/>
          <w:color w:val="000000"/>
          <w:sz w:val="24"/>
          <w:szCs w:val="24"/>
          <w:u w:val="none"/>
        </w:rPr>
        <w:t xml:space="preserve"> persona y </w:t>
      </w:r>
      <w:proofErr w:type="spellStart"/>
      <w:r w:rsidR="00CA6CA4" w:rsidRPr="009A1247">
        <w:rPr>
          <w:rStyle w:val="Hipervnculo"/>
          <w:rFonts w:ascii="Times New Roman" w:hAnsi="Times New Roman" w:cs="Times New Roman"/>
          <w:b/>
          <w:bCs/>
          <w:color w:val="000000"/>
          <w:sz w:val="24"/>
          <w:szCs w:val="24"/>
          <w:u w:val="none"/>
        </w:rPr>
        <w:t>en</w:t>
      </w:r>
      <w:proofErr w:type="spellEnd"/>
      <w:r w:rsidR="00CA6CA4" w:rsidRPr="009A1247">
        <w:rPr>
          <w:rStyle w:val="Hipervnculo"/>
          <w:rFonts w:ascii="Times New Roman" w:hAnsi="Times New Roman" w:cs="Times New Roman"/>
          <w:b/>
          <w:bCs/>
          <w:color w:val="000000"/>
          <w:sz w:val="24"/>
          <w:szCs w:val="24"/>
          <w:u w:val="none"/>
        </w:rPr>
        <w:t xml:space="preserve"> la</w:t>
      </w:r>
      <w:r w:rsidR="0068498E" w:rsidRPr="009A1247">
        <w:rPr>
          <w:rStyle w:val="Hipervnculo"/>
          <w:rFonts w:ascii="Times New Roman" w:hAnsi="Times New Roman" w:cs="Times New Roman"/>
          <w:b/>
          <w:bCs/>
          <w:color w:val="000000"/>
          <w:sz w:val="24"/>
          <w:szCs w:val="24"/>
          <w:u w:val="none"/>
        </w:rPr>
        <w:t xml:space="preserve"> de </w:t>
      </w:r>
      <w:proofErr w:type="spellStart"/>
      <w:r w:rsidR="0068498E" w:rsidRPr="009A1247">
        <w:rPr>
          <w:rStyle w:val="Hipervnculo"/>
          <w:rFonts w:ascii="Times New Roman" w:hAnsi="Times New Roman" w:cs="Times New Roman"/>
          <w:b/>
          <w:bCs/>
          <w:color w:val="000000"/>
          <w:sz w:val="24"/>
          <w:szCs w:val="24"/>
          <w:u w:val="none"/>
        </w:rPr>
        <w:t>su</w:t>
      </w:r>
      <w:proofErr w:type="spellEnd"/>
      <w:r w:rsidR="0068498E" w:rsidRPr="009A1247">
        <w:rPr>
          <w:rStyle w:val="Hipervnculo"/>
          <w:rFonts w:ascii="Times New Roman" w:hAnsi="Times New Roman" w:cs="Times New Roman"/>
          <w:b/>
          <w:bCs/>
          <w:color w:val="000000"/>
          <w:sz w:val="24"/>
          <w:szCs w:val="24"/>
          <w:u w:val="none"/>
        </w:rPr>
        <w:t xml:space="preserve"> </w:t>
      </w:r>
      <w:proofErr w:type="spellStart"/>
      <w:r w:rsidR="0068498E" w:rsidRPr="009A1247">
        <w:rPr>
          <w:rStyle w:val="Hipervnculo"/>
          <w:rFonts w:ascii="Times New Roman" w:hAnsi="Times New Roman" w:cs="Times New Roman"/>
          <w:b/>
          <w:bCs/>
          <w:color w:val="000000"/>
          <w:sz w:val="24"/>
          <w:szCs w:val="24"/>
          <w:u w:val="none"/>
        </w:rPr>
        <w:t>hija</w:t>
      </w:r>
      <w:proofErr w:type="spellEnd"/>
      <w:r w:rsidR="0068498E" w:rsidRPr="009A1247">
        <w:rPr>
          <w:rStyle w:val="Hipervnculo"/>
          <w:rFonts w:ascii="Times New Roman" w:hAnsi="Times New Roman" w:cs="Times New Roman"/>
          <w:b/>
          <w:bCs/>
          <w:color w:val="000000"/>
          <w:sz w:val="24"/>
          <w:szCs w:val="24"/>
          <w:u w:val="none"/>
        </w:rPr>
        <w:t>)</w:t>
      </w:r>
      <w:r w:rsidRPr="009A1247">
        <w:rPr>
          <w:rFonts w:ascii="Times New Roman" w:hAnsi="Times New Roman" w:cs="Times New Roman"/>
          <w:color w:val="1B1B1B"/>
          <w:sz w:val="24"/>
          <w:szCs w:val="24"/>
          <w:shd w:val="clear" w:color="auto" w:fill="FFFFFF"/>
        </w:rPr>
        <w:t>.</w:t>
      </w:r>
    </w:p>
    <w:p w:rsidR="002C3B0C" w:rsidRPr="009A1247" w:rsidRDefault="0038245A" w:rsidP="00C23669">
      <w:pPr>
        <w:spacing w:after="0"/>
        <w:jc w:val="both"/>
        <w:rPr>
          <w:rFonts w:ascii="Times New Roman" w:hAnsi="Times New Roman" w:cs="Times New Roman"/>
          <w:sz w:val="24"/>
          <w:szCs w:val="24"/>
        </w:rPr>
      </w:pPr>
      <w:r w:rsidRPr="00C23669">
        <w:rPr>
          <w:rFonts w:ascii="Times New Roman" w:hAnsi="Times New Roman" w:cs="Times New Roman"/>
          <w:sz w:val="28"/>
          <w:szCs w:val="28"/>
        </w:rPr>
        <w:br/>
      </w:r>
      <w:proofErr w:type="spellStart"/>
      <w:r w:rsidR="000F200B" w:rsidRPr="009A1247">
        <w:rPr>
          <w:rFonts w:ascii="Times New Roman" w:hAnsi="Times New Roman" w:cs="Times New Roman"/>
          <w:sz w:val="24"/>
          <w:szCs w:val="24"/>
        </w:rPr>
        <w:t>En</w:t>
      </w:r>
      <w:proofErr w:type="spellEnd"/>
      <w:r w:rsidR="000F200B" w:rsidRPr="009A1247">
        <w:rPr>
          <w:rFonts w:ascii="Times New Roman" w:hAnsi="Times New Roman" w:cs="Times New Roman"/>
          <w:sz w:val="24"/>
          <w:szCs w:val="24"/>
        </w:rPr>
        <w:t xml:space="preserve"> </w:t>
      </w:r>
      <w:proofErr w:type="spellStart"/>
      <w:r w:rsidR="000F200B" w:rsidRPr="009A1247">
        <w:rPr>
          <w:rFonts w:ascii="Times New Roman" w:hAnsi="Times New Roman" w:cs="Times New Roman"/>
          <w:sz w:val="24"/>
          <w:szCs w:val="24"/>
        </w:rPr>
        <w:t>este</w:t>
      </w:r>
      <w:proofErr w:type="spellEnd"/>
      <w:r w:rsidR="000F200B" w:rsidRPr="009A1247">
        <w:rPr>
          <w:rFonts w:ascii="Times New Roman" w:hAnsi="Times New Roman" w:cs="Times New Roman"/>
          <w:sz w:val="24"/>
          <w:szCs w:val="24"/>
        </w:rPr>
        <w:t xml:space="preserve"> </w:t>
      </w:r>
      <w:proofErr w:type="spellStart"/>
      <w:r w:rsidR="000F200B" w:rsidRPr="009A1247">
        <w:rPr>
          <w:rFonts w:ascii="Times New Roman" w:hAnsi="Times New Roman" w:cs="Times New Roman"/>
          <w:sz w:val="24"/>
          <w:szCs w:val="24"/>
        </w:rPr>
        <w:t>contexto</w:t>
      </w:r>
      <w:proofErr w:type="spellEnd"/>
      <w:r w:rsidR="000F200B" w:rsidRPr="009A1247">
        <w:rPr>
          <w:rFonts w:ascii="Times New Roman" w:hAnsi="Times New Roman" w:cs="Times New Roman"/>
          <w:sz w:val="24"/>
          <w:szCs w:val="24"/>
        </w:rPr>
        <w:t xml:space="preserve">, </w:t>
      </w:r>
      <w:r w:rsidRPr="009A1247">
        <w:rPr>
          <w:rFonts w:ascii="Times New Roman" w:hAnsi="Times New Roman" w:cs="Times New Roman"/>
          <w:sz w:val="24"/>
          <w:szCs w:val="24"/>
        </w:rPr>
        <w:t xml:space="preserve">David Lurie </w:t>
      </w:r>
      <w:proofErr w:type="spellStart"/>
      <w:r w:rsidRPr="009A1247">
        <w:rPr>
          <w:rFonts w:ascii="Times New Roman" w:hAnsi="Times New Roman" w:cs="Times New Roman"/>
          <w:sz w:val="24"/>
          <w:szCs w:val="24"/>
        </w:rPr>
        <w:t>encarna</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ocaso</w:t>
      </w:r>
      <w:proofErr w:type="spellEnd"/>
      <w:r w:rsidRPr="009A1247">
        <w:rPr>
          <w:rFonts w:ascii="Times New Roman" w:hAnsi="Times New Roman" w:cs="Times New Roman"/>
          <w:sz w:val="24"/>
          <w:szCs w:val="24"/>
        </w:rPr>
        <w:t xml:space="preserve"> de </w:t>
      </w:r>
      <w:proofErr w:type="spellStart"/>
      <w:r w:rsidRPr="009A1247">
        <w:rPr>
          <w:rFonts w:ascii="Times New Roman" w:hAnsi="Times New Roman" w:cs="Times New Roman"/>
          <w:sz w:val="24"/>
          <w:szCs w:val="24"/>
        </w:rPr>
        <w:t>una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clase</w:t>
      </w:r>
      <w:proofErr w:type="spellEnd"/>
      <w:r w:rsidRPr="009A1247">
        <w:rPr>
          <w:rFonts w:ascii="Times New Roman" w:hAnsi="Times New Roman" w:cs="Times New Roman"/>
          <w:sz w:val="24"/>
          <w:szCs w:val="24"/>
        </w:rPr>
        <w:t xml:space="preserve">: la del hombre </w:t>
      </w:r>
      <w:proofErr w:type="spellStart"/>
      <w:r w:rsidRPr="009A1247">
        <w:rPr>
          <w:rFonts w:ascii="Times New Roman" w:hAnsi="Times New Roman" w:cs="Times New Roman"/>
          <w:sz w:val="24"/>
          <w:szCs w:val="24"/>
        </w:rPr>
        <w:t>culto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blanco</w:t>
      </w:r>
      <w:proofErr w:type="spellEnd"/>
      <w:r w:rsidRPr="009A1247">
        <w:rPr>
          <w:rFonts w:ascii="Times New Roman" w:hAnsi="Times New Roman" w:cs="Times New Roman"/>
          <w:sz w:val="24"/>
          <w:szCs w:val="24"/>
        </w:rPr>
        <w:t xml:space="preserve"> y </w:t>
      </w:r>
      <w:proofErr w:type="spellStart"/>
      <w:r w:rsidRPr="009A1247">
        <w:rPr>
          <w:rFonts w:ascii="Times New Roman" w:hAnsi="Times New Roman" w:cs="Times New Roman"/>
          <w:sz w:val="24"/>
          <w:szCs w:val="24"/>
        </w:rPr>
        <w:t>autosuficiente</w:t>
      </w:r>
      <w:proofErr w:type="spellEnd"/>
      <w:r w:rsidRPr="009A1247">
        <w:rPr>
          <w:rFonts w:ascii="Times New Roman" w:hAnsi="Times New Roman" w:cs="Times New Roman"/>
          <w:sz w:val="24"/>
          <w:szCs w:val="24"/>
        </w:rPr>
        <w:t xml:space="preserve"> que </w:t>
      </w:r>
      <w:proofErr w:type="spellStart"/>
      <w:r w:rsidRPr="009A1247">
        <w:rPr>
          <w:rFonts w:ascii="Times New Roman" w:hAnsi="Times New Roman" w:cs="Times New Roman"/>
          <w:sz w:val="24"/>
          <w:szCs w:val="24"/>
        </w:rPr>
        <w:t>cree</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dominar</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mundo</w:t>
      </w:r>
      <w:proofErr w:type="spellEnd"/>
      <w:r w:rsidRPr="009A1247">
        <w:rPr>
          <w:rFonts w:ascii="Times New Roman" w:hAnsi="Times New Roman" w:cs="Times New Roman"/>
          <w:sz w:val="24"/>
          <w:szCs w:val="24"/>
        </w:rPr>
        <w:t xml:space="preserve"> a </w:t>
      </w:r>
      <w:proofErr w:type="spellStart"/>
      <w:r w:rsidRPr="009A1247">
        <w:rPr>
          <w:rFonts w:ascii="Times New Roman" w:hAnsi="Times New Roman" w:cs="Times New Roman"/>
          <w:sz w:val="24"/>
          <w:szCs w:val="24"/>
        </w:rPr>
        <w:t>tra</w:t>
      </w:r>
      <w:r w:rsidR="000F200B" w:rsidRPr="009A1247">
        <w:rPr>
          <w:rFonts w:ascii="Times New Roman" w:hAnsi="Times New Roman" w:cs="Times New Roman"/>
          <w:sz w:val="24"/>
          <w:szCs w:val="24"/>
        </w:rPr>
        <w:t>vés</w:t>
      </w:r>
      <w:proofErr w:type="spellEnd"/>
      <w:r w:rsidR="000F200B" w:rsidRPr="009A1247">
        <w:rPr>
          <w:rFonts w:ascii="Times New Roman" w:hAnsi="Times New Roman" w:cs="Times New Roman"/>
          <w:sz w:val="24"/>
          <w:szCs w:val="24"/>
        </w:rPr>
        <w:t xml:space="preserve"> de la palabra y la </w:t>
      </w:r>
      <w:proofErr w:type="spellStart"/>
      <w:r w:rsidR="000F200B" w:rsidRPr="009A1247">
        <w:rPr>
          <w:rFonts w:ascii="Times New Roman" w:hAnsi="Times New Roman" w:cs="Times New Roman"/>
          <w:sz w:val="24"/>
          <w:szCs w:val="24"/>
        </w:rPr>
        <w:t>razón</w:t>
      </w:r>
      <w:proofErr w:type="spellEnd"/>
      <w:r w:rsidR="000F200B" w:rsidRPr="009A1247">
        <w:rPr>
          <w:rFonts w:ascii="Times New Roman" w:hAnsi="Times New Roman" w:cs="Times New Roman"/>
          <w:sz w:val="24"/>
          <w:szCs w:val="24"/>
        </w:rPr>
        <w:t xml:space="preserve">. Si </w:t>
      </w:r>
      <w:proofErr w:type="spellStart"/>
      <w:r w:rsidR="000F200B" w:rsidRPr="009A1247">
        <w:rPr>
          <w:rFonts w:ascii="Times New Roman" w:hAnsi="Times New Roman" w:cs="Times New Roman"/>
          <w:sz w:val="24"/>
          <w:szCs w:val="24"/>
        </w:rPr>
        <w:t>su</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relación</w:t>
      </w:r>
      <w:proofErr w:type="spellEnd"/>
      <w:r w:rsidRPr="009A1247">
        <w:rPr>
          <w:rFonts w:ascii="Times New Roman" w:hAnsi="Times New Roman" w:cs="Times New Roman"/>
          <w:sz w:val="24"/>
          <w:szCs w:val="24"/>
        </w:rPr>
        <w:t xml:space="preserve"> con Melanie Isaacs </w:t>
      </w:r>
      <w:proofErr w:type="spellStart"/>
      <w:r w:rsidRPr="009A1247">
        <w:rPr>
          <w:rFonts w:ascii="Times New Roman" w:hAnsi="Times New Roman" w:cs="Times New Roman"/>
          <w:sz w:val="24"/>
          <w:szCs w:val="24"/>
        </w:rPr>
        <w:t>es</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detonante</w:t>
      </w:r>
      <w:proofErr w:type="spellEnd"/>
      <w:r w:rsidRPr="009A1247">
        <w:rPr>
          <w:rFonts w:ascii="Times New Roman" w:hAnsi="Times New Roman" w:cs="Times New Roman"/>
          <w:sz w:val="24"/>
          <w:szCs w:val="24"/>
        </w:rPr>
        <w:t xml:space="preserve"> de </w:t>
      </w:r>
      <w:proofErr w:type="spellStart"/>
      <w:r w:rsidRPr="009A1247">
        <w:rPr>
          <w:rFonts w:ascii="Times New Roman" w:hAnsi="Times New Roman" w:cs="Times New Roman"/>
          <w:sz w:val="24"/>
          <w:szCs w:val="24"/>
        </w:rPr>
        <w:t>su</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desgracia</w:t>
      </w:r>
      <w:proofErr w:type="spellEnd"/>
      <w:r w:rsidR="000F200B" w:rsidRPr="009A1247">
        <w:rPr>
          <w:rFonts w:ascii="Times New Roman" w:hAnsi="Times New Roman" w:cs="Times New Roman"/>
          <w:sz w:val="24"/>
          <w:szCs w:val="24"/>
        </w:rPr>
        <w:t xml:space="preserve">, </w:t>
      </w:r>
      <w:r w:rsidRPr="009A1247">
        <w:rPr>
          <w:rFonts w:ascii="Times New Roman" w:hAnsi="Times New Roman" w:cs="Times New Roman"/>
          <w:sz w:val="24"/>
          <w:szCs w:val="24"/>
        </w:rPr>
        <w:t xml:space="preserve">Lurie </w:t>
      </w:r>
      <w:proofErr w:type="spellStart"/>
      <w:r w:rsidRPr="009A1247">
        <w:rPr>
          <w:rFonts w:ascii="Times New Roman" w:hAnsi="Times New Roman" w:cs="Times New Roman"/>
          <w:sz w:val="24"/>
          <w:szCs w:val="24"/>
        </w:rPr>
        <w:t>interpreta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su</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acto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como</w:t>
      </w:r>
      <w:proofErr w:type="spellEnd"/>
      <w:r w:rsidRPr="009A1247">
        <w:rPr>
          <w:rFonts w:ascii="Times New Roman" w:hAnsi="Times New Roman" w:cs="Times New Roman"/>
          <w:sz w:val="24"/>
          <w:szCs w:val="24"/>
        </w:rPr>
        <w:t xml:space="preserve"> un </w:t>
      </w:r>
      <w:proofErr w:type="spellStart"/>
      <w:r w:rsidRPr="009A1247">
        <w:rPr>
          <w:rFonts w:ascii="Times New Roman" w:hAnsi="Times New Roman" w:cs="Times New Roman"/>
          <w:sz w:val="24"/>
          <w:szCs w:val="24"/>
        </w:rPr>
        <w:lastRenderedPageBreak/>
        <w:t>episodio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erótico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casi</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romántico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pero</w:t>
      </w:r>
      <w:proofErr w:type="spellEnd"/>
      <w:r w:rsidRPr="009A1247">
        <w:rPr>
          <w:rFonts w:ascii="Times New Roman" w:hAnsi="Times New Roman" w:cs="Times New Roman"/>
          <w:sz w:val="24"/>
          <w:szCs w:val="24"/>
        </w:rPr>
        <w:t xml:space="preserve"> Coetzee lo </w:t>
      </w:r>
      <w:proofErr w:type="spellStart"/>
      <w:r w:rsidRPr="009A1247">
        <w:rPr>
          <w:rFonts w:ascii="Times New Roman" w:hAnsi="Times New Roman" w:cs="Times New Roman"/>
          <w:sz w:val="24"/>
          <w:szCs w:val="24"/>
        </w:rPr>
        <w:t>muestra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como</w:t>
      </w:r>
      <w:proofErr w:type="spellEnd"/>
      <w:r w:rsidRPr="009A1247">
        <w:rPr>
          <w:rFonts w:ascii="Times New Roman" w:hAnsi="Times New Roman" w:cs="Times New Roman"/>
          <w:sz w:val="24"/>
          <w:szCs w:val="24"/>
        </w:rPr>
        <w:t xml:space="preserve"> un </w:t>
      </w:r>
      <w:proofErr w:type="spellStart"/>
      <w:r w:rsidRPr="009A1247">
        <w:rPr>
          <w:rFonts w:ascii="Times New Roman" w:hAnsi="Times New Roman" w:cs="Times New Roman"/>
          <w:sz w:val="24"/>
          <w:szCs w:val="24"/>
        </w:rPr>
        <w:t>abuso</w:t>
      </w:r>
      <w:proofErr w:type="spellEnd"/>
      <w:r w:rsidRPr="009A1247">
        <w:rPr>
          <w:rFonts w:ascii="Times New Roman" w:hAnsi="Times New Roman" w:cs="Times New Roman"/>
          <w:sz w:val="24"/>
          <w:szCs w:val="24"/>
        </w:rPr>
        <w:t xml:space="preserve"> de </w:t>
      </w:r>
      <w:proofErr w:type="spellStart"/>
      <w:r w:rsidRPr="009A1247">
        <w:rPr>
          <w:rFonts w:ascii="Times New Roman" w:hAnsi="Times New Roman" w:cs="Times New Roman"/>
          <w:sz w:val="24"/>
          <w:szCs w:val="24"/>
        </w:rPr>
        <w:t>poder</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en</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nuevo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contexto</w:t>
      </w:r>
      <w:proofErr w:type="spellEnd"/>
      <w:r w:rsidRPr="009A1247">
        <w:rPr>
          <w:rFonts w:ascii="Times New Roman" w:hAnsi="Times New Roman" w:cs="Times New Roman"/>
          <w:sz w:val="24"/>
          <w:szCs w:val="24"/>
        </w:rPr>
        <w:t xml:space="preserve"> social de </w:t>
      </w:r>
      <w:proofErr w:type="spellStart"/>
      <w:r w:rsidRPr="009A1247">
        <w:rPr>
          <w:rFonts w:ascii="Times New Roman" w:hAnsi="Times New Roman" w:cs="Times New Roman"/>
          <w:sz w:val="24"/>
          <w:szCs w:val="24"/>
        </w:rPr>
        <w:t>Sudáfrica</w:t>
      </w:r>
      <w:proofErr w:type="spellEnd"/>
      <w:r w:rsidRPr="009A1247">
        <w:rPr>
          <w:rFonts w:ascii="Times New Roman" w:hAnsi="Times New Roman" w:cs="Times New Roman"/>
          <w:sz w:val="24"/>
          <w:szCs w:val="24"/>
        </w:rPr>
        <w:t>.</w:t>
      </w:r>
    </w:p>
    <w:p w:rsidR="00BC6810" w:rsidRPr="00C23669" w:rsidRDefault="00BC6810" w:rsidP="00C23669">
      <w:pPr>
        <w:spacing w:after="0"/>
        <w:jc w:val="both"/>
        <w:rPr>
          <w:rFonts w:ascii="Times New Roman" w:hAnsi="Times New Roman" w:cs="Times New Roman"/>
          <w:b/>
          <w:i/>
          <w:sz w:val="28"/>
          <w:szCs w:val="28"/>
        </w:rPr>
      </w:pPr>
    </w:p>
    <w:p w:rsidR="002C3B0C" w:rsidRPr="009A1247" w:rsidRDefault="0038245A" w:rsidP="00C23669">
      <w:pPr>
        <w:spacing w:after="0"/>
        <w:jc w:val="both"/>
        <w:rPr>
          <w:rFonts w:ascii="Times New Roman" w:hAnsi="Times New Roman" w:cs="Times New Roman"/>
          <w:b/>
        </w:rPr>
      </w:pPr>
      <w:r w:rsidRPr="009A1247">
        <w:rPr>
          <w:rFonts w:ascii="Times New Roman" w:hAnsi="Times New Roman" w:cs="Times New Roman"/>
          <w:b/>
          <w:i/>
        </w:rPr>
        <w:t xml:space="preserve">“Ella no </w:t>
      </w:r>
      <w:proofErr w:type="spellStart"/>
      <w:r w:rsidRPr="009A1247">
        <w:rPr>
          <w:rFonts w:ascii="Times New Roman" w:hAnsi="Times New Roman" w:cs="Times New Roman"/>
          <w:b/>
          <w:i/>
        </w:rPr>
        <w:t>coopera</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Es</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pasiva</w:t>
      </w:r>
      <w:proofErr w:type="spellEnd"/>
      <w:r w:rsidRPr="009A1247">
        <w:rPr>
          <w:rFonts w:ascii="Times New Roman" w:hAnsi="Times New Roman" w:cs="Times New Roman"/>
          <w:b/>
          <w:i/>
        </w:rPr>
        <w:t xml:space="preserve">, no </w:t>
      </w:r>
      <w:proofErr w:type="spellStart"/>
      <w:r w:rsidRPr="009A1247">
        <w:rPr>
          <w:rFonts w:ascii="Times New Roman" w:hAnsi="Times New Roman" w:cs="Times New Roman"/>
          <w:b/>
          <w:i/>
        </w:rPr>
        <w:t>opone</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resistencia</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pero</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tampoco</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colabora</w:t>
      </w:r>
      <w:proofErr w:type="spellEnd"/>
      <w:r w:rsidRPr="009A1247">
        <w:rPr>
          <w:rFonts w:ascii="Times New Roman" w:hAnsi="Times New Roman" w:cs="Times New Roman"/>
          <w:b/>
          <w:i/>
        </w:rPr>
        <w:t>.”</w:t>
      </w:r>
    </w:p>
    <w:p w:rsidR="00721E02" w:rsidRPr="009A1247" w:rsidRDefault="0038245A" w:rsidP="0068498E">
      <w:pPr>
        <w:spacing w:after="0"/>
        <w:jc w:val="both"/>
        <w:rPr>
          <w:rFonts w:ascii="Times New Roman" w:eastAsia="Times New Roman" w:hAnsi="Times New Roman" w:cs="Times New Roman"/>
          <w:spacing w:val="5"/>
          <w:lang w:val="es-ES" w:eastAsia="es-ES"/>
        </w:rPr>
      </w:pPr>
      <w:r w:rsidRPr="00C23669">
        <w:rPr>
          <w:rFonts w:ascii="Times New Roman" w:hAnsi="Times New Roman" w:cs="Times New Roman"/>
          <w:sz w:val="28"/>
          <w:szCs w:val="28"/>
        </w:rPr>
        <w:br/>
      </w:r>
      <w:proofErr w:type="spellStart"/>
      <w:r w:rsidRPr="009A1247">
        <w:rPr>
          <w:rFonts w:ascii="Times New Roman" w:hAnsi="Times New Roman" w:cs="Times New Roman"/>
          <w:sz w:val="24"/>
          <w:szCs w:val="24"/>
        </w:rPr>
        <w:t>Esa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frase</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pronunciada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desde</w:t>
      </w:r>
      <w:proofErr w:type="spellEnd"/>
      <w:r w:rsidRPr="009A1247">
        <w:rPr>
          <w:rFonts w:ascii="Times New Roman" w:hAnsi="Times New Roman" w:cs="Times New Roman"/>
          <w:sz w:val="24"/>
          <w:szCs w:val="24"/>
        </w:rPr>
        <w:t xml:space="preserve"> la </w:t>
      </w:r>
      <w:proofErr w:type="spellStart"/>
      <w:r w:rsidRPr="009A1247">
        <w:rPr>
          <w:rFonts w:ascii="Times New Roman" w:hAnsi="Times New Roman" w:cs="Times New Roman"/>
          <w:sz w:val="24"/>
          <w:szCs w:val="24"/>
        </w:rPr>
        <w:t>autocomplacencia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muestra</w:t>
      </w:r>
      <w:proofErr w:type="spellEnd"/>
      <w:r w:rsidRPr="009A1247">
        <w:rPr>
          <w:rFonts w:ascii="Times New Roman" w:hAnsi="Times New Roman" w:cs="Times New Roman"/>
          <w:sz w:val="24"/>
          <w:szCs w:val="24"/>
        </w:rPr>
        <w:t xml:space="preserve"> la </w:t>
      </w:r>
      <w:proofErr w:type="spellStart"/>
      <w:r w:rsidRPr="009A1247">
        <w:rPr>
          <w:rFonts w:ascii="Times New Roman" w:hAnsi="Times New Roman" w:cs="Times New Roman"/>
          <w:sz w:val="24"/>
          <w:szCs w:val="24"/>
        </w:rPr>
        <w:t>ceguera</w:t>
      </w:r>
      <w:proofErr w:type="spellEnd"/>
      <w:r w:rsidRPr="009A1247">
        <w:rPr>
          <w:rFonts w:ascii="Times New Roman" w:hAnsi="Times New Roman" w:cs="Times New Roman"/>
          <w:sz w:val="24"/>
          <w:szCs w:val="24"/>
        </w:rPr>
        <w:t xml:space="preserve"> moral de Lurie: </w:t>
      </w:r>
      <w:proofErr w:type="spellStart"/>
      <w:r w:rsidRPr="009A1247">
        <w:rPr>
          <w:rFonts w:ascii="Times New Roman" w:hAnsi="Times New Roman" w:cs="Times New Roman"/>
          <w:sz w:val="24"/>
          <w:szCs w:val="24"/>
        </w:rPr>
        <w:t>confunde</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consentimiento</w:t>
      </w:r>
      <w:proofErr w:type="spellEnd"/>
      <w:r w:rsidRPr="009A1247">
        <w:rPr>
          <w:rFonts w:ascii="Times New Roman" w:hAnsi="Times New Roman" w:cs="Times New Roman"/>
          <w:sz w:val="24"/>
          <w:szCs w:val="24"/>
        </w:rPr>
        <w:t xml:space="preserve"> con el </w:t>
      </w:r>
      <w:proofErr w:type="spellStart"/>
      <w:r w:rsidRPr="009A1247">
        <w:rPr>
          <w:rFonts w:ascii="Times New Roman" w:hAnsi="Times New Roman" w:cs="Times New Roman"/>
          <w:sz w:val="24"/>
          <w:szCs w:val="24"/>
        </w:rPr>
        <w:t>silencio</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deseo</w:t>
      </w:r>
      <w:proofErr w:type="spellEnd"/>
      <w:r w:rsidRPr="009A1247">
        <w:rPr>
          <w:rFonts w:ascii="Times New Roman" w:hAnsi="Times New Roman" w:cs="Times New Roman"/>
          <w:sz w:val="24"/>
          <w:szCs w:val="24"/>
        </w:rPr>
        <w:t xml:space="preserve"> con el </w:t>
      </w:r>
      <w:proofErr w:type="spellStart"/>
      <w:r w:rsidRPr="009A1247">
        <w:rPr>
          <w:rFonts w:ascii="Times New Roman" w:hAnsi="Times New Roman" w:cs="Times New Roman"/>
          <w:sz w:val="24"/>
          <w:szCs w:val="24"/>
        </w:rPr>
        <w:t>dominio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Expulsado</w:t>
      </w:r>
      <w:proofErr w:type="spellEnd"/>
      <w:r w:rsidRPr="009A1247">
        <w:rPr>
          <w:rFonts w:ascii="Times New Roman" w:hAnsi="Times New Roman" w:cs="Times New Roman"/>
          <w:sz w:val="24"/>
          <w:szCs w:val="24"/>
        </w:rPr>
        <w:t xml:space="preserve"> de la </w:t>
      </w:r>
      <w:proofErr w:type="spellStart"/>
      <w:r w:rsidRPr="009A1247">
        <w:rPr>
          <w:rFonts w:ascii="Times New Roman" w:hAnsi="Times New Roman" w:cs="Times New Roman"/>
          <w:sz w:val="24"/>
          <w:szCs w:val="24"/>
        </w:rPr>
        <w:t>universidad</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institución</w:t>
      </w:r>
      <w:proofErr w:type="spellEnd"/>
      <w:r w:rsidRPr="009A1247">
        <w:rPr>
          <w:rFonts w:ascii="Times New Roman" w:hAnsi="Times New Roman" w:cs="Times New Roman"/>
          <w:sz w:val="24"/>
          <w:szCs w:val="24"/>
        </w:rPr>
        <w:t xml:space="preserve"> que </w:t>
      </w:r>
      <w:proofErr w:type="spellStart"/>
      <w:r w:rsidRPr="009A1247">
        <w:rPr>
          <w:rFonts w:ascii="Times New Roman" w:hAnsi="Times New Roman" w:cs="Times New Roman"/>
          <w:sz w:val="24"/>
          <w:szCs w:val="24"/>
        </w:rPr>
        <w:t>representa</w:t>
      </w:r>
      <w:proofErr w:type="spellEnd"/>
      <w:r w:rsidRPr="009A1247">
        <w:rPr>
          <w:rFonts w:ascii="Times New Roman" w:hAnsi="Times New Roman" w:cs="Times New Roman"/>
          <w:sz w:val="24"/>
          <w:szCs w:val="24"/>
        </w:rPr>
        <w:t xml:space="preserve"> la </w:t>
      </w:r>
      <w:proofErr w:type="spellStart"/>
      <w:r w:rsidRPr="009A1247">
        <w:rPr>
          <w:rFonts w:ascii="Times New Roman" w:hAnsi="Times New Roman" w:cs="Times New Roman"/>
          <w:sz w:val="24"/>
          <w:szCs w:val="24"/>
        </w:rPr>
        <w:t>nueva</w:t>
      </w:r>
      <w:proofErr w:type="spellEnd"/>
      <w:r w:rsidRPr="009A1247">
        <w:rPr>
          <w:rFonts w:ascii="Times New Roman" w:hAnsi="Times New Roman" w:cs="Times New Roman"/>
          <w:sz w:val="24"/>
          <w:szCs w:val="24"/>
        </w:rPr>
        <w:t xml:space="preserve"> moral </w:t>
      </w:r>
      <w:proofErr w:type="spellStart"/>
      <w:r w:rsidRPr="009A1247">
        <w:rPr>
          <w:rFonts w:ascii="Times New Roman" w:hAnsi="Times New Roman" w:cs="Times New Roman"/>
          <w:sz w:val="24"/>
          <w:szCs w:val="24"/>
        </w:rPr>
        <w:t>pública</w:t>
      </w:r>
      <w:proofErr w:type="spellEnd"/>
      <w:r w:rsidRPr="009A1247">
        <w:rPr>
          <w:rFonts w:ascii="Times New Roman" w:hAnsi="Times New Roman" w:cs="Times New Roman"/>
          <w:sz w:val="24"/>
          <w:szCs w:val="24"/>
        </w:rPr>
        <w:t xml:space="preserve">—, se </w:t>
      </w:r>
      <w:proofErr w:type="spellStart"/>
      <w:r w:rsidRPr="009A1247">
        <w:rPr>
          <w:rFonts w:ascii="Times New Roman" w:hAnsi="Times New Roman" w:cs="Times New Roman"/>
          <w:sz w:val="24"/>
          <w:szCs w:val="24"/>
        </w:rPr>
        <w:t>niega</w:t>
      </w:r>
      <w:proofErr w:type="spellEnd"/>
      <w:r w:rsidRPr="009A1247">
        <w:rPr>
          <w:rFonts w:ascii="Times New Roman" w:hAnsi="Times New Roman" w:cs="Times New Roman"/>
          <w:sz w:val="24"/>
          <w:szCs w:val="24"/>
        </w:rPr>
        <w:t xml:space="preserve"> a </w:t>
      </w:r>
      <w:proofErr w:type="spellStart"/>
      <w:r w:rsidRPr="009A1247">
        <w:rPr>
          <w:rFonts w:ascii="Times New Roman" w:hAnsi="Times New Roman" w:cs="Times New Roman"/>
          <w:sz w:val="24"/>
          <w:szCs w:val="24"/>
        </w:rPr>
        <w:t>pedir</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disculpas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oficiales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porque</w:t>
      </w:r>
      <w:proofErr w:type="spellEnd"/>
      <w:r w:rsidRPr="009A1247">
        <w:rPr>
          <w:rFonts w:ascii="Times New Roman" w:hAnsi="Times New Roman" w:cs="Times New Roman"/>
          <w:sz w:val="24"/>
          <w:szCs w:val="24"/>
        </w:rPr>
        <w:t xml:space="preserve"> no </w:t>
      </w:r>
      <w:proofErr w:type="spellStart"/>
      <w:r w:rsidRPr="009A1247">
        <w:rPr>
          <w:rFonts w:ascii="Times New Roman" w:hAnsi="Times New Roman" w:cs="Times New Roman"/>
          <w:sz w:val="24"/>
          <w:szCs w:val="24"/>
        </w:rPr>
        <w:t>entiende</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aún</w:t>
      </w:r>
      <w:proofErr w:type="spellEnd"/>
      <w:r w:rsidRPr="009A1247">
        <w:rPr>
          <w:rFonts w:ascii="Times New Roman" w:hAnsi="Times New Roman" w:cs="Times New Roman"/>
          <w:sz w:val="24"/>
          <w:szCs w:val="24"/>
        </w:rPr>
        <w:t xml:space="preserve"> que la </w:t>
      </w:r>
      <w:proofErr w:type="spellStart"/>
      <w:r w:rsidRPr="009A1247">
        <w:rPr>
          <w:rFonts w:ascii="Times New Roman" w:hAnsi="Times New Roman" w:cs="Times New Roman"/>
          <w:sz w:val="24"/>
          <w:szCs w:val="24"/>
        </w:rPr>
        <w:t>humillación</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puede</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ser</w:t>
      </w:r>
      <w:proofErr w:type="spellEnd"/>
      <w:r w:rsidRPr="009A1247">
        <w:rPr>
          <w:rFonts w:ascii="Times New Roman" w:hAnsi="Times New Roman" w:cs="Times New Roman"/>
          <w:sz w:val="24"/>
          <w:szCs w:val="24"/>
        </w:rPr>
        <w:t xml:space="preserve"> un </w:t>
      </w:r>
      <w:proofErr w:type="spellStart"/>
      <w:r w:rsidRPr="009A1247">
        <w:rPr>
          <w:rFonts w:ascii="Times New Roman" w:hAnsi="Times New Roman" w:cs="Times New Roman"/>
          <w:sz w:val="24"/>
          <w:szCs w:val="24"/>
        </w:rPr>
        <w:t>camino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hacia</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aprendizaje</w:t>
      </w:r>
      <w:proofErr w:type="spellEnd"/>
      <w:r w:rsidRPr="009A1247">
        <w:rPr>
          <w:rFonts w:ascii="Times New Roman" w:hAnsi="Times New Roman" w:cs="Times New Roman"/>
          <w:sz w:val="24"/>
          <w:szCs w:val="24"/>
        </w:rPr>
        <w:t>.</w:t>
      </w:r>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En</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este</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sentido</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podríamos</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comparar</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su</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manera</w:t>
      </w:r>
      <w:proofErr w:type="spellEnd"/>
      <w:r w:rsidR="0068498E" w:rsidRPr="009A1247">
        <w:rPr>
          <w:rFonts w:ascii="Times New Roman" w:hAnsi="Times New Roman" w:cs="Times New Roman"/>
          <w:sz w:val="24"/>
          <w:szCs w:val="24"/>
        </w:rPr>
        <w:t xml:space="preserve"> de </w:t>
      </w:r>
      <w:proofErr w:type="spellStart"/>
      <w:r w:rsidR="0068498E" w:rsidRPr="009A1247">
        <w:rPr>
          <w:rFonts w:ascii="Times New Roman" w:hAnsi="Times New Roman" w:cs="Times New Roman"/>
          <w:sz w:val="24"/>
          <w:szCs w:val="24"/>
        </w:rPr>
        <w:t>actuar</w:t>
      </w:r>
      <w:proofErr w:type="spellEnd"/>
      <w:r w:rsidR="0068498E" w:rsidRPr="009A1247">
        <w:rPr>
          <w:rFonts w:ascii="Times New Roman" w:hAnsi="Times New Roman" w:cs="Times New Roman"/>
          <w:sz w:val="24"/>
          <w:szCs w:val="24"/>
        </w:rPr>
        <w:t xml:space="preserve"> ante el </w:t>
      </w:r>
      <w:proofErr w:type="spellStart"/>
      <w:r w:rsidR="0068498E" w:rsidRPr="009A1247">
        <w:rPr>
          <w:rFonts w:ascii="Times New Roman" w:hAnsi="Times New Roman" w:cs="Times New Roman"/>
          <w:sz w:val="24"/>
          <w:szCs w:val="24"/>
        </w:rPr>
        <w:t>Consejo</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universitario</w:t>
      </w:r>
      <w:proofErr w:type="spellEnd"/>
      <w:r w:rsidR="0068498E" w:rsidRPr="009A1247">
        <w:rPr>
          <w:rFonts w:ascii="Times New Roman" w:hAnsi="Times New Roman" w:cs="Times New Roman"/>
          <w:sz w:val="24"/>
          <w:szCs w:val="24"/>
        </w:rPr>
        <w:t xml:space="preserve"> con la forma de </w:t>
      </w:r>
      <w:proofErr w:type="spellStart"/>
      <w:r w:rsidR="0068498E" w:rsidRPr="009A1247">
        <w:rPr>
          <w:rFonts w:ascii="Times New Roman" w:hAnsi="Times New Roman" w:cs="Times New Roman"/>
          <w:sz w:val="24"/>
          <w:szCs w:val="24"/>
        </w:rPr>
        <w:t>actuar</w:t>
      </w:r>
      <w:proofErr w:type="spellEnd"/>
      <w:r w:rsidR="0068498E" w:rsidRPr="009A1247">
        <w:rPr>
          <w:rFonts w:ascii="Times New Roman" w:hAnsi="Times New Roman" w:cs="Times New Roman"/>
          <w:sz w:val="24"/>
          <w:szCs w:val="24"/>
        </w:rPr>
        <w:t xml:space="preserve"> de la </w:t>
      </w:r>
      <w:proofErr w:type="spellStart"/>
      <w:r w:rsidR="0068498E" w:rsidRPr="009A1247">
        <w:rPr>
          <w:rFonts w:ascii="Times New Roman" w:hAnsi="Times New Roman" w:cs="Times New Roman"/>
          <w:sz w:val="24"/>
          <w:szCs w:val="24"/>
        </w:rPr>
        <w:t>protagonista</w:t>
      </w:r>
      <w:proofErr w:type="spellEnd"/>
      <w:r w:rsidR="0068498E" w:rsidRPr="009A1247">
        <w:rPr>
          <w:rFonts w:ascii="Times New Roman" w:hAnsi="Times New Roman" w:cs="Times New Roman"/>
          <w:sz w:val="24"/>
          <w:szCs w:val="24"/>
        </w:rPr>
        <w:t xml:space="preserve"> de </w:t>
      </w:r>
      <w:r w:rsidR="0068498E" w:rsidRPr="009A1247">
        <w:rPr>
          <w:rFonts w:ascii="Times New Roman" w:hAnsi="Times New Roman" w:cs="Times New Roman"/>
          <w:sz w:val="24"/>
          <w:szCs w:val="24"/>
          <w:u w:val="single"/>
        </w:rPr>
        <w:t>El lector</w:t>
      </w:r>
      <w:r w:rsidR="0068498E" w:rsidRPr="009A1247">
        <w:rPr>
          <w:rFonts w:ascii="Times New Roman" w:hAnsi="Times New Roman" w:cs="Times New Roman"/>
          <w:sz w:val="24"/>
          <w:szCs w:val="24"/>
        </w:rPr>
        <w:t xml:space="preserve"> de Bernhard </w:t>
      </w:r>
      <w:proofErr w:type="spellStart"/>
      <w:r w:rsidR="0068498E" w:rsidRPr="009A1247">
        <w:rPr>
          <w:rFonts w:ascii="Times New Roman" w:hAnsi="Times New Roman" w:cs="Times New Roman"/>
          <w:sz w:val="24"/>
          <w:szCs w:val="24"/>
        </w:rPr>
        <w:t>Schlink</w:t>
      </w:r>
      <w:proofErr w:type="spellEnd"/>
      <w:r w:rsidR="0068498E" w:rsidRPr="009A1247">
        <w:rPr>
          <w:rFonts w:ascii="Times New Roman" w:hAnsi="Times New Roman" w:cs="Times New Roman"/>
          <w:sz w:val="24"/>
          <w:szCs w:val="24"/>
        </w:rPr>
        <w:t xml:space="preserve"> ante </w:t>
      </w:r>
      <w:proofErr w:type="spellStart"/>
      <w:r w:rsidR="0068498E" w:rsidRPr="009A1247">
        <w:rPr>
          <w:rFonts w:ascii="Times New Roman" w:hAnsi="Times New Roman" w:cs="Times New Roman"/>
          <w:sz w:val="24"/>
          <w:szCs w:val="24"/>
        </w:rPr>
        <w:t>los</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Tribunales</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Él</w:t>
      </w:r>
      <w:proofErr w:type="spellEnd"/>
      <w:r w:rsidR="0068498E" w:rsidRPr="009A1247">
        <w:rPr>
          <w:rFonts w:ascii="Times New Roman" w:hAnsi="Times New Roman" w:cs="Times New Roman"/>
          <w:sz w:val="24"/>
          <w:szCs w:val="24"/>
        </w:rPr>
        <w:t xml:space="preserve"> ha </w:t>
      </w:r>
      <w:proofErr w:type="spellStart"/>
      <w:r w:rsidR="0068498E" w:rsidRPr="009A1247">
        <w:rPr>
          <w:rFonts w:ascii="Times New Roman" w:hAnsi="Times New Roman" w:cs="Times New Roman"/>
          <w:sz w:val="24"/>
          <w:szCs w:val="24"/>
        </w:rPr>
        <w:t>actuado</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así</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porque</w:t>
      </w:r>
      <w:proofErr w:type="spellEnd"/>
      <w:r w:rsidR="0068498E" w:rsidRPr="009A1247">
        <w:rPr>
          <w:rFonts w:ascii="Times New Roman" w:hAnsi="Times New Roman" w:cs="Times New Roman"/>
          <w:sz w:val="24"/>
          <w:szCs w:val="24"/>
        </w:rPr>
        <w:t xml:space="preserve"> era lo que </w:t>
      </w:r>
      <w:proofErr w:type="spellStart"/>
      <w:r w:rsidR="00E735BF" w:rsidRPr="009A1247">
        <w:rPr>
          <w:rFonts w:ascii="Times New Roman" w:hAnsi="Times New Roman" w:cs="Times New Roman"/>
          <w:sz w:val="24"/>
          <w:szCs w:val="24"/>
        </w:rPr>
        <w:t>tenía</w:t>
      </w:r>
      <w:proofErr w:type="spellEnd"/>
      <w:r w:rsidR="0068498E" w:rsidRPr="009A1247">
        <w:rPr>
          <w:rFonts w:ascii="Times New Roman" w:hAnsi="Times New Roman" w:cs="Times New Roman"/>
          <w:sz w:val="24"/>
          <w:szCs w:val="24"/>
        </w:rPr>
        <w:t xml:space="preserve"> que </w:t>
      </w:r>
      <w:proofErr w:type="spellStart"/>
      <w:r w:rsidR="0068498E" w:rsidRPr="009A1247">
        <w:rPr>
          <w:rFonts w:ascii="Times New Roman" w:hAnsi="Times New Roman" w:cs="Times New Roman"/>
          <w:sz w:val="24"/>
          <w:szCs w:val="24"/>
        </w:rPr>
        <w:t>hacer</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porque</w:t>
      </w:r>
      <w:proofErr w:type="spellEnd"/>
      <w:r w:rsidR="0068498E" w:rsidRPr="009A1247">
        <w:rPr>
          <w:rFonts w:ascii="Times New Roman" w:hAnsi="Times New Roman" w:cs="Times New Roman"/>
          <w:sz w:val="24"/>
          <w:szCs w:val="24"/>
        </w:rPr>
        <w:t xml:space="preserve"> ante </w:t>
      </w:r>
      <w:proofErr w:type="spellStart"/>
      <w:r w:rsidR="0068498E" w:rsidRPr="009A1247">
        <w:rPr>
          <w:rFonts w:ascii="Times New Roman" w:hAnsi="Times New Roman" w:cs="Times New Roman"/>
          <w:sz w:val="24"/>
          <w:szCs w:val="24"/>
        </w:rPr>
        <w:t>tanta</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belleza</w:t>
      </w:r>
      <w:proofErr w:type="spellEnd"/>
      <w:r w:rsidR="0068498E" w:rsidRPr="009A1247">
        <w:rPr>
          <w:rFonts w:ascii="Times New Roman" w:hAnsi="Times New Roman" w:cs="Times New Roman"/>
          <w:sz w:val="24"/>
          <w:szCs w:val="24"/>
        </w:rPr>
        <w:t xml:space="preserve"> no hay </w:t>
      </w:r>
      <w:proofErr w:type="spellStart"/>
      <w:r w:rsidR="0068498E" w:rsidRPr="009A1247">
        <w:rPr>
          <w:rFonts w:ascii="Times New Roman" w:hAnsi="Times New Roman" w:cs="Times New Roman"/>
          <w:sz w:val="24"/>
          <w:szCs w:val="24"/>
        </w:rPr>
        <w:t>quien</w:t>
      </w:r>
      <w:proofErr w:type="spellEnd"/>
      <w:r w:rsidR="0068498E" w:rsidRPr="009A1247">
        <w:rPr>
          <w:rFonts w:ascii="Times New Roman" w:hAnsi="Times New Roman" w:cs="Times New Roman"/>
          <w:sz w:val="24"/>
          <w:szCs w:val="24"/>
        </w:rPr>
        <w:t xml:space="preserve"> </w:t>
      </w:r>
      <w:proofErr w:type="spellStart"/>
      <w:r w:rsidR="00E735BF" w:rsidRPr="009A1247">
        <w:rPr>
          <w:rFonts w:ascii="Times New Roman" w:hAnsi="Times New Roman" w:cs="Times New Roman"/>
          <w:sz w:val="24"/>
          <w:szCs w:val="24"/>
        </w:rPr>
        <w:t>pueda</w:t>
      </w:r>
      <w:proofErr w:type="spellEnd"/>
      <w:r w:rsidR="00E735BF" w:rsidRPr="009A1247">
        <w:rPr>
          <w:rFonts w:ascii="Times New Roman" w:hAnsi="Times New Roman" w:cs="Times New Roman"/>
          <w:sz w:val="24"/>
          <w:szCs w:val="24"/>
        </w:rPr>
        <w:t xml:space="preserve"> </w:t>
      </w:r>
      <w:proofErr w:type="spellStart"/>
      <w:r w:rsidR="00E735BF" w:rsidRPr="009A1247">
        <w:rPr>
          <w:rFonts w:ascii="Times New Roman" w:hAnsi="Times New Roman" w:cs="Times New Roman"/>
          <w:sz w:val="24"/>
          <w:szCs w:val="24"/>
        </w:rPr>
        <w:t>escaparse</w:t>
      </w:r>
      <w:proofErr w:type="spellEnd"/>
      <w:r w:rsidR="0068498E" w:rsidRPr="009A1247">
        <w:rPr>
          <w:rFonts w:ascii="Times New Roman" w:hAnsi="Times New Roman" w:cs="Times New Roman"/>
          <w:sz w:val="24"/>
          <w:szCs w:val="24"/>
        </w:rPr>
        <w:t xml:space="preserve"> del </w:t>
      </w:r>
      <w:proofErr w:type="spellStart"/>
      <w:r w:rsidR="0068498E" w:rsidRPr="009A1247">
        <w:rPr>
          <w:rFonts w:ascii="Times New Roman" w:hAnsi="Times New Roman" w:cs="Times New Roman"/>
          <w:sz w:val="24"/>
          <w:szCs w:val="24"/>
        </w:rPr>
        <w:t>síndrome</w:t>
      </w:r>
      <w:proofErr w:type="spellEnd"/>
      <w:r w:rsidR="0068498E" w:rsidRPr="009A1247">
        <w:rPr>
          <w:rFonts w:ascii="Times New Roman" w:hAnsi="Times New Roman" w:cs="Times New Roman"/>
          <w:sz w:val="24"/>
          <w:szCs w:val="24"/>
        </w:rPr>
        <w:t xml:space="preserve"> de Stendhal o </w:t>
      </w:r>
      <w:proofErr w:type="spellStart"/>
      <w:r w:rsidR="0068498E" w:rsidRPr="009A1247">
        <w:rPr>
          <w:rFonts w:ascii="Times New Roman" w:hAnsi="Times New Roman" w:cs="Times New Roman"/>
          <w:sz w:val="24"/>
          <w:szCs w:val="24"/>
        </w:rPr>
        <w:t>como</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él</w:t>
      </w:r>
      <w:proofErr w:type="spellEnd"/>
      <w:r w:rsidR="0068498E" w:rsidRPr="009A1247">
        <w:rPr>
          <w:rFonts w:ascii="Times New Roman" w:hAnsi="Times New Roman" w:cs="Times New Roman"/>
          <w:sz w:val="24"/>
          <w:szCs w:val="24"/>
        </w:rPr>
        <w:t xml:space="preserve"> dice </w:t>
      </w:r>
      <w:proofErr w:type="spellStart"/>
      <w:r w:rsidR="0068498E" w:rsidRPr="009A1247">
        <w:rPr>
          <w:rFonts w:ascii="Times New Roman" w:hAnsi="Times New Roman" w:cs="Times New Roman"/>
          <w:sz w:val="24"/>
          <w:szCs w:val="24"/>
        </w:rPr>
        <w:t>en</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su</w:t>
      </w:r>
      <w:proofErr w:type="spellEnd"/>
      <w:r w:rsidR="0068498E" w:rsidRPr="009A1247">
        <w:rPr>
          <w:rFonts w:ascii="Times New Roman" w:hAnsi="Times New Roman" w:cs="Times New Roman"/>
          <w:sz w:val="24"/>
          <w:szCs w:val="24"/>
        </w:rPr>
        <w:t xml:space="preserve"> </w:t>
      </w:r>
      <w:proofErr w:type="spellStart"/>
      <w:r w:rsidR="0068498E" w:rsidRPr="009A1247">
        <w:rPr>
          <w:rFonts w:ascii="Times New Roman" w:hAnsi="Times New Roman" w:cs="Times New Roman"/>
          <w:sz w:val="24"/>
          <w:szCs w:val="24"/>
        </w:rPr>
        <w:t>defensa</w:t>
      </w:r>
      <w:proofErr w:type="spellEnd"/>
      <w:r w:rsidR="0068498E" w:rsidRPr="009A1247">
        <w:rPr>
          <w:rFonts w:ascii="Times New Roman" w:hAnsi="Times New Roman" w:cs="Times New Roman"/>
          <w:sz w:val="24"/>
          <w:szCs w:val="24"/>
        </w:rPr>
        <w:t xml:space="preserve">, </w:t>
      </w:r>
      <w:r w:rsidR="00623E25" w:rsidRPr="009A1247">
        <w:rPr>
          <w:rFonts w:ascii="Times New Roman" w:eastAsia="Times New Roman" w:hAnsi="Times New Roman" w:cs="Times New Roman"/>
          <w:spacing w:val="5"/>
          <w:sz w:val="24"/>
          <w:szCs w:val="24"/>
          <w:lang w:val="es-ES" w:eastAsia="es-ES"/>
        </w:rPr>
        <w:t>sintió “el fuego del amor”. Esta metáfora, la del fuego –la llamarada que abrasa y aturde–, la tomará de los poetas románticos que tanto ama y a los que estudia –en ese momento está escribiendo un libro sobre Lord Byron y su amante Teresa–. “Fui un simple sirviente de Eros”, dirá más adelante, expresando la tiranía del deseo sobre el hombre, cuya voluntad –y culpa–, por tanto, se atenúan. En efecto, el peso de lo sexual es importante desde la primera frase del libro:</w:t>
      </w:r>
    </w:p>
    <w:p w:rsidR="00721E02" w:rsidRPr="009A1247" w:rsidRDefault="00721E02" w:rsidP="0068498E">
      <w:pPr>
        <w:spacing w:after="0"/>
        <w:jc w:val="both"/>
        <w:rPr>
          <w:rFonts w:ascii="Times New Roman" w:eastAsia="Times New Roman" w:hAnsi="Times New Roman" w:cs="Times New Roman"/>
          <w:spacing w:val="5"/>
          <w:lang w:val="es-ES" w:eastAsia="es-ES"/>
        </w:rPr>
      </w:pPr>
    </w:p>
    <w:p w:rsidR="009A1247" w:rsidRDefault="00623E25" w:rsidP="0068498E">
      <w:pPr>
        <w:spacing w:after="0"/>
        <w:jc w:val="both"/>
        <w:rPr>
          <w:rFonts w:ascii="Times New Roman" w:eastAsia="Times New Roman" w:hAnsi="Times New Roman" w:cs="Times New Roman"/>
          <w:spacing w:val="5"/>
          <w:lang w:val="es-ES" w:eastAsia="es-ES"/>
        </w:rPr>
      </w:pPr>
      <w:r w:rsidRPr="009A1247">
        <w:rPr>
          <w:rFonts w:ascii="Times New Roman" w:eastAsia="Times New Roman" w:hAnsi="Times New Roman" w:cs="Times New Roman"/>
          <w:b/>
          <w:i/>
          <w:spacing w:val="5"/>
          <w:lang w:val="es-ES" w:eastAsia="es-ES"/>
        </w:rPr>
        <w:t xml:space="preserve"> “Para ser un hombre de su edad, cincuenta y dos años y divorciado, a su juicio ha resuelto bastante bien el problema del sexo.”</w:t>
      </w:r>
      <w:r w:rsidRPr="009A1247">
        <w:rPr>
          <w:rFonts w:ascii="Times New Roman" w:eastAsia="Times New Roman" w:hAnsi="Times New Roman" w:cs="Times New Roman"/>
          <w:spacing w:val="5"/>
          <w:lang w:val="es-ES" w:eastAsia="es-ES"/>
        </w:rPr>
        <w:t xml:space="preserve"> </w:t>
      </w:r>
      <w:r w:rsidR="00E735BF" w:rsidRPr="009A1247">
        <w:rPr>
          <w:rFonts w:ascii="Times New Roman" w:eastAsia="Times New Roman" w:hAnsi="Times New Roman" w:cs="Times New Roman"/>
          <w:spacing w:val="5"/>
          <w:lang w:val="es-ES" w:eastAsia="es-ES"/>
        </w:rPr>
        <w:t xml:space="preserve"> (pág. 7)</w:t>
      </w:r>
    </w:p>
    <w:p w:rsidR="009A1247" w:rsidRDefault="009A1247" w:rsidP="0068498E">
      <w:pPr>
        <w:spacing w:after="0"/>
        <w:jc w:val="both"/>
        <w:rPr>
          <w:rFonts w:ascii="Times New Roman" w:eastAsia="Times New Roman" w:hAnsi="Times New Roman" w:cs="Times New Roman"/>
          <w:spacing w:val="5"/>
          <w:lang w:val="es-ES" w:eastAsia="es-ES"/>
        </w:rPr>
      </w:pPr>
    </w:p>
    <w:p w:rsidR="00623E25" w:rsidRPr="009A1247" w:rsidRDefault="00623E25" w:rsidP="0068498E">
      <w:pPr>
        <w:spacing w:after="0"/>
        <w:jc w:val="both"/>
        <w:rPr>
          <w:rFonts w:ascii="Times New Roman" w:eastAsia="Times New Roman" w:hAnsi="Times New Roman" w:cs="Times New Roman"/>
          <w:spacing w:val="5"/>
          <w:sz w:val="24"/>
          <w:szCs w:val="24"/>
          <w:lang w:val="es-ES" w:eastAsia="es-ES"/>
        </w:rPr>
      </w:pPr>
      <w:r w:rsidRPr="009A1247">
        <w:rPr>
          <w:rFonts w:ascii="Times New Roman" w:eastAsia="Times New Roman" w:hAnsi="Times New Roman" w:cs="Times New Roman"/>
          <w:spacing w:val="5"/>
          <w:sz w:val="24"/>
          <w:szCs w:val="24"/>
          <w:lang w:val="es-ES" w:eastAsia="es-ES"/>
        </w:rPr>
        <w:t xml:space="preserve">Se refiere a sus encuentros semanales con una prostituta a la </w:t>
      </w:r>
      <w:r w:rsidR="00721E02" w:rsidRPr="009A1247">
        <w:rPr>
          <w:rFonts w:ascii="Times New Roman" w:eastAsia="Times New Roman" w:hAnsi="Times New Roman" w:cs="Times New Roman"/>
          <w:spacing w:val="5"/>
          <w:sz w:val="24"/>
          <w:szCs w:val="24"/>
          <w:lang w:val="es-ES" w:eastAsia="es-ES"/>
        </w:rPr>
        <w:t>que llega a tomar cierto cariño, pero</w:t>
      </w:r>
      <w:r w:rsidRPr="009A1247">
        <w:rPr>
          <w:rFonts w:ascii="Times New Roman" w:eastAsia="Times New Roman" w:hAnsi="Times New Roman" w:cs="Times New Roman"/>
          <w:spacing w:val="5"/>
          <w:sz w:val="24"/>
          <w:szCs w:val="24"/>
          <w:lang w:val="es-ES" w:eastAsia="es-ES"/>
        </w:rPr>
        <w:t xml:space="preserve"> cuando ella desaparece de su vida, </w:t>
      </w:r>
      <w:r w:rsidR="00721E02" w:rsidRPr="009A1247">
        <w:rPr>
          <w:rFonts w:ascii="Times New Roman" w:eastAsia="Times New Roman" w:hAnsi="Times New Roman" w:cs="Times New Roman"/>
          <w:spacing w:val="5"/>
          <w:sz w:val="24"/>
          <w:szCs w:val="24"/>
          <w:lang w:val="es-ES" w:eastAsia="es-ES"/>
        </w:rPr>
        <w:t xml:space="preserve">no sin que antes </w:t>
      </w:r>
      <w:r w:rsidRPr="009A1247">
        <w:rPr>
          <w:rFonts w:ascii="Times New Roman" w:eastAsia="Times New Roman" w:hAnsi="Times New Roman" w:cs="Times New Roman"/>
          <w:spacing w:val="5"/>
          <w:sz w:val="24"/>
          <w:szCs w:val="24"/>
          <w:lang w:val="es-ES" w:eastAsia="es-ES"/>
        </w:rPr>
        <w:t>la persig</w:t>
      </w:r>
      <w:r w:rsidR="00E735BF" w:rsidRPr="009A1247">
        <w:rPr>
          <w:rFonts w:ascii="Times New Roman" w:eastAsia="Times New Roman" w:hAnsi="Times New Roman" w:cs="Times New Roman"/>
          <w:spacing w:val="5"/>
          <w:sz w:val="24"/>
          <w:szCs w:val="24"/>
          <w:lang w:val="es-ES" w:eastAsia="es-ES"/>
        </w:rPr>
        <w:t>a</w:t>
      </w:r>
      <w:r w:rsidRPr="009A1247">
        <w:rPr>
          <w:rFonts w:ascii="Times New Roman" w:eastAsia="Times New Roman" w:hAnsi="Times New Roman" w:cs="Times New Roman"/>
          <w:spacing w:val="5"/>
          <w:sz w:val="24"/>
          <w:szCs w:val="24"/>
          <w:lang w:val="es-ES" w:eastAsia="es-ES"/>
        </w:rPr>
        <w:t xml:space="preserve"> y trat</w:t>
      </w:r>
      <w:r w:rsidR="00721E02" w:rsidRPr="009A1247">
        <w:rPr>
          <w:rFonts w:ascii="Times New Roman" w:eastAsia="Times New Roman" w:hAnsi="Times New Roman" w:cs="Times New Roman"/>
          <w:spacing w:val="5"/>
          <w:sz w:val="24"/>
          <w:szCs w:val="24"/>
          <w:lang w:val="es-ES" w:eastAsia="es-ES"/>
        </w:rPr>
        <w:t>e</w:t>
      </w:r>
      <w:r w:rsidRPr="009A1247">
        <w:rPr>
          <w:rFonts w:ascii="Times New Roman" w:eastAsia="Times New Roman" w:hAnsi="Times New Roman" w:cs="Times New Roman"/>
          <w:spacing w:val="5"/>
          <w:sz w:val="24"/>
          <w:szCs w:val="24"/>
          <w:lang w:val="es-ES" w:eastAsia="es-ES"/>
        </w:rPr>
        <w:t xml:space="preserve"> de recuperarla, aparece en escena Melanie, </w:t>
      </w:r>
      <w:r w:rsidR="00721E02" w:rsidRPr="009A1247">
        <w:rPr>
          <w:rFonts w:ascii="Times New Roman" w:eastAsia="Times New Roman" w:hAnsi="Times New Roman" w:cs="Times New Roman"/>
          <w:spacing w:val="5"/>
          <w:sz w:val="24"/>
          <w:szCs w:val="24"/>
          <w:lang w:val="es-ES" w:eastAsia="es-ES"/>
        </w:rPr>
        <w:t>su</w:t>
      </w:r>
      <w:r w:rsidRPr="009A1247">
        <w:rPr>
          <w:rFonts w:ascii="Times New Roman" w:eastAsia="Times New Roman" w:hAnsi="Times New Roman" w:cs="Times New Roman"/>
          <w:spacing w:val="5"/>
          <w:sz w:val="24"/>
          <w:szCs w:val="24"/>
          <w:lang w:val="es-ES" w:eastAsia="es-ES"/>
        </w:rPr>
        <w:t xml:space="preserve"> alumna.</w:t>
      </w:r>
    </w:p>
    <w:p w:rsidR="00CD170D" w:rsidRPr="00C23669" w:rsidRDefault="00CD170D" w:rsidP="00C23669">
      <w:pPr>
        <w:spacing w:after="0" w:line="240" w:lineRule="auto"/>
        <w:jc w:val="both"/>
        <w:rPr>
          <w:rFonts w:ascii="Times New Roman" w:eastAsia="Times New Roman" w:hAnsi="Times New Roman" w:cs="Times New Roman"/>
          <w:spacing w:val="5"/>
          <w:sz w:val="28"/>
          <w:szCs w:val="28"/>
          <w:lang w:val="es-ES" w:eastAsia="es-ES"/>
        </w:rPr>
      </w:pPr>
    </w:p>
    <w:p w:rsidR="00721E02" w:rsidRPr="009A1247" w:rsidRDefault="00CD170D" w:rsidP="00C23669">
      <w:pPr>
        <w:spacing w:after="0" w:line="240" w:lineRule="auto"/>
        <w:jc w:val="both"/>
        <w:rPr>
          <w:rFonts w:ascii="Times New Roman" w:eastAsia="Times New Roman" w:hAnsi="Times New Roman" w:cs="Times New Roman"/>
          <w:spacing w:val="5"/>
          <w:sz w:val="24"/>
          <w:szCs w:val="24"/>
          <w:lang w:val="es-ES" w:eastAsia="es-ES"/>
        </w:rPr>
      </w:pPr>
      <w:r w:rsidRPr="009A1247">
        <w:rPr>
          <w:rFonts w:ascii="Times New Roman" w:eastAsia="Times New Roman" w:hAnsi="Times New Roman" w:cs="Times New Roman"/>
          <w:spacing w:val="5"/>
          <w:sz w:val="24"/>
          <w:szCs w:val="24"/>
          <w:lang w:val="es-ES" w:eastAsia="es-ES"/>
        </w:rPr>
        <w:t xml:space="preserve">La forma de acercarse a Melanie es claramente </w:t>
      </w:r>
      <w:proofErr w:type="gramStart"/>
      <w:r w:rsidRPr="009A1247">
        <w:rPr>
          <w:rFonts w:ascii="Times New Roman" w:eastAsia="Times New Roman" w:hAnsi="Times New Roman" w:cs="Times New Roman"/>
          <w:spacing w:val="5"/>
          <w:sz w:val="24"/>
          <w:szCs w:val="24"/>
          <w:lang w:val="es-ES" w:eastAsia="es-ES"/>
        </w:rPr>
        <w:t>acoso</w:t>
      </w:r>
      <w:proofErr w:type="gramEnd"/>
      <w:r w:rsidRPr="009A1247">
        <w:rPr>
          <w:rFonts w:ascii="Times New Roman" w:eastAsia="Times New Roman" w:hAnsi="Times New Roman" w:cs="Times New Roman"/>
          <w:spacing w:val="5"/>
          <w:sz w:val="24"/>
          <w:szCs w:val="24"/>
          <w:lang w:val="es-ES" w:eastAsia="es-ES"/>
        </w:rPr>
        <w:t xml:space="preserve"> aunque no haya violencia, el modo en que la invita a su casa, cómo obtiene sus datos personales, sus artimañas para presionarla –presentándose de improviso en su piso de estudiante, falsificando sus calificaciones y ocultando sus faltas de asistencia para crear en ella la sensación de obligación– son claramente abusivas. La descripción de la primera relación sexual no deja entrever voluntariedad por parte de la chica, más bien una actitud pasiva de resignación, de dejarse hacer. La descripción de las ropas revela el apresuramiento del acto:</w:t>
      </w:r>
    </w:p>
    <w:p w:rsidR="00721E02" w:rsidRDefault="00721E02" w:rsidP="00C23669">
      <w:pPr>
        <w:spacing w:after="0" w:line="240" w:lineRule="auto"/>
        <w:jc w:val="both"/>
        <w:rPr>
          <w:rFonts w:ascii="Times New Roman" w:eastAsia="Times New Roman" w:hAnsi="Times New Roman" w:cs="Times New Roman"/>
          <w:spacing w:val="5"/>
          <w:sz w:val="28"/>
          <w:szCs w:val="28"/>
          <w:lang w:val="es-ES" w:eastAsia="es-ES"/>
        </w:rPr>
      </w:pPr>
    </w:p>
    <w:p w:rsidR="00CD170D" w:rsidRPr="009A1247" w:rsidRDefault="00CD170D" w:rsidP="00C23669">
      <w:pPr>
        <w:spacing w:after="0" w:line="240" w:lineRule="auto"/>
        <w:jc w:val="both"/>
        <w:rPr>
          <w:rFonts w:ascii="Times New Roman" w:eastAsia="Times New Roman" w:hAnsi="Times New Roman" w:cs="Times New Roman"/>
          <w:b/>
          <w:i/>
          <w:spacing w:val="5"/>
          <w:lang w:val="es-ES" w:eastAsia="es-ES"/>
        </w:rPr>
      </w:pPr>
      <w:r w:rsidRPr="009A1247">
        <w:rPr>
          <w:rFonts w:ascii="Times New Roman" w:eastAsia="Times New Roman" w:hAnsi="Times New Roman" w:cs="Times New Roman"/>
          <w:b/>
          <w:i/>
          <w:spacing w:val="5"/>
          <w:lang w:val="es-ES" w:eastAsia="es-ES"/>
        </w:rPr>
        <w:t xml:space="preserve"> “La muchacha yace bajo él con los ojos cerrados, las manos distendidas y alzadas por encima de la cabeza, el rostro levísimamente fruncido. Él tiene sus manos bajo el áspero jersey de ella, sobre sus senos. Sus mallas y sus braguitas están hechas un lío en el suelo; él tiene los pantalones a la altura de los tobillos. </w:t>
      </w:r>
      <w:r w:rsidRPr="009A1247">
        <w:rPr>
          <w:rFonts w:ascii="Times New Roman" w:eastAsia="Times New Roman" w:hAnsi="Times New Roman" w:cs="Times New Roman"/>
          <w:b/>
          <w:i/>
          <w:iCs/>
          <w:spacing w:val="5"/>
          <w:lang w:val="es-ES" w:eastAsia="es-ES"/>
        </w:rPr>
        <w:t>Después de la tormenta</w:t>
      </w:r>
      <w:r w:rsidRPr="009A1247">
        <w:rPr>
          <w:rFonts w:ascii="Times New Roman" w:eastAsia="Times New Roman" w:hAnsi="Times New Roman" w:cs="Times New Roman"/>
          <w:b/>
          <w:i/>
          <w:spacing w:val="5"/>
          <w:lang w:val="es-ES" w:eastAsia="es-ES"/>
        </w:rPr>
        <w:t xml:space="preserve">, piensa: como sacado de George </w:t>
      </w:r>
      <w:proofErr w:type="spellStart"/>
      <w:r w:rsidRPr="009A1247">
        <w:rPr>
          <w:rFonts w:ascii="Times New Roman" w:eastAsia="Times New Roman" w:hAnsi="Times New Roman" w:cs="Times New Roman"/>
          <w:b/>
          <w:i/>
          <w:spacing w:val="5"/>
          <w:lang w:val="es-ES" w:eastAsia="es-ES"/>
        </w:rPr>
        <w:t>Grosz</w:t>
      </w:r>
      <w:proofErr w:type="spellEnd"/>
      <w:r w:rsidRPr="009A1247">
        <w:rPr>
          <w:rFonts w:ascii="Times New Roman" w:eastAsia="Times New Roman" w:hAnsi="Times New Roman" w:cs="Times New Roman"/>
          <w:b/>
          <w:i/>
          <w:spacing w:val="5"/>
          <w:lang w:val="es-ES" w:eastAsia="es-ES"/>
        </w:rPr>
        <w:t>.”</w:t>
      </w:r>
      <w:r w:rsidR="00721E02" w:rsidRPr="009A1247">
        <w:rPr>
          <w:rFonts w:ascii="Times New Roman" w:eastAsia="Times New Roman" w:hAnsi="Times New Roman" w:cs="Times New Roman"/>
          <w:b/>
          <w:i/>
          <w:spacing w:val="5"/>
          <w:lang w:val="es-ES" w:eastAsia="es-ES"/>
        </w:rPr>
        <w:t xml:space="preserve"> (George </w:t>
      </w:r>
      <w:proofErr w:type="spellStart"/>
      <w:r w:rsidR="00721E02" w:rsidRPr="009A1247">
        <w:rPr>
          <w:rFonts w:ascii="Times New Roman" w:eastAsia="Times New Roman" w:hAnsi="Times New Roman" w:cs="Times New Roman"/>
          <w:b/>
          <w:i/>
          <w:spacing w:val="5"/>
          <w:lang w:val="es-ES" w:eastAsia="es-ES"/>
        </w:rPr>
        <w:t>Grosz</w:t>
      </w:r>
      <w:proofErr w:type="spellEnd"/>
      <w:r w:rsidR="00721E02" w:rsidRPr="009A1247">
        <w:rPr>
          <w:rFonts w:ascii="Times New Roman" w:eastAsia="Times New Roman" w:hAnsi="Times New Roman" w:cs="Times New Roman"/>
          <w:b/>
          <w:i/>
          <w:spacing w:val="5"/>
          <w:lang w:val="es-ES" w:eastAsia="es-ES"/>
        </w:rPr>
        <w:t xml:space="preserve"> fue un pintor alemán perteneciente al movimiento llamado </w:t>
      </w:r>
      <w:proofErr w:type="gramStart"/>
      <w:r w:rsidR="00721E02" w:rsidRPr="009A1247">
        <w:rPr>
          <w:rFonts w:ascii="Times New Roman" w:eastAsia="Times New Roman" w:hAnsi="Times New Roman" w:cs="Times New Roman"/>
          <w:b/>
          <w:i/>
          <w:spacing w:val="5"/>
          <w:lang w:val="es-ES" w:eastAsia="es-ES"/>
        </w:rPr>
        <w:t>dadaísmo</w:t>
      </w:r>
      <w:r w:rsidR="009A1247">
        <w:rPr>
          <w:rFonts w:ascii="Times New Roman" w:eastAsia="Times New Roman" w:hAnsi="Times New Roman" w:cs="Times New Roman"/>
          <w:b/>
          <w:i/>
          <w:spacing w:val="5"/>
          <w:lang w:val="es-ES" w:eastAsia="es-ES"/>
        </w:rPr>
        <w:t xml:space="preserve"> </w:t>
      </w:r>
      <w:r w:rsidR="00721E02" w:rsidRPr="009A1247">
        <w:rPr>
          <w:rFonts w:ascii="Times New Roman" w:eastAsia="Times New Roman" w:hAnsi="Times New Roman" w:cs="Times New Roman"/>
          <w:b/>
          <w:i/>
          <w:spacing w:val="5"/>
          <w:lang w:val="es-ES" w:eastAsia="es-ES"/>
        </w:rPr>
        <w:t>)</w:t>
      </w:r>
      <w:proofErr w:type="gramEnd"/>
      <w:r w:rsidR="00E735BF" w:rsidRPr="009A1247">
        <w:rPr>
          <w:rFonts w:ascii="Times New Roman" w:eastAsia="Times New Roman" w:hAnsi="Times New Roman" w:cs="Times New Roman"/>
          <w:b/>
          <w:i/>
          <w:spacing w:val="5"/>
          <w:lang w:val="es-ES" w:eastAsia="es-ES"/>
        </w:rPr>
        <w:t xml:space="preserve">(Pág. </w:t>
      </w:r>
      <w:r w:rsidR="0035472C" w:rsidRPr="009A1247">
        <w:rPr>
          <w:rFonts w:ascii="Times New Roman" w:eastAsia="Times New Roman" w:hAnsi="Times New Roman" w:cs="Times New Roman"/>
          <w:b/>
          <w:i/>
          <w:spacing w:val="5"/>
          <w:lang w:val="es-ES" w:eastAsia="es-ES"/>
        </w:rPr>
        <w:t>26)</w:t>
      </w:r>
    </w:p>
    <w:p w:rsidR="00843945" w:rsidRPr="009A1247" w:rsidRDefault="00CD170D" w:rsidP="00C23669">
      <w:pPr>
        <w:spacing w:before="480" w:after="0" w:line="240" w:lineRule="auto"/>
        <w:jc w:val="both"/>
        <w:rPr>
          <w:rFonts w:ascii="Times New Roman" w:eastAsia="Times New Roman" w:hAnsi="Times New Roman" w:cs="Times New Roman"/>
          <w:spacing w:val="5"/>
          <w:sz w:val="24"/>
          <w:szCs w:val="24"/>
          <w:lang w:val="es-ES" w:eastAsia="es-ES"/>
        </w:rPr>
      </w:pPr>
      <w:r w:rsidRPr="009A1247">
        <w:rPr>
          <w:rFonts w:ascii="Times New Roman" w:eastAsia="Times New Roman" w:hAnsi="Times New Roman" w:cs="Times New Roman"/>
          <w:spacing w:val="5"/>
          <w:sz w:val="24"/>
          <w:szCs w:val="24"/>
          <w:lang w:val="es-ES" w:eastAsia="es-ES"/>
        </w:rPr>
        <w:lastRenderedPageBreak/>
        <w:t xml:space="preserve">Tras ese primer encuentro, Melanie comienza a faltar a clase, se muestra esquiva, a veces confusa. Sin embargo, </w:t>
      </w:r>
      <w:proofErr w:type="spellStart"/>
      <w:r w:rsidRPr="009A1247">
        <w:rPr>
          <w:rFonts w:ascii="Times New Roman" w:eastAsia="Times New Roman" w:hAnsi="Times New Roman" w:cs="Times New Roman"/>
          <w:spacing w:val="5"/>
          <w:sz w:val="24"/>
          <w:szCs w:val="24"/>
          <w:lang w:val="es-ES" w:eastAsia="es-ES"/>
        </w:rPr>
        <w:t>Lurie</w:t>
      </w:r>
      <w:proofErr w:type="spellEnd"/>
      <w:r w:rsidRPr="009A1247">
        <w:rPr>
          <w:rFonts w:ascii="Times New Roman" w:eastAsia="Times New Roman" w:hAnsi="Times New Roman" w:cs="Times New Roman"/>
          <w:spacing w:val="5"/>
          <w:sz w:val="24"/>
          <w:szCs w:val="24"/>
          <w:lang w:val="es-ES" w:eastAsia="es-ES"/>
        </w:rPr>
        <w:t xml:space="preserve"> sigue tendiendo la red en torno a ella, cazando a su presa como un depredador. Así en su segundo encuentro nos dirá “Ella no se le resiste. Lo único que hace es rehuirlo: aparta los labios, aparta los ojos. Deja que la tienda sobre la cama y la desnude […] </w:t>
      </w:r>
      <w:r w:rsidR="0035472C" w:rsidRPr="009A1247">
        <w:rPr>
          <w:rFonts w:ascii="Times New Roman" w:eastAsia="Times New Roman" w:hAnsi="Times New Roman" w:cs="Times New Roman"/>
          <w:spacing w:val="5"/>
          <w:sz w:val="24"/>
          <w:szCs w:val="24"/>
          <w:lang w:val="es-ES" w:eastAsia="es-ES"/>
        </w:rPr>
        <w:t xml:space="preserve"> (Pág. 33). </w:t>
      </w:r>
      <w:r w:rsidRPr="009A1247">
        <w:rPr>
          <w:rFonts w:ascii="Times New Roman" w:eastAsia="Times New Roman" w:hAnsi="Times New Roman" w:cs="Times New Roman"/>
          <w:spacing w:val="5"/>
          <w:sz w:val="24"/>
          <w:szCs w:val="24"/>
          <w:lang w:val="es-ES" w:eastAsia="es-ES"/>
        </w:rPr>
        <w:t>No es una violación, no del todo, pero es algo no obstante carente de deseo, no deseado de principio a fin. Es como si hubiera decidido distenderse, morirse mientras dure. Como si todo lo que le haga, por así decirlo, se le hiciese lejos de sí.” </w:t>
      </w:r>
      <w:r w:rsidRPr="009A1247">
        <w:rPr>
          <w:rFonts w:ascii="Times New Roman" w:eastAsia="Times New Roman" w:hAnsi="Times New Roman" w:cs="Times New Roman"/>
          <w:i/>
          <w:iCs/>
          <w:spacing w:val="5"/>
          <w:sz w:val="24"/>
          <w:szCs w:val="24"/>
          <w:lang w:val="es-ES" w:eastAsia="es-ES"/>
        </w:rPr>
        <w:t>No del todo una violación</w:t>
      </w:r>
      <w:r w:rsidRPr="009A1247">
        <w:rPr>
          <w:rFonts w:ascii="Times New Roman" w:eastAsia="Times New Roman" w:hAnsi="Times New Roman" w:cs="Times New Roman"/>
          <w:spacing w:val="5"/>
          <w:sz w:val="24"/>
          <w:szCs w:val="24"/>
          <w:lang w:val="es-ES" w:eastAsia="es-ES"/>
        </w:rPr>
        <w:t>…</w:t>
      </w:r>
      <w:r w:rsidR="0035472C" w:rsidRPr="009A1247">
        <w:rPr>
          <w:rFonts w:ascii="Times New Roman" w:eastAsia="Times New Roman" w:hAnsi="Times New Roman" w:cs="Times New Roman"/>
          <w:spacing w:val="5"/>
          <w:sz w:val="24"/>
          <w:szCs w:val="24"/>
          <w:lang w:val="es-ES" w:eastAsia="es-ES"/>
        </w:rPr>
        <w:t xml:space="preserve"> (Pág. 33).</w:t>
      </w:r>
      <w:r w:rsidRPr="009A1247">
        <w:rPr>
          <w:rFonts w:ascii="Times New Roman" w:eastAsia="Times New Roman" w:hAnsi="Times New Roman" w:cs="Times New Roman"/>
          <w:spacing w:val="5"/>
          <w:sz w:val="24"/>
          <w:szCs w:val="24"/>
          <w:lang w:val="es-ES" w:eastAsia="es-ES"/>
        </w:rPr>
        <w:t xml:space="preserve"> Los siguientes encuentros parecen algo más consentidos, pero la actitud de la chica no siempre resulta clara y así continuará</w:t>
      </w:r>
      <w:r w:rsidR="00843945" w:rsidRPr="009A1247">
        <w:rPr>
          <w:rFonts w:ascii="Times New Roman" w:eastAsia="Times New Roman" w:hAnsi="Times New Roman" w:cs="Times New Roman"/>
          <w:spacing w:val="5"/>
          <w:sz w:val="24"/>
          <w:szCs w:val="24"/>
          <w:lang w:val="es-ES" w:eastAsia="es-ES"/>
        </w:rPr>
        <w:t xml:space="preserve"> hasta que estalle el escándalo y decida irse a ver a su hija a la granja en la que vive.</w:t>
      </w:r>
    </w:p>
    <w:p w:rsidR="00CA6CA4" w:rsidRPr="009A1247" w:rsidRDefault="00CA6CA4" w:rsidP="00C23669">
      <w:pPr>
        <w:spacing w:before="480" w:after="0" w:line="240" w:lineRule="auto"/>
        <w:jc w:val="both"/>
        <w:rPr>
          <w:rFonts w:ascii="Times New Roman" w:eastAsia="Times New Roman" w:hAnsi="Times New Roman" w:cs="Times New Roman"/>
          <w:spacing w:val="5"/>
          <w:sz w:val="24"/>
          <w:szCs w:val="24"/>
          <w:lang w:val="es-ES" w:eastAsia="es-ES"/>
        </w:rPr>
      </w:pPr>
      <w:r w:rsidRPr="009A1247">
        <w:rPr>
          <w:rFonts w:ascii="Times New Roman" w:eastAsia="Times New Roman" w:hAnsi="Times New Roman" w:cs="Times New Roman"/>
          <w:spacing w:val="5"/>
          <w:sz w:val="24"/>
          <w:szCs w:val="24"/>
          <w:lang w:val="es-ES" w:eastAsia="es-ES"/>
        </w:rPr>
        <w:t>Sin embargo, hay que tener en cuenta que cuando la Comisión lo llama a</w:t>
      </w:r>
      <w:r w:rsidR="002659DB" w:rsidRPr="009A1247">
        <w:rPr>
          <w:rFonts w:ascii="Times New Roman" w:eastAsia="Times New Roman" w:hAnsi="Times New Roman" w:cs="Times New Roman"/>
          <w:spacing w:val="5"/>
          <w:sz w:val="24"/>
          <w:szCs w:val="24"/>
          <w:lang w:val="es-ES" w:eastAsia="es-ES"/>
        </w:rPr>
        <w:t xml:space="preserve"> declarar de lo que se le acusa, en principio, </w:t>
      </w:r>
      <w:r w:rsidRPr="009A1247">
        <w:rPr>
          <w:rFonts w:ascii="Times New Roman" w:eastAsia="Times New Roman" w:hAnsi="Times New Roman" w:cs="Times New Roman"/>
          <w:spacing w:val="5"/>
          <w:sz w:val="24"/>
          <w:szCs w:val="24"/>
          <w:lang w:val="es-ES" w:eastAsia="es-ES"/>
        </w:rPr>
        <w:t>es de falsear las actas</w:t>
      </w:r>
      <w:r w:rsidR="002659DB" w:rsidRPr="009A1247">
        <w:rPr>
          <w:rFonts w:ascii="Times New Roman" w:eastAsia="Times New Roman" w:hAnsi="Times New Roman" w:cs="Times New Roman"/>
          <w:spacing w:val="5"/>
          <w:sz w:val="24"/>
          <w:szCs w:val="24"/>
          <w:lang w:val="es-ES" w:eastAsia="es-ES"/>
        </w:rPr>
        <w:t xml:space="preserve"> (</w:t>
      </w:r>
      <w:proofErr w:type="spellStart"/>
      <w:r w:rsidR="002659DB" w:rsidRPr="009A1247">
        <w:rPr>
          <w:rFonts w:ascii="Times New Roman" w:eastAsia="Times New Roman" w:hAnsi="Times New Roman" w:cs="Times New Roman"/>
          <w:spacing w:val="5"/>
          <w:sz w:val="24"/>
          <w:szCs w:val="24"/>
          <w:lang w:val="es-ES" w:eastAsia="es-ES"/>
        </w:rPr>
        <w:t>Veáse</w:t>
      </w:r>
      <w:proofErr w:type="spellEnd"/>
      <w:r w:rsidR="002659DB" w:rsidRPr="009A1247">
        <w:rPr>
          <w:rFonts w:ascii="Times New Roman" w:eastAsia="Times New Roman" w:hAnsi="Times New Roman" w:cs="Times New Roman"/>
          <w:spacing w:val="5"/>
          <w:sz w:val="24"/>
          <w:szCs w:val="24"/>
          <w:lang w:val="es-ES" w:eastAsia="es-ES"/>
        </w:rPr>
        <w:t xml:space="preserve"> </w:t>
      </w:r>
      <w:r w:rsidRPr="009A1247">
        <w:rPr>
          <w:rFonts w:ascii="Times New Roman" w:eastAsia="Times New Roman" w:hAnsi="Times New Roman" w:cs="Times New Roman"/>
          <w:spacing w:val="5"/>
          <w:sz w:val="24"/>
          <w:szCs w:val="24"/>
          <w:lang w:val="es-ES" w:eastAsia="es-ES"/>
        </w:rPr>
        <w:t>Pág. 60).</w:t>
      </w:r>
      <w:r w:rsidR="002659DB" w:rsidRPr="009A1247">
        <w:rPr>
          <w:rFonts w:ascii="Times New Roman" w:eastAsia="Times New Roman" w:hAnsi="Times New Roman" w:cs="Times New Roman"/>
          <w:spacing w:val="5"/>
          <w:sz w:val="24"/>
          <w:szCs w:val="24"/>
          <w:lang w:val="es-ES" w:eastAsia="es-ES"/>
        </w:rPr>
        <w:t xml:space="preserve"> La acusación de abuso aparece mucho más tarde:</w:t>
      </w:r>
    </w:p>
    <w:p w:rsidR="002659DB" w:rsidRPr="009A1247" w:rsidRDefault="002659DB" w:rsidP="00C23669">
      <w:pPr>
        <w:spacing w:before="480" w:after="0" w:line="240" w:lineRule="auto"/>
        <w:jc w:val="both"/>
        <w:rPr>
          <w:rFonts w:ascii="Times New Roman" w:eastAsia="Times New Roman" w:hAnsi="Times New Roman" w:cs="Times New Roman"/>
          <w:b/>
          <w:i/>
          <w:spacing w:val="5"/>
          <w:lang w:val="es-ES" w:eastAsia="es-ES"/>
        </w:rPr>
      </w:pPr>
      <w:r w:rsidRPr="009A1247">
        <w:rPr>
          <w:rFonts w:ascii="Times New Roman" w:eastAsia="Times New Roman" w:hAnsi="Times New Roman" w:cs="Times New Roman"/>
          <w:spacing w:val="5"/>
          <w:lang w:val="es-ES" w:eastAsia="es-ES"/>
        </w:rPr>
        <w:t xml:space="preserve">            </w:t>
      </w:r>
      <w:r w:rsidRPr="009A1247">
        <w:rPr>
          <w:rFonts w:ascii="Times New Roman" w:eastAsia="Times New Roman" w:hAnsi="Times New Roman" w:cs="Times New Roman"/>
          <w:b/>
          <w:i/>
          <w:spacing w:val="5"/>
          <w:lang w:val="es-ES" w:eastAsia="es-ES"/>
        </w:rPr>
        <w:t xml:space="preserve">   “… Ya</w:t>
      </w:r>
      <w:r w:rsidRPr="002659DB">
        <w:rPr>
          <w:rFonts w:ascii="Times New Roman" w:eastAsia="Times New Roman" w:hAnsi="Times New Roman" w:cs="Times New Roman"/>
          <w:b/>
          <w:i/>
          <w:spacing w:val="5"/>
          <w:sz w:val="28"/>
          <w:szCs w:val="28"/>
          <w:lang w:val="es-ES" w:eastAsia="es-ES"/>
        </w:rPr>
        <w:t xml:space="preserve"> </w:t>
      </w:r>
      <w:r w:rsidRPr="009A1247">
        <w:rPr>
          <w:rFonts w:ascii="Times New Roman" w:eastAsia="Times New Roman" w:hAnsi="Times New Roman" w:cs="Times New Roman"/>
          <w:b/>
          <w:i/>
          <w:spacing w:val="5"/>
          <w:lang w:val="es-ES" w:eastAsia="es-ES"/>
        </w:rPr>
        <w:t>estamos dando vueltas a la noria otra vez, señor presidente. Sí, dice que es culpable; no obstante, cuando procuramos obtener algo más específico, de golpe y porrazo se trata no del abuso del que ha sido víctima una joven, que de eso no se confiesa culpable, sino de un mero impulso al que no pudo o no quiso resistirse…” (Pág. 66)</w:t>
      </w:r>
    </w:p>
    <w:p w:rsidR="00611552" w:rsidRPr="009A1247" w:rsidRDefault="00611552" w:rsidP="00C23669">
      <w:pPr>
        <w:spacing w:before="480" w:after="0" w:line="240" w:lineRule="auto"/>
        <w:jc w:val="both"/>
        <w:rPr>
          <w:rFonts w:ascii="Times New Roman" w:eastAsia="Times New Roman" w:hAnsi="Times New Roman" w:cs="Times New Roman"/>
          <w:spacing w:val="5"/>
          <w:sz w:val="24"/>
          <w:szCs w:val="24"/>
          <w:lang w:val="es-ES" w:eastAsia="es-ES"/>
        </w:rPr>
      </w:pPr>
      <w:r w:rsidRPr="009A1247">
        <w:rPr>
          <w:rFonts w:ascii="Times New Roman" w:eastAsia="Times New Roman" w:hAnsi="Times New Roman" w:cs="Times New Roman"/>
          <w:spacing w:val="5"/>
          <w:sz w:val="24"/>
          <w:szCs w:val="24"/>
          <w:lang w:val="es-ES" w:eastAsia="es-ES"/>
        </w:rPr>
        <w:t xml:space="preserve">Este instinto que no puede refrenar porque es la condición del ser humano lo vemos muy bien explicado en la página 109 cuando, ya en la </w:t>
      </w:r>
      <w:proofErr w:type="gramStart"/>
      <w:r w:rsidRPr="009A1247">
        <w:rPr>
          <w:rFonts w:ascii="Times New Roman" w:eastAsia="Times New Roman" w:hAnsi="Times New Roman" w:cs="Times New Roman"/>
          <w:spacing w:val="5"/>
          <w:sz w:val="24"/>
          <w:szCs w:val="24"/>
          <w:lang w:val="es-ES" w:eastAsia="es-ES"/>
        </w:rPr>
        <w:t xml:space="preserve">granja,  </w:t>
      </w:r>
      <w:proofErr w:type="spellStart"/>
      <w:r w:rsidRPr="009A1247">
        <w:rPr>
          <w:rFonts w:ascii="Times New Roman" w:eastAsia="Times New Roman" w:hAnsi="Times New Roman" w:cs="Times New Roman"/>
          <w:spacing w:val="5"/>
          <w:sz w:val="24"/>
          <w:szCs w:val="24"/>
          <w:lang w:val="es-ES" w:eastAsia="es-ES"/>
        </w:rPr>
        <w:t>Lurie</w:t>
      </w:r>
      <w:proofErr w:type="spellEnd"/>
      <w:proofErr w:type="gramEnd"/>
      <w:r w:rsidRPr="009A1247">
        <w:rPr>
          <w:rFonts w:ascii="Times New Roman" w:eastAsia="Times New Roman" w:hAnsi="Times New Roman" w:cs="Times New Roman"/>
          <w:spacing w:val="5"/>
          <w:sz w:val="24"/>
          <w:szCs w:val="24"/>
          <w:lang w:val="es-ES" w:eastAsia="es-ES"/>
        </w:rPr>
        <w:t xml:space="preserve"> le explica a su hija la historia del </w:t>
      </w:r>
      <w:proofErr w:type="spellStart"/>
      <w:r w:rsidRPr="009A1247">
        <w:rPr>
          <w:rFonts w:ascii="Times New Roman" w:eastAsia="Times New Roman" w:hAnsi="Times New Roman" w:cs="Times New Roman"/>
          <w:spacing w:val="5"/>
          <w:sz w:val="24"/>
          <w:szCs w:val="24"/>
          <w:lang w:val="es-ES" w:eastAsia="es-ES"/>
        </w:rPr>
        <w:t>seter</w:t>
      </w:r>
      <w:proofErr w:type="spellEnd"/>
      <w:r w:rsidRPr="009A1247">
        <w:rPr>
          <w:rFonts w:ascii="Times New Roman" w:eastAsia="Times New Roman" w:hAnsi="Times New Roman" w:cs="Times New Roman"/>
          <w:spacing w:val="5"/>
          <w:sz w:val="24"/>
          <w:szCs w:val="24"/>
          <w:lang w:val="es-ES" w:eastAsia="es-ES"/>
        </w:rPr>
        <w:t xml:space="preserve"> irlandés que te</w:t>
      </w:r>
      <w:r w:rsidR="009A1247" w:rsidRPr="009A1247">
        <w:rPr>
          <w:rFonts w:ascii="Times New Roman" w:eastAsia="Times New Roman" w:hAnsi="Times New Roman" w:cs="Times New Roman"/>
          <w:spacing w:val="5"/>
          <w:sz w:val="24"/>
          <w:szCs w:val="24"/>
          <w:lang w:val="es-ES" w:eastAsia="es-ES"/>
        </w:rPr>
        <w:t xml:space="preserve">nían los vecinos y  que le pegaban cuando estaba en celo y así dirá: </w:t>
      </w:r>
    </w:p>
    <w:p w:rsidR="009A1247" w:rsidRPr="009A1247" w:rsidRDefault="009A1247" w:rsidP="00C23669">
      <w:pPr>
        <w:spacing w:before="480" w:after="0" w:line="240" w:lineRule="auto"/>
        <w:jc w:val="both"/>
        <w:rPr>
          <w:rFonts w:ascii="Times New Roman" w:eastAsia="Times New Roman" w:hAnsi="Times New Roman" w:cs="Times New Roman"/>
          <w:b/>
          <w:i/>
          <w:spacing w:val="5"/>
          <w:lang w:val="es-ES" w:eastAsia="es-ES"/>
        </w:rPr>
      </w:pPr>
      <w:r w:rsidRPr="009A1247">
        <w:rPr>
          <w:rFonts w:ascii="Times New Roman" w:eastAsia="Times New Roman" w:hAnsi="Times New Roman" w:cs="Times New Roman"/>
          <w:b/>
          <w:i/>
          <w:spacing w:val="5"/>
          <w:lang w:val="es-ES" w:eastAsia="es-ES"/>
        </w:rPr>
        <w:t xml:space="preserve"> “…Un perro siempre aceptará una justicia de esa clase: por destrozar un objeto, una paliza. El deseo en cambio es harina de otro costal. Ningún animal aceptará esa justicia, es decir, que se le castigue por ceder a su instinto…” (Pág. 109)</w:t>
      </w:r>
    </w:p>
    <w:p w:rsidR="002659DB" w:rsidRPr="009A1247" w:rsidRDefault="002659DB" w:rsidP="00C23669">
      <w:pPr>
        <w:spacing w:before="480" w:after="0" w:line="240" w:lineRule="auto"/>
        <w:jc w:val="both"/>
        <w:rPr>
          <w:rFonts w:ascii="Times New Roman" w:eastAsia="Times New Roman" w:hAnsi="Times New Roman" w:cs="Times New Roman"/>
          <w:b/>
          <w:i/>
          <w:spacing w:val="5"/>
          <w:sz w:val="24"/>
          <w:szCs w:val="24"/>
          <w:lang w:val="es-ES" w:eastAsia="es-ES"/>
        </w:rPr>
      </w:pPr>
      <w:r w:rsidRPr="009A1247">
        <w:rPr>
          <w:rFonts w:ascii="Times New Roman" w:eastAsia="Times New Roman" w:hAnsi="Times New Roman" w:cs="Times New Roman"/>
          <w:spacing w:val="5"/>
          <w:sz w:val="24"/>
          <w:szCs w:val="24"/>
          <w:lang w:val="es-ES" w:eastAsia="es-ES"/>
        </w:rPr>
        <w:t xml:space="preserve">También vemos aquí el poder </w:t>
      </w:r>
      <w:r w:rsidR="00611552" w:rsidRPr="009A1247">
        <w:rPr>
          <w:rFonts w:ascii="Times New Roman" w:eastAsia="Times New Roman" w:hAnsi="Times New Roman" w:cs="Times New Roman"/>
          <w:spacing w:val="5"/>
          <w:sz w:val="24"/>
          <w:szCs w:val="24"/>
          <w:lang w:val="es-ES" w:eastAsia="es-ES"/>
        </w:rPr>
        <w:t>de</w:t>
      </w:r>
      <w:r w:rsidRPr="009A1247">
        <w:rPr>
          <w:rFonts w:ascii="Times New Roman" w:eastAsia="Times New Roman" w:hAnsi="Times New Roman" w:cs="Times New Roman"/>
          <w:spacing w:val="5"/>
          <w:sz w:val="24"/>
          <w:szCs w:val="24"/>
          <w:lang w:val="es-ES" w:eastAsia="es-ES"/>
        </w:rPr>
        <w:t xml:space="preserve"> la prensa </w:t>
      </w:r>
      <w:r w:rsidR="00611552" w:rsidRPr="009A1247">
        <w:rPr>
          <w:rFonts w:ascii="Times New Roman" w:eastAsia="Times New Roman" w:hAnsi="Times New Roman" w:cs="Times New Roman"/>
          <w:spacing w:val="5"/>
          <w:sz w:val="24"/>
          <w:szCs w:val="24"/>
          <w:lang w:val="es-ES" w:eastAsia="es-ES"/>
        </w:rPr>
        <w:t>tanto para ensa</w:t>
      </w:r>
      <w:r w:rsidRPr="009A1247">
        <w:rPr>
          <w:rFonts w:ascii="Times New Roman" w:eastAsia="Times New Roman" w:hAnsi="Times New Roman" w:cs="Times New Roman"/>
          <w:spacing w:val="5"/>
          <w:sz w:val="24"/>
          <w:szCs w:val="24"/>
          <w:lang w:val="es-ES" w:eastAsia="es-ES"/>
        </w:rPr>
        <w:t>lzar</w:t>
      </w:r>
      <w:r w:rsidR="00611552" w:rsidRPr="009A1247">
        <w:rPr>
          <w:rFonts w:ascii="Times New Roman" w:eastAsia="Times New Roman" w:hAnsi="Times New Roman" w:cs="Times New Roman"/>
          <w:spacing w:val="5"/>
          <w:sz w:val="24"/>
          <w:szCs w:val="24"/>
          <w:lang w:val="es-ES" w:eastAsia="es-ES"/>
        </w:rPr>
        <w:t xml:space="preserve"> como para hundir a una persona y siempre buscando el sensacionalismo</w:t>
      </w:r>
      <w:r w:rsidRPr="009A1247">
        <w:rPr>
          <w:rFonts w:ascii="Times New Roman" w:eastAsia="Times New Roman" w:hAnsi="Times New Roman" w:cs="Times New Roman"/>
          <w:spacing w:val="5"/>
          <w:sz w:val="24"/>
          <w:szCs w:val="24"/>
          <w:lang w:val="es-ES" w:eastAsia="es-ES"/>
        </w:rPr>
        <w:t xml:space="preserve"> </w:t>
      </w:r>
      <w:r w:rsidRPr="009A1247">
        <w:rPr>
          <w:rFonts w:ascii="Times New Roman" w:eastAsia="Times New Roman" w:hAnsi="Times New Roman" w:cs="Times New Roman"/>
          <w:b/>
          <w:i/>
          <w:spacing w:val="5"/>
          <w:lang w:val="es-ES" w:eastAsia="es-ES"/>
        </w:rPr>
        <w:t xml:space="preserve">“Tras una muestra de esgrima verbal con miembros de Mujeres contra la violación después de la vista del caso, </w:t>
      </w:r>
      <w:proofErr w:type="spellStart"/>
      <w:r w:rsidRPr="009A1247">
        <w:rPr>
          <w:rFonts w:ascii="Times New Roman" w:eastAsia="Times New Roman" w:hAnsi="Times New Roman" w:cs="Times New Roman"/>
          <w:b/>
          <w:i/>
          <w:spacing w:val="5"/>
          <w:lang w:val="es-ES" w:eastAsia="es-ES"/>
        </w:rPr>
        <w:t>Lurie</w:t>
      </w:r>
      <w:proofErr w:type="spellEnd"/>
      <w:r w:rsidRPr="009A1247">
        <w:rPr>
          <w:rFonts w:ascii="Times New Roman" w:eastAsia="Times New Roman" w:hAnsi="Times New Roman" w:cs="Times New Roman"/>
          <w:b/>
          <w:i/>
          <w:spacing w:val="5"/>
          <w:lang w:val="es-ES" w:eastAsia="es-ES"/>
        </w:rPr>
        <w:t xml:space="preserve"> dijo que sus experiencias con las estudiantes le han resultado enriquecedoras” (Pág. 71)</w:t>
      </w:r>
      <w:r w:rsidR="00611552" w:rsidRPr="009A1247">
        <w:rPr>
          <w:rFonts w:ascii="Times New Roman" w:eastAsia="Times New Roman" w:hAnsi="Times New Roman" w:cs="Times New Roman"/>
          <w:b/>
          <w:i/>
          <w:spacing w:val="5"/>
          <w:lang w:val="es-ES" w:eastAsia="es-ES"/>
        </w:rPr>
        <w:t>.</w:t>
      </w:r>
      <w:r w:rsidR="00611552" w:rsidRPr="009A1247">
        <w:rPr>
          <w:rFonts w:ascii="Times New Roman" w:eastAsia="Times New Roman" w:hAnsi="Times New Roman" w:cs="Times New Roman"/>
          <w:b/>
          <w:i/>
          <w:spacing w:val="5"/>
          <w:sz w:val="24"/>
          <w:szCs w:val="24"/>
          <w:lang w:val="es-ES" w:eastAsia="es-ES"/>
        </w:rPr>
        <w:t xml:space="preserve"> </w:t>
      </w:r>
    </w:p>
    <w:p w:rsidR="002C3B0C" w:rsidRPr="009A1247" w:rsidRDefault="0038245A" w:rsidP="00C23669">
      <w:pPr>
        <w:spacing w:before="480" w:after="0" w:line="240" w:lineRule="auto"/>
        <w:jc w:val="both"/>
        <w:rPr>
          <w:rFonts w:ascii="Times New Roman" w:hAnsi="Times New Roman" w:cs="Times New Roman"/>
          <w:sz w:val="24"/>
          <w:szCs w:val="24"/>
        </w:rPr>
      </w:pPr>
      <w:r w:rsidRPr="009A1247">
        <w:rPr>
          <w:rFonts w:ascii="Times New Roman" w:hAnsi="Times New Roman" w:cs="Times New Roman"/>
          <w:sz w:val="24"/>
          <w:szCs w:val="24"/>
        </w:rPr>
        <w:t xml:space="preserve">Su </w:t>
      </w:r>
      <w:proofErr w:type="spellStart"/>
      <w:r w:rsidRPr="009A1247">
        <w:rPr>
          <w:rFonts w:ascii="Times New Roman" w:hAnsi="Times New Roman" w:cs="Times New Roman"/>
          <w:sz w:val="24"/>
          <w:szCs w:val="24"/>
        </w:rPr>
        <w:t>viaje</w:t>
      </w:r>
      <w:proofErr w:type="spellEnd"/>
      <w:r w:rsidRPr="009A1247">
        <w:rPr>
          <w:rFonts w:ascii="Times New Roman" w:hAnsi="Times New Roman" w:cs="Times New Roman"/>
          <w:sz w:val="24"/>
          <w:szCs w:val="24"/>
        </w:rPr>
        <w:t xml:space="preserve"> a la </w:t>
      </w:r>
      <w:proofErr w:type="spellStart"/>
      <w:r w:rsidRPr="009A1247">
        <w:rPr>
          <w:rFonts w:ascii="Times New Roman" w:hAnsi="Times New Roman" w:cs="Times New Roman"/>
          <w:sz w:val="24"/>
          <w:szCs w:val="24"/>
        </w:rPr>
        <w:t>granja</w:t>
      </w:r>
      <w:proofErr w:type="spellEnd"/>
      <w:r w:rsidRPr="009A1247">
        <w:rPr>
          <w:rFonts w:ascii="Times New Roman" w:hAnsi="Times New Roman" w:cs="Times New Roman"/>
          <w:sz w:val="24"/>
          <w:szCs w:val="24"/>
        </w:rPr>
        <w:t xml:space="preserve"> de Lucy se </w:t>
      </w:r>
      <w:proofErr w:type="spellStart"/>
      <w:r w:rsidRPr="009A1247">
        <w:rPr>
          <w:rFonts w:ascii="Times New Roman" w:hAnsi="Times New Roman" w:cs="Times New Roman"/>
          <w:sz w:val="24"/>
          <w:szCs w:val="24"/>
        </w:rPr>
        <w:t>convierte</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entonces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en</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una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iniciación</w:t>
      </w:r>
      <w:proofErr w:type="spellEnd"/>
      <w:r w:rsidRPr="009A1247">
        <w:rPr>
          <w:rFonts w:ascii="Times New Roman" w:hAnsi="Times New Roman" w:cs="Times New Roman"/>
          <w:sz w:val="24"/>
          <w:szCs w:val="24"/>
        </w:rPr>
        <w:t xml:space="preserve"> moral </w:t>
      </w:r>
      <w:proofErr w:type="spellStart"/>
      <w:r w:rsidRPr="009A1247">
        <w:rPr>
          <w:rFonts w:ascii="Times New Roman" w:hAnsi="Times New Roman" w:cs="Times New Roman"/>
          <w:sz w:val="24"/>
          <w:szCs w:val="24"/>
        </w:rPr>
        <w:t>inversa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cuanto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más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pierde</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más</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aprende</w:t>
      </w:r>
      <w:proofErr w:type="spellEnd"/>
      <w:r w:rsidRPr="009A1247">
        <w:rPr>
          <w:rFonts w:ascii="Times New Roman" w:hAnsi="Times New Roman" w:cs="Times New Roman"/>
          <w:sz w:val="24"/>
          <w:szCs w:val="24"/>
        </w:rPr>
        <w:t xml:space="preserve">. Su </w:t>
      </w:r>
      <w:proofErr w:type="spellStart"/>
      <w:r w:rsidRPr="009A1247">
        <w:rPr>
          <w:rFonts w:ascii="Times New Roman" w:hAnsi="Times New Roman" w:cs="Times New Roman"/>
          <w:sz w:val="24"/>
          <w:szCs w:val="24"/>
        </w:rPr>
        <w:t>trabajo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en</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refugio</w:t>
      </w:r>
      <w:proofErr w:type="spellEnd"/>
      <w:r w:rsidRPr="009A1247">
        <w:rPr>
          <w:rFonts w:ascii="Times New Roman" w:hAnsi="Times New Roman" w:cs="Times New Roman"/>
          <w:sz w:val="24"/>
          <w:szCs w:val="24"/>
        </w:rPr>
        <w:t xml:space="preserve"> de </w:t>
      </w:r>
      <w:proofErr w:type="spellStart"/>
      <w:r w:rsidRPr="009A1247">
        <w:rPr>
          <w:rFonts w:ascii="Times New Roman" w:hAnsi="Times New Roman" w:cs="Times New Roman"/>
          <w:sz w:val="24"/>
          <w:szCs w:val="24"/>
        </w:rPr>
        <w:t>animales</w:t>
      </w:r>
      <w:proofErr w:type="spellEnd"/>
      <w:r w:rsidRPr="009A1247">
        <w:rPr>
          <w:rFonts w:ascii="Times New Roman" w:hAnsi="Times New Roman" w:cs="Times New Roman"/>
          <w:sz w:val="24"/>
          <w:szCs w:val="24"/>
        </w:rPr>
        <w:t xml:space="preserve"> con Bev Shaw lo </w:t>
      </w:r>
      <w:proofErr w:type="spellStart"/>
      <w:r w:rsidRPr="009A1247">
        <w:rPr>
          <w:rFonts w:ascii="Times New Roman" w:hAnsi="Times New Roman" w:cs="Times New Roman"/>
          <w:sz w:val="24"/>
          <w:szCs w:val="24"/>
        </w:rPr>
        <w:t>enfrenta</w:t>
      </w:r>
      <w:proofErr w:type="spellEnd"/>
      <w:r w:rsidRPr="009A1247">
        <w:rPr>
          <w:rFonts w:ascii="Times New Roman" w:hAnsi="Times New Roman" w:cs="Times New Roman"/>
          <w:sz w:val="24"/>
          <w:szCs w:val="24"/>
        </w:rPr>
        <w:t xml:space="preserve"> a </w:t>
      </w:r>
      <w:proofErr w:type="spellStart"/>
      <w:r w:rsidRPr="009A1247">
        <w:rPr>
          <w:rFonts w:ascii="Times New Roman" w:hAnsi="Times New Roman" w:cs="Times New Roman"/>
          <w:sz w:val="24"/>
          <w:szCs w:val="24"/>
        </w:rPr>
        <w:t>una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nueva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ética</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donde</w:t>
      </w:r>
      <w:proofErr w:type="spellEnd"/>
      <w:r w:rsidRPr="009A1247">
        <w:rPr>
          <w:rFonts w:ascii="Times New Roman" w:hAnsi="Times New Roman" w:cs="Times New Roman"/>
          <w:sz w:val="24"/>
          <w:szCs w:val="24"/>
        </w:rPr>
        <w:t xml:space="preserve"> el </w:t>
      </w:r>
      <w:proofErr w:type="spellStart"/>
      <w:r w:rsidRPr="009A1247">
        <w:rPr>
          <w:rFonts w:ascii="Times New Roman" w:hAnsi="Times New Roman" w:cs="Times New Roman"/>
          <w:sz w:val="24"/>
          <w:szCs w:val="24"/>
        </w:rPr>
        <w:t>cuidado</w:t>
      </w:r>
      <w:proofErr w:type="spellEnd"/>
      <w:r w:rsidRPr="009A1247">
        <w:rPr>
          <w:rFonts w:ascii="Times New Roman" w:hAnsi="Times New Roman" w:cs="Times New Roman"/>
          <w:sz w:val="24"/>
          <w:szCs w:val="24"/>
        </w:rPr>
        <w:t xml:space="preserve"> </w:t>
      </w:r>
      <w:proofErr w:type="spellStart"/>
      <w:r w:rsidRPr="009A1247">
        <w:rPr>
          <w:rFonts w:ascii="Times New Roman" w:hAnsi="Times New Roman" w:cs="Times New Roman"/>
          <w:sz w:val="24"/>
          <w:szCs w:val="24"/>
        </w:rPr>
        <w:t>sustituye</w:t>
      </w:r>
      <w:proofErr w:type="spellEnd"/>
      <w:r w:rsidRPr="009A1247">
        <w:rPr>
          <w:rFonts w:ascii="Times New Roman" w:hAnsi="Times New Roman" w:cs="Times New Roman"/>
          <w:sz w:val="24"/>
          <w:szCs w:val="24"/>
        </w:rPr>
        <w:t xml:space="preserve"> al </w:t>
      </w:r>
      <w:proofErr w:type="spellStart"/>
      <w:r w:rsidRPr="009A1247">
        <w:rPr>
          <w:rFonts w:ascii="Times New Roman" w:hAnsi="Times New Roman" w:cs="Times New Roman"/>
          <w:sz w:val="24"/>
          <w:szCs w:val="24"/>
        </w:rPr>
        <w:t>deseo</w:t>
      </w:r>
      <w:proofErr w:type="spellEnd"/>
      <w:r w:rsidRPr="009A1247">
        <w:rPr>
          <w:rFonts w:ascii="Times New Roman" w:hAnsi="Times New Roman" w:cs="Times New Roman"/>
          <w:sz w:val="24"/>
          <w:szCs w:val="24"/>
        </w:rPr>
        <w:t xml:space="preserve"> y el </w:t>
      </w:r>
      <w:proofErr w:type="spellStart"/>
      <w:r w:rsidRPr="009A1247">
        <w:rPr>
          <w:rFonts w:ascii="Times New Roman" w:hAnsi="Times New Roman" w:cs="Times New Roman"/>
          <w:sz w:val="24"/>
          <w:szCs w:val="24"/>
        </w:rPr>
        <w:t>silencio</w:t>
      </w:r>
      <w:proofErr w:type="spellEnd"/>
      <w:r w:rsidRPr="009A1247">
        <w:rPr>
          <w:rFonts w:ascii="Times New Roman" w:hAnsi="Times New Roman" w:cs="Times New Roman"/>
          <w:sz w:val="24"/>
          <w:szCs w:val="24"/>
        </w:rPr>
        <w:t xml:space="preserve"> al </w:t>
      </w:r>
      <w:proofErr w:type="spellStart"/>
      <w:r w:rsidRPr="009A1247">
        <w:rPr>
          <w:rFonts w:ascii="Times New Roman" w:hAnsi="Times New Roman" w:cs="Times New Roman"/>
          <w:sz w:val="24"/>
          <w:szCs w:val="24"/>
        </w:rPr>
        <w:t>discurso</w:t>
      </w:r>
      <w:proofErr w:type="spellEnd"/>
      <w:r w:rsidRPr="009A1247">
        <w:rPr>
          <w:rFonts w:ascii="Times New Roman" w:hAnsi="Times New Roman" w:cs="Times New Roman"/>
          <w:sz w:val="24"/>
          <w:szCs w:val="24"/>
        </w:rPr>
        <w:t>.</w:t>
      </w:r>
    </w:p>
    <w:p w:rsidR="00721E02" w:rsidRDefault="00721E02" w:rsidP="00C23669">
      <w:pPr>
        <w:spacing w:after="0"/>
        <w:jc w:val="both"/>
        <w:rPr>
          <w:rFonts w:ascii="Times New Roman" w:hAnsi="Times New Roman" w:cs="Times New Roman"/>
          <w:b/>
          <w:i/>
          <w:sz w:val="28"/>
          <w:szCs w:val="28"/>
        </w:rPr>
      </w:pPr>
    </w:p>
    <w:p w:rsidR="00721E02" w:rsidRPr="009A1247" w:rsidRDefault="0038245A" w:rsidP="00C23669">
      <w:pPr>
        <w:spacing w:after="0"/>
        <w:jc w:val="both"/>
        <w:rPr>
          <w:rFonts w:ascii="Times New Roman" w:hAnsi="Times New Roman" w:cs="Times New Roman"/>
        </w:rPr>
      </w:pPr>
      <w:r w:rsidRPr="009A1247">
        <w:rPr>
          <w:rFonts w:ascii="Times New Roman" w:hAnsi="Times New Roman" w:cs="Times New Roman"/>
          <w:b/>
          <w:i/>
        </w:rPr>
        <w:t>“</w:t>
      </w:r>
      <w:proofErr w:type="spellStart"/>
      <w:r w:rsidRPr="009A1247">
        <w:rPr>
          <w:rFonts w:ascii="Times New Roman" w:hAnsi="Times New Roman" w:cs="Times New Roman"/>
          <w:b/>
          <w:i/>
        </w:rPr>
        <w:t>Él</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mismo</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lleva</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los</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cuerpos</w:t>
      </w:r>
      <w:proofErr w:type="spellEnd"/>
      <w:r w:rsidRPr="009A1247">
        <w:rPr>
          <w:rFonts w:ascii="Times New Roman" w:hAnsi="Times New Roman" w:cs="Times New Roman"/>
          <w:b/>
          <w:i/>
        </w:rPr>
        <w:t xml:space="preserve"> al </w:t>
      </w:r>
      <w:proofErr w:type="spellStart"/>
      <w:r w:rsidRPr="009A1247">
        <w:rPr>
          <w:rFonts w:ascii="Times New Roman" w:hAnsi="Times New Roman" w:cs="Times New Roman"/>
          <w:b/>
          <w:i/>
        </w:rPr>
        <w:t>horno</w:t>
      </w:r>
      <w:proofErr w:type="spellEnd"/>
      <w:r w:rsidRPr="009A1247">
        <w:rPr>
          <w:rFonts w:ascii="Times New Roman" w:hAnsi="Times New Roman" w:cs="Times New Roman"/>
          <w:b/>
          <w:i/>
        </w:rPr>
        <w:t xml:space="preserve">. No </w:t>
      </w:r>
      <w:proofErr w:type="spellStart"/>
      <w:r w:rsidRPr="009A1247">
        <w:rPr>
          <w:rFonts w:ascii="Times New Roman" w:hAnsi="Times New Roman" w:cs="Times New Roman"/>
          <w:b/>
          <w:i/>
        </w:rPr>
        <w:t>confía</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en</w:t>
      </w:r>
      <w:proofErr w:type="spellEnd"/>
      <w:r w:rsidRPr="009A1247">
        <w:rPr>
          <w:rFonts w:ascii="Times New Roman" w:hAnsi="Times New Roman" w:cs="Times New Roman"/>
          <w:b/>
          <w:i/>
        </w:rPr>
        <w:t xml:space="preserve"> que </w:t>
      </w:r>
      <w:proofErr w:type="spellStart"/>
      <w:r w:rsidRPr="009A1247">
        <w:rPr>
          <w:rFonts w:ascii="Times New Roman" w:hAnsi="Times New Roman" w:cs="Times New Roman"/>
          <w:b/>
          <w:i/>
        </w:rPr>
        <w:t>otros</w:t>
      </w:r>
      <w:proofErr w:type="spellEnd"/>
      <w:r w:rsidRPr="009A1247">
        <w:rPr>
          <w:rFonts w:ascii="Times New Roman" w:hAnsi="Times New Roman" w:cs="Times New Roman"/>
          <w:b/>
          <w:i/>
        </w:rPr>
        <w:t xml:space="preserve"> lo </w:t>
      </w:r>
      <w:proofErr w:type="spellStart"/>
      <w:r w:rsidRPr="009A1247">
        <w:rPr>
          <w:rFonts w:ascii="Times New Roman" w:hAnsi="Times New Roman" w:cs="Times New Roman"/>
          <w:b/>
          <w:i/>
        </w:rPr>
        <w:t>hagan</w:t>
      </w:r>
      <w:proofErr w:type="spellEnd"/>
      <w:r w:rsidRPr="009A1247">
        <w:rPr>
          <w:rFonts w:ascii="Times New Roman" w:hAnsi="Times New Roman" w:cs="Times New Roman"/>
          <w:b/>
          <w:i/>
        </w:rPr>
        <w:t xml:space="preserve"> con la </w:t>
      </w:r>
      <w:proofErr w:type="spellStart"/>
      <w:r w:rsidRPr="009A1247">
        <w:rPr>
          <w:rFonts w:ascii="Times New Roman" w:hAnsi="Times New Roman" w:cs="Times New Roman"/>
          <w:b/>
          <w:i/>
        </w:rPr>
        <w:t>debida</w:t>
      </w:r>
      <w:proofErr w:type="spellEnd"/>
      <w:r w:rsidRPr="009A1247">
        <w:rPr>
          <w:rFonts w:ascii="Times New Roman" w:hAnsi="Times New Roman" w:cs="Times New Roman"/>
          <w:b/>
          <w:i/>
        </w:rPr>
        <w:t xml:space="preserve"> </w:t>
      </w:r>
      <w:proofErr w:type="spellStart"/>
      <w:r w:rsidRPr="009A1247">
        <w:rPr>
          <w:rFonts w:ascii="Times New Roman" w:hAnsi="Times New Roman" w:cs="Times New Roman"/>
          <w:b/>
          <w:i/>
        </w:rPr>
        <w:t>atención</w:t>
      </w:r>
      <w:proofErr w:type="spellEnd"/>
      <w:r w:rsidRPr="009A1247">
        <w:rPr>
          <w:rFonts w:ascii="Times New Roman" w:hAnsi="Times New Roman" w:cs="Times New Roman"/>
          <w:b/>
          <w:i/>
        </w:rPr>
        <w:t>.”</w:t>
      </w:r>
    </w:p>
    <w:p w:rsidR="0035472C" w:rsidRPr="000D131E" w:rsidRDefault="0038245A" w:rsidP="0035472C">
      <w:pPr>
        <w:spacing w:after="0"/>
        <w:jc w:val="both"/>
        <w:rPr>
          <w:rFonts w:ascii="Times New Roman" w:hAnsi="Times New Roman" w:cs="Times New Roman"/>
          <w:sz w:val="24"/>
          <w:szCs w:val="24"/>
        </w:rPr>
      </w:pPr>
      <w:r w:rsidRPr="00C23669">
        <w:rPr>
          <w:rFonts w:ascii="Times New Roman" w:hAnsi="Times New Roman" w:cs="Times New Roman"/>
          <w:sz w:val="28"/>
          <w:szCs w:val="28"/>
        </w:rPr>
        <w:br/>
      </w:r>
      <w:proofErr w:type="spellStart"/>
      <w:r w:rsidRPr="000D131E">
        <w:rPr>
          <w:rFonts w:ascii="Times New Roman" w:hAnsi="Times New Roman" w:cs="Times New Roman"/>
          <w:sz w:val="24"/>
          <w:szCs w:val="24"/>
        </w:rPr>
        <w:t>En</w:t>
      </w:r>
      <w:proofErr w:type="spellEnd"/>
      <w:r w:rsidRPr="000D131E">
        <w:rPr>
          <w:rFonts w:ascii="Times New Roman" w:hAnsi="Times New Roman" w:cs="Times New Roman"/>
          <w:sz w:val="24"/>
          <w:szCs w:val="24"/>
        </w:rPr>
        <w:t xml:space="preserve"> ese </w:t>
      </w:r>
      <w:proofErr w:type="spellStart"/>
      <w:r w:rsidRPr="000D131E">
        <w:rPr>
          <w:rFonts w:ascii="Times New Roman" w:hAnsi="Times New Roman" w:cs="Times New Roman"/>
          <w:sz w:val="24"/>
          <w:szCs w:val="24"/>
        </w:rPr>
        <w:t>gesto</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enterrar</w:t>
      </w:r>
      <w:proofErr w:type="spellEnd"/>
      <w:r w:rsidRPr="000D131E">
        <w:rPr>
          <w:rFonts w:ascii="Times New Roman" w:hAnsi="Times New Roman" w:cs="Times New Roman"/>
          <w:sz w:val="24"/>
          <w:szCs w:val="24"/>
        </w:rPr>
        <w:t xml:space="preserve"> y </w:t>
      </w:r>
      <w:proofErr w:type="spellStart"/>
      <w:r w:rsidRPr="000D131E">
        <w:rPr>
          <w:rFonts w:ascii="Times New Roman" w:hAnsi="Times New Roman" w:cs="Times New Roman"/>
          <w:sz w:val="24"/>
          <w:szCs w:val="24"/>
        </w:rPr>
        <w:t>quemar</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los</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cuerpos</w:t>
      </w:r>
      <w:proofErr w:type="spellEnd"/>
      <w:r w:rsidRPr="000D131E">
        <w:rPr>
          <w:rFonts w:ascii="Times New Roman" w:hAnsi="Times New Roman" w:cs="Times New Roman"/>
          <w:sz w:val="24"/>
          <w:szCs w:val="24"/>
        </w:rPr>
        <w:t xml:space="preserve"> de </w:t>
      </w:r>
      <w:proofErr w:type="spellStart"/>
      <w:r w:rsidRPr="000D131E">
        <w:rPr>
          <w:rFonts w:ascii="Times New Roman" w:hAnsi="Times New Roman" w:cs="Times New Roman"/>
          <w:sz w:val="24"/>
          <w:szCs w:val="24"/>
        </w:rPr>
        <w:t>perros</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sacrificados</w:t>
      </w:r>
      <w:proofErr w:type="spellEnd"/>
      <w:r w:rsidRPr="000D131E">
        <w:rPr>
          <w:rFonts w:ascii="Times New Roman" w:hAnsi="Times New Roman" w:cs="Times New Roman"/>
          <w:sz w:val="24"/>
          <w:szCs w:val="24"/>
        </w:rPr>
        <w:t xml:space="preserve"> con </w:t>
      </w:r>
      <w:proofErr w:type="spellStart"/>
      <w:r w:rsidRPr="000D131E">
        <w:rPr>
          <w:rFonts w:ascii="Times New Roman" w:hAnsi="Times New Roman" w:cs="Times New Roman"/>
          <w:sz w:val="24"/>
          <w:szCs w:val="24"/>
        </w:rPr>
        <w:t>respeto</w:t>
      </w:r>
      <w:proofErr w:type="spellEnd"/>
      <w:r w:rsidRPr="000D131E">
        <w:rPr>
          <w:rFonts w:ascii="Times New Roman" w:hAnsi="Times New Roman" w:cs="Times New Roman"/>
          <w:sz w:val="24"/>
          <w:szCs w:val="24"/>
        </w:rPr>
        <w:t xml:space="preserve">— se </w:t>
      </w:r>
      <w:proofErr w:type="spellStart"/>
      <w:r w:rsidRPr="000D131E">
        <w:rPr>
          <w:rFonts w:ascii="Times New Roman" w:hAnsi="Times New Roman" w:cs="Times New Roman"/>
          <w:sz w:val="24"/>
          <w:szCs w:val="24"/>
        </w:rPr>
        <w:t>cifra</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lastRenderedPageBreak/>
        <w:t>su</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transformación</w:t>
      </w:r>
      <w:proofErr w:type="spellEnd"/>
      <w:r w:rsidRPr="000D131E">
        <w:rPr>
          <w:rFonts w:ascii="Times New Roman" w:hAnsi="Times New Roman" w:cs="Times New Roman"/>
          <w:sz w:val="24"/>
          <w:szCs w:val="24"/>
        </w:rPr>
        <w:t xml:space="preserve">. Lurie </w:t>
      </w:r>
      <w:proofErr w:type="spellStart"/>
      <w:r w:rsidRPr="000D131E">
        <w:rPr>
          <w:rFonts w:ascii="Times New Roman" w:hAnsi="Times New Roman" w:cs="Times New Roman"/>
          <w:sz w:val="24"/>
          <w:szCs w:val="24"/>
        </w:rPr>
        <w:t>aprende</w:t>
      </w:r>
      <w:proofErr w:type="spellEnd"/>
      <w:r w:rsidRPr="000D131E">
        <w:rPr>
          <w:rFonts w:ascii="Times New Roman" w:hAnsi="Times New Roman" w:cs="Times New Roman"/>
          <w:sz w:val="24"/>
          <w:szCs w:val="24"/>
        </w:rPr>
        <w:t xml:space="preserve"> la </w:t>
      </w:r>
      <w:proofErr w:type="spellStart"/>
      <w:r w:rsidRPr="000D131E">
        <w:rPr>
          <w:rFonts w:ascii="Times New Roman" w:hAnsi="Times New Roman" w:cs="Times New Roman"/>
          <w:sz w:val="24"/>
          <w:szCs w:val="24"/>
        </w:rPr>
        <w:t>compasión</w:t>
      </w:r>
      <w:proofErr w:type="spellEnd"/>
      <w:r w:rsidRPr="000D131E">
        <w:rPr>
          <w:rFonts w:ascii="Times New Roman" w:hAnsi="Times New Roman" w:cs="Times New Roman"/>
          <w:sz w:val="24"/>
          <w:szCs w:val="24"/>
        </w:rPr>
        <w:t xml:space="preserve"> no </w:t>
      </w:r>
      <w:proofErr w:type="spellStart"/>
      <w:r w:rsidRPr="000D131E">
        <w:rPr>
          <w:rFonts w:ascii="Times New Roman" w:hAnsi="Times New Roman" w:cs="Times New Roman"/>
          <w:sz w:val="24"/>
          <w:szCs w:val="24"/>
        </w:rPr>
        <w:t>en</w:t>
      </w:r>
      <w:proofErr w:type="spellEnd"/>
      <w:r w:rsidRPr="000D131E">
        <w:rPr>
          <w:rFonts w:ascii="Times New Roman" w:hAnsi="Times New Roman" w:cs="Times New Roman"/>
          <w:sz w:val="24"/>
          <w:szCs w:val="24"/>
        </w:rPr>
        <w:t xml:space="preserve"> el aula, </w:t>
      </w:r>
      <w:proofErr w:type="spellStart"/>
      <w:r w:rsidRPr="000D131E">
        <w:rPr>
          <w:rFonts w:ascii="Times New Roman" w:hAnsi="Times New Roman" w:cs="Times New Roman"/>
          <w:sz w:val="24"/>
          <w:szCs w:val="24"/>
        </w:rPr>
        <w:t>sino</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en</w:t>
      </w:r>
      <w:proofErr w:type="spellEnd"/>
      <w:r w:rsidRPr="000D131E">
        <w:rPr>
          <w:rFonts w:ascii="Times New Roman" w:hAnsi="Times New Roman" w:cs="Times New Roman"/>
          <w:sz w:val="24"/>
          <w:szCs w:val="24"/>
        </w:rPr>
        <w:t xml:space="preserve"> el </w:t>
      </w:r>
      <w:proofErr w:type="spellStart"/>
      <w:r w:rsidRPr="000D131E">
        <w:rPr>
          <w:rFonts w:ascii="Times New Roman" w:hAnsi="Times New Roman" w:cs="Times New Roman"/>
          <w:sz w:val="24"/>
          <w:szCs w:val="24"/>
        </w:rPr>
        <w:t>acto</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humilde</w:t>
      </w:r>
      <w:proofErr w:type="spellEnd"/>
      <w:r w:rsidRPr="000D131E">
        <w:rPr>
          <w:rFonts w:ascii="Times New Roman" w:hAnsi="Times New Roman" w:cs="Times New Roman"/>
          <w:sz w:val="24"/>
          <w:szCs w:val="24"/>
        </w:rPr>
        <w:t xml:space="preserve"> de </w:t>
      </w:r>
      <w:proofErr w:type="spellStart"/>
      <w:r w:rsidRPr="000D131E">
        <w:rPr>
          <w:rFonts w:ascii="Times New Roman" w:hAnsi="Times New Roman" w:cs="Times New Roman"/>
          <w:sz w:val="24"/>
          <w:szCs w:val="24"/>
        </w:rPr>
        <w:t>acompañar</w:t>
      </w:r>
      <w:proofErr w:type="spellEnd"/>
      <w:r w:rsidR="002C3B0C" w:rsidRPr="000D131E">
        <w:rPr>
          <w:rFonts w:ascii="Times New Roman" w:hAnsi="Times New Roman" w:cs="Times New Roman"/>
          <w:sz w:val="24"/>
          <w:szCs w:val="24"/>
        </w:rPr>
        <w:t xml:space="preserve"> </w:t>
      </w:r>
      <w:proofErr w:type="spellStart"/>
      <w:r w:rsidR="002C3B0C" w:rsidRPr="000D131E">
        <w:rPr>
          <w:rFonts w:ascii="Times New Roman" w:hAnsi="Times New Roman" w:cs="Times New Roman"/>
          <w:sz w:val="24"/>
          <w:szCs w:val="24"/>
        </w:rPr>
        <w:t>en</w:t>
      </w:r>
      <w:proofErr w:type="spellEnd"/>
      <w:r w:rsidRPr="000D131E">
        <w:rPr>
          <w:rFonts w:ascii="Times New Roman" w:hAnsi="Times New Roman" w:cs="Times New Roman"/>
          <w:sz w:val="24"/>
          <w:szCs w:val="24"/>
        </w:rPr>
        <w:t xml:space="preserve"> la </w:t>
      </w:r>
      <w:proofErr w:type="spellStart"/>
      <w:r w:rsidRPr="000D131E">
        <w:rPr>
          <w:rFonts w:ascii="Times New Roman" w:hAnsi="Times New Roman" w:cs="Times New Roman"/>
          <w:sz w:val="24"/>
          <w:szCs w:val="24"/>
        </w:rPr>
        <w:t>muerte</w:t>
      </w:r>
      <w:proofErr w:type="spellEnd"/>
      <w:r w:rsidRPr="000D131E">
        <w:rPr>
          <w:rFonts w:ascii="Times New Roman" w:hAnsi="Times New Roman" w:cs="Times New Roman"/>
          <w:sz w:val="24"/>
          <w:szCs w:val="24"/>
        </w:rPr>
        <w:t>.</w:t>
      </w:r>
      <w:r w:rsidR="0035472C" w:rsidRPr="000D131E">
        <w:rPr>
          <w:rFonts w:ascii="Times New Roman" w:hAnsi="Times New Roman" w:cs="Times New Roman"/>
          <w:sz w:val="24"/>
          <w:szCs w:val="24"/>
        </w:rPr>
        <w:t xml:space="preserve"> </w:t>
      </w:r>
    </w:p>
    <w:p w:rsidR="0035472C" w:rsidRDefault="0035472C" w:rsidP="0035472C">
      <w:pPr>
        <w:spacing w:after="0"/>
        <w:jc w:val="both"/>
        <w:rPr>
          <w:rFonts w:ascii="Times New Roman" w:hAnsi="Times New Roman" w:cs="Times New Roman"/>
          <w:sz w:val="28"/>
          <w:szCs w:val="28"/>
        </w:rPr>
      </w:pPr>
    </w:p>
    <w:p w:rsidR="00AE5A7B" w:rsidRPr="000D131E" w:rsidRDefault="0038245A" w:rsidP="0035472C">
      <w:pPr>
        <w:spacing w:after="0"/>
        <w:jc w:val="both"/>
        <w:rPr>
          <w:rFonts w:ascii="Times New Roman" w:eastAsia="Times New Roman" w:hAnsi="Times New Roman" w:cs="Times New Roman"/>
          <w:spacing w:val="5"/>
          <w:sz w:val="24"/>
          <w:szCs w:val="24"/>
          <w:lang w:val="es-ES" w:eastAsia="es-ES"/>
        </w:rPr>
      </w:pPr>
      <w:r w:rsidRPr="000D131E">
        <w:rPr>
          <w:rFonts w:ascii="Times New Roman" w:hAnsi="Times New Roman" w:cs="Times New Roman"/>
          <w:sz w:val="24"/>
          <w:szCs w:val="24"/>
        </w:rPr>
        <w:t xml:space="preserve">El </w:t>
      </w:r>
      <w:proofErr w:type="spellStart"/>
      <w:r w:rsidRPr="000D131E">
        <w:rPr>
          <w:rFonts w:ascii="Times New Roman" w:hAnsi="Times New Roman" w:cs="Times New Roman"/>
          <w:sz w:val="24"/>
          <w:szCs w:val="24"/>
        </w:rPr>
        <w:t>eje</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ético</w:t>
      </w:r>
      <w:proofErr w:type="spellEnd"/>
      <w:r w:rsidRPr="000D131E">
        <w:rPr>
          <w:rFonts w:ascii="Times New Roman" w:hAnsi="Times New Roman" w:cs="Times New Roman"/>
          <w:sz w:val="24"/>
          <w:szCs w:val="24"/>
        </w:rPr>
        <w:t xml:space="preserve"> de la </w:t>
      </w:r>
      <w:proofErr w:type="spellStart"/>
      <w:r w:rsidRPr="000D131E">
        <w:rPr>
          <w:rFonts w:ascii="Times New Roman" w:hAnsi="Times New Roman" w:cs="Times New Roman"/>
          <w:sz w:val="24"/>
          <w:szCs w:val="24"/>
        </w:rPr>
        <w:t>novela</w:t>
      </w:r>
      <w:proofErr w:type="spellEnd"/>
      <w:r w:rsidRPr="000D131E">
        <w:rPr>
          <w:rFonts w:ascii="Times New Roman" w:hAnsi="Times New Roman" w:cs="Times New Roman"/>
          <w:sz w:val="24"/>
          <w:szCs w:val="24"/>
        </w:rPr>
        <w:t xml:space="preserve"> no </w:t>
      </w:r>
      <w:proofErr w:type="spellStart"/>
      <w:r w:rsidRPr="000D131E">
        <w:rPr>
          <w:rFonts w:ascii="Times New Roman" w:hAnsi="Times New Roman" w:cs="Times New Roman"/>
          <w:sz w:val="24"/>
          <w:szCs w:val="24"/>
        </w:rPr>
        <w:t>está</w:t>
      </w:r>
      <w:proofErr w:type="spellEnd"/>
      <w:r w:rsidRPr="000D131E">
        <w:rPr>
          <w:rFonts w:ascii="Times New Roman" w:hAnsi="Times New Roman" w:cs="Times New Roman"/>
          <w:sz w:val="24"/>
          <w:szCs w:val="24"/>
        </w:rPr>
        <w:t xml:space="preserve"> solo </w:t>
      </w:r>
      <w:proofErr w:type="spellStart"/>
      <w:r w:rsidRPr="000D131E">
        <w:rPr>
          <w:rFonts w:ascii="Times New Roman" w:hAnsi="Times New Roman" w:cs="Times New Roman"/>
          <w:sz w:val="24"/>
          <w:szCs w:val="24"/>
        </w:rPr>
        <w:t>en</w:t>
      </w:r>
      <w:proofErr w:type="spellEnd"/>
      <w:r w:rsidRPr="000D131E">
        <w:rPr>
          <w:rFonts w:ascii="Times New Roman" w:hAnsi="Times New Roman" w:cs="Times New Roman"/>
          <w:sz w:val="24"/>
          <w:szCs w:val="24"/>
        </w:rPr>
        <w:t xml:space="preserve"> David, </w:t>
      </w:r>
      <w:proofErr w:type="spellStart"/>
      <w:r w:rsidRPr="000D131E">
        <w:rPr>
          <w:rFonts w:ascii="Times New Roman" w:hAnsi="Times New Roman" w:cs="Times New Roman"/>
          <w:sz w:val="24"/>
          <w:szCs w:val="24"/>
        </w:rPr>
        <w:t>sino</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también</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en</w:t>
      </w:r>
      <w:proofErr w:type="spellEnd"/>
      <w:r w:rsidRPr="000D131E">
        <w:rPr>
          <w:rFonts w:ascii="Times New Roman" w:hAnsi="Times New Roman" w:cs="Times New Roman"/>
          <w:sz w:val="24"/>
          <w:szCs w:val="24"/>
        </w:rPr>
        <w:t xml:space="preserve"> Lucy, </w:t>
      </w:r>
      <w:proofErr w:type="spellStart"/>
      <w:r w:rsidRPr="000D131E">
        <w:rPr>
          <w:rFonts w:ascii="Times New Roman" w:hAnsi="Times New Roman" w:cs="Times New Roman"/>
          <w:sz w:val="24"/>
          <w:szCs w:val="24"/>
        </w:rPr>
        <w:t>su</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hija</w:t>
      </w:r>
      <w:proofErr w:type="spellEnd"/>
      <w:r w:rsidRPr="000D131E">
        <w:rPr>
          <w:rFonts w:ascii="Times New Roman" w:hAnsi="Times New Roman" w:cs="Times New Roman"/>
          <w:sz w:val="24"/>
          <w:szCs w:val="24"/>
        </w:rPr>
        <w:t xml:space="preserve">. Ella vive </w:t>
      </w:r>
      <w:proofErr w:type="spellStart"/>
      <w:r w:rsidRPr="000D131E">
        <w:rPr>
          <w:rFonts w:ascii="Times New Roman" w:hAnsi="Times New Roman" w:cs="Times New Roman"/>
          <w:sz w:val="24"/>
          <w:szCs w:val="24"/>
        </w:rPr>
        <w:t>en</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una</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granja</w:t>
      </w:r>
      <w:proofErr w:type="spellEnd"/>
      <w:r w:rsidRPr="000D131E">
        <w:rPr>
          <w:rFonts w:ascii="Times New Roman" w:hAnsi="Times New Roman" w:cs="Times New Roman"/>
          <w:sz w:val="24"/>
          <w:szCs w:val="24"/>
        </w:rPr>
        <w:t xml:space="preserve"> del Cabo Oriental junto a Petrus, un hombre negro que </w:t>
      </w:r>
      <w:proofErr w:type="spellStart"/>
      <w:r w:rsidRPr="000D131E">
        <w:rPr>
          <w:rFonts w:ascii="Times New Roman" w:hAnsi="Times New Roman" w:cs="Times New Roman"/>
          <w:sz w:val="24"/>
          <w:szCs w:val="24"/>
        </w:rPr>
        <w:t>pasa</w:t>
      </w:r>
      <w:proofErr w:type="spellEnd"/>
      <w:r w:rsidRPr="000D131E">
        <w:rPr>
          <w:rFonts w:ascii="Times New Roman" w:hAnsi="Times New Roman" w:cs="Times New Roman"/>
          <w:sz w:val="24"/>
          <w:szCs w:val="24"/>
        </w:rPr>
        <w:t xml:space="preserve"> de </w:t>
      </w:r>
      <w:proofErr w:type="spellStart"/>
      <w:r w:rsidRPr="000D131E">
        <w:rPr>
          <w:rFonts w:ascii="Times New Roman" w:hAnsi="Times New Roman" w:cs="Times New Roman"/>
          <w:sz w:val="24"/>
          <w:szCs w:val="24"/>
        </w:rPr>
        <w:t>ser</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su</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ayudante</w:t>
      </w:r>
      <w:proofErr w:type="spellEnd"/>
      <w:r w:rsidRPr="000D131E">
        <w:rPr>
          <w:rFonts w:ascii="Times New Roman" w:hAnsi="Times New Roman" w:cs="Times New Roman"/>
          <w:sz w:val="24"/>
          <w:szCs w:val="24"/>
        </w:rPr>
        <w:t xml:space="preserve"> a </w:t>
      </w:r>
      <w:proofErr w:type="spellStart"/>
      <w:r w:rsidRPr="000D131E">
        <w:rPr>
          <w:rFonts w:ascii="Times New Roman" w:hAnsi="Times New Roman" w:cs="Times New Roman"/>
          <w:sz w:val="24"/>
          <w:szCs w:val="24"/>
        </w:rPr>
        <w:t>copropietario</w:t>
      </w:r>
      <w:proofErr w:type="spellEnd"/>
      <w:r w:rsidRPr="000D131E">
        <w:rPr>
          <w:rFonts w:ascii="Times New Roman" w:hAnsi="Times New Roman" w:cs="Times New Roman"/>
          <w:sz w:val="24"/>
          <w:szCs w:val="24"/>
        </w:rPr>
        <w:t xml:space="preserve"> de las </w:t>
      </w:r>
      <w:proofErr w:type="spellStart"/>
      <w:r w:rsidRPr="000D131E">
        <w:rPr>
          <w:rFonts w:ascii="Times New Roman" w:hAnsi="Times New Roman" w:cs="Times New Roman"/>
          <w:sz w:val="24"/>
          <w:szCs w:val="24"/>
        </w:rPr>
        <w:t>tierras</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Cuando</w:t>
      </w:r>
      <w:proofErr w:type="spellEnd"/>
      <w:r w:rsidRPr="000D131E">
        <w:rPr>
          <w:rFonts w:ascii="Times New Roman" w:hAnsi="Times New Roman" w:cs="Times New Roman"/>
          <w:sz w:val="24"/>
          <w:szCs w:val="24"/>
        </w:rPr>
        <w:t xml:space="preserve"> Lucy </w:t>
      </w:r>
      <w:proofErr w:type="spellStart"/>
      <w:r w:rsidRPr="000D131E">
        <w:rPr>
          <w:rFonts w:ascii="Times New Roman" w:hAnsi="Times New Roman" w:cs="Times New Roman"/>
          <w:sz w:val="24"/>
          <w:szCs w:val="24"/>
        </w:rPr>
        <w:t>es</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violada</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por</w:t>
      </w:r>
      <w:proofErr w:type="spellEnd"/>
      <w:r w:rsidRPr="000D131E">
        <w:rPr>
          <w:rFonts w:ascii="Times New Roman" w:hAnsi="Times New Roman" w:cs="Times New Roman"/>
          <w:sz w:val="24"/>
          <w:szCs w:val="24"/>
        </w:rPr>
        <w:t xml:space="preserve"> </w:t>
      </w:r>
      <w:proofErr w:type="spellStart"/>
      <w:r w:rsidRPr="000D131E">
        <w:rPr>
          <w:rFonts w:ascii="Times New Roman" w:hAnsi="Times New Roman" w:cs="Times New Roman"/>
          <w:sz w:val="24"/>
          <w:szCs w:val="24"/>
        </w:rPr>
        <w:t>tres</w:t>
      </w:r>
      <w:proofErr w:type="spellEnd"/>
      <w:r w:rsidRPr="000D131E">
        <w:rPr>
          <w:rFonts w:ascii="Times New Roman" w:hAnsi="Times New Roman" w:cs="Times New Roman"/>
          <w:sz w:val="24"/>
          <w:szCs w:val="24"/>
        </w:rPr>
        <w:t xml:space="preserve"> hombres (</w:t>
      </w:r>
      <w:proofErr w:type="spellStart"/>
      <w:r w:rsidRPr="000D131E">
        <w:rPr>
          <w:rFonts w:ascii="Times New Roman" w:hAnsi="Times New Roman" w:cs="Times New Roman"/>
          <w:sz w:val="24"/>
          <w:szCs w:val="24"/>
        </w:rPr>
        <w:t>uno</w:t>
      </w:r>
      <w:proofErr w:type="spellEnd"/>
      <w:r w:rsidRPr="000D131E">
        <w:rPr>
          <w:rFonts w:ascii="Times New Roman" w:hAnsi="Times New Roman" w:cs="Times New Roman"/>
          <w:sz w:val="24"/>
          <w:szCs w:val="24"/>
        </w:rPr>
        <w:t xml:space="preserve"> de </w:t>
      </w:r>
      <w:proofErr w:type="spellStart"/>
      <w:r w:rsidRPr="000D131E">
        <w:rPr>
          <w:rFonts w:ascii="Times New Roman" w:hAnsi="Times New Roman" w:cs="Times New Roman"/>
          <w:sz w:val="24"/>
          <w:szCs w:val="24"/>
        </w:rPr>
        <w:t>ellos</w:t>
      </w:r>
      <w:proofErr w:type="spellEnd"/>
      <w:r w:rsidRPr="000D131E">
        <w:rPr>
          <w:rFonts w:ascii="Times New Roman" w:hAnsi="Times New Roman" w:cs="Times New Roman"/>
          <w:sz w:val="24"/>
          <w:szCs w:val="24"/>
        </w:rPr>
        <w:t xml:space="preserve">, Pollux, </w:t>
      </w:r>
      <w:proofErr w:type="spellStart"/>
      <w:r w:rsidRPr="000D131E">
        <w:rPr>
          <w:rFonts w:ascii="Times New Roman" w:hAnsi="Times New Roman" w:cs="Times New Roman"/>
          <w:sz w:val="24"/>
          <w:szCs w:val="24"/>
        </w:rPr>
        <w:t>pariente</w:t>
      </w:r>
      <w:proofErr w:type="spellEnd"/>
      <w:r w:rsidRPr="000D131E">
        <w:rPr>
          <w:rFonts w:ascii="Times New Roman" w:hAnsi="Times New Roman" w:cs="Times New Roman"/>
          <w:sz w:val="24"/>
          <w:szCs w:val="24"/>
        </w:rPr>
        <w:t xml:space="preserve"> de Petrus), la </w:t>
      </w:r>
      <w:proofErr w:type="spellStart"/>
      <w:r w:rsidRPr="000D131E">
        <w:rPr>
          <w:rFonts w:ascii="Times New Roman" w:hAnsi="Times New Roman" w:cs="Times New Roman"/>
          <w:sz w:val="24"/>
          <w:szCs w:val="24"/>
        </w:rPr>
        <w:t>historia</w:t>
      </w:r>
      <w:proofErr w:type="spellEnd"/>
      <w:r w:rsidRPr="000D131E">
        <w:rPr>
          <w:rFonts w:ascii="Times New Roman" w:hAnsi="Times New Roman" w:cs="Times New Roman"/>
          <w:sz w:val="24"/>
          <w:szCs w:val="24"/>
        </w:rPr>
        <w:t xml:space="preserve"> da un </w:t>
      </w:r>
      <w:proofErr w:type="spellStart"/>
      <w:r w:rsidRPr="000D131E">
        <w:rPr>
          <w:rFonts w:ascii="Times New Roman" w:hAnsi="Times New Roman" w:cs="Times New Roman"/>
          <w:sz w:val="24"/>
          <w:szCs w:val="24"/>
        </w:rPr>
        <w:t>vuelco</w:t>
      </w:r>
      <w:proofErr w:type="spellEnd"/>
      <w:r w:rsidRPr="000D131E">
        <w:rPr>
          <w:rFonts w:ascii="Times New Roman" w:hAnsi="Times New Roman" w:cs="Times New Roman"/>
          <w:sz w:val="24"/>
          <w:szCs w:val="24"/>
        </w:rPr>
        <w:t xml:space="preserve"> moral y </w:t>
      </w:r>
      <w:proofErr w:type="spellStart"/>
      <w:r w:rsidRPr="000D131E">
        <w:rPr>
          <w:rFonts w:ascii="Times New Roman" w:hAnsi="Times New Roman" w:cs="Times New Roman"/>
          <w:sz w:val="24"/>
          <w:szCs w:val="24"/>
        </w:rPr>
        <w:t>simbólico</w:t>
      </w:r>
      <w:proofErr w:type="spellEnd"/>
      <w:r w:rsidRPr="000D131E">
        <w:rPr>
          <w:rFonts w:ascii="Times New Roman" w:hAnsi="Times New Roman" w:cs="Times New Roman"/>
          <w:sz w:val="24"/>
          <w:szCs w:val="24"/>
        </w:rPr>
        <w:t>.</w:t>
      </w:r>
      <w:r w:rsidR="00843945" w:rsidRPr="000D131E">
        <w:rPr>
          <w:rFonts w:ascii="Times New Roman" w:hAnsi="Times New Roman" w:cs="Times New Roman"/>
          <w:sz w:val="24"/>
          <w:szCs w:val="24"/>
        </w:rPr>
        <w:t xml:space="preserve"> A </w:t>
      </w:r>
      <w:proofErr w:type="spellStart"/>
      <w:r w:rsidR="00843945" w:rsidRPr="000D131E">
        <w:rPr>
          <w:rFonts w:ascii="Times New Roman" w:hAnsi="Times New Roman" w:cs="Times New Roman"/>
          <w:sz w:val="24"/>
          <w:szCs w:val="24"/>
        </w:rPr>
        <w:t>él</w:t>
      </w:r>
      <w:proofErr w:type="spellEnd"/>
      <w:r w:rsidR="00843945" w:rsidRPr="000D131E">
        <w:rPr>
          <w:rFonts w:ascii="Times New Roman" w:hAnsi="Times New Roman" w:cs="Times New Roman"/>
          <w:sz w:val="24"/>
          <w:szCs w:val="24"/>
        </w:rPr>
        <w:t xml:space="preserve"> lo </w:t>
      </w:r>
      <w:proofErr w:type="spellStart"/>
      <w:r w:rsidR="00843945" w:rsidRPr="000D131E">
        <w:rPr>
          <w:rFonts w:ascii="Times New Roman" w:hAnsi="Times New Roman" w:cs="Times New Roman"/>
          <w:sz w:val="24"/>
          <w:szCs w:val="24"/>
        </w:rPr>
        <w:t>encerraran</w:t>
      </w:r>
      <w:proofErr w:type="spellEnd"/>
      <w:r w:rsidR="00843945" w:rsidRPr="000D131E">
        <w:rPr>
          <w:rFonts w:ascii="Times New Roman" w:hAnsi="Times New Roman" w:cs="Times New Roman"/>
          <w:sz w:val="24"/>
          <w:szCs w:val="24"/>
        </w:rPr>
        <w:t xml:space="preserve"> y le </w:t>
      </w:r>
      <w:proofErr w:type="spellStart"/>
      <w:r w:rsidR="00843945" w:rsidRPr="000D131E">
        <w:rPr>
          <w:rFonts w:ascii="Times New Roman" w:hAnsi="Times New Roman" w:cs="Times New Roman"/>
          <w:sz w:val="24"/>
          <w:szCs w:val="24"/>
        </w:rPr>
        <w:t>prender</w:t>
      </w:r>
      <w:r w:rsidR="00AE5A7B" w:rsidRPr="000D131E">
        <w:rPr>
          <w:rFonts w:ascii="Times New Roman" w:hAnsi="Times New Roman" w:cs="Times New Roman"/>
          <w:sz w:val="24"/>
          <w:szCs w:val="24"/>
        </w:rPr>
        <w:t>án</w:t>
      </w:r>
      <w:proofErr w:type="spellEnd"/>
      <w:r w:rsidR="00AE5A7B" w:rsidRPr="000D131E">
        <w:rPr>
          <w:rFonts w:ascii="Times New Roman" w:hAnsi="Times New Roman" w:cs="Times New Roman"/>
          <w:sz w:val="24"/>
          <w:szCs w:val="24"/>
        </w:rPr>
        <w:t xml:space="preserve"> </w:t>
      </w:r>
      <w:proofErr w:type="spellStart"/>
      <w:r w:rsidR="00AE5A7B" w:rsidRPr="000D131E">
        <w:rPr>
          <w:rFonts w:ascii="Times New Roman" w:hAnsi="Times New Roman" w:cs="Times New Roman"/>
          <w:sz w:val="24"/>
          <w:szCs w:val="24"/>
        </w:rPr>
        <w:t>fuego</w:t>
      </w:r>
      <w:proofErr w:type="spellEnd"/>
      <w:r w:rsidR="00AE5A7B" w:rsidRPr="000D131E">
        <w:rPr>
          <w:rFonts w:ascii="Times New Roman" w:hAnsi="Times New Roman" w:cs="Times New Roman"/>
          <w:sz w:val="24"/>
          <w:szCs w:val="24"/>
        </w:rPr>
        <w:t xml:space="preserve"> </w:t>
      </w:r>
      <w:proofErr w:type="spellStart"/>
      <w:r w:rsidR="00AE5A7B" w:rsidRPr="000D131E">
        <w:rPr>
          <w:rFonts w:ascii="Times New Roman" w:hAnsi="Times New Roman" w:cs="Times New Roman"/>
          <w:sz w:val="24"/>
          <w:szCs w:val="24"/>
        </w:rPr>
        <w:t>aunque</w:t>
      </w:r>
      <w:proofErr w:type="spellEnd"/>
      <w:r w:rsidR="00AE5A7B" w:rsidRPr="000D131E">
        <w:rPr>
          <w:rFonts w:ascii="Times New Roman" w:hAnsi="Times New Roman" w:cs="Times New Roman"/>
          <w:sz w:val="24"/>
          <w:szCs w:val="24"/>
        </w:rPr>
        <w:t xml:space="preserve"> las </w:t>
      </w:r>
      <w:proofErr w:type="spellStart"/>
      <w:r w:rsidR="00AE5A7B" w:rsidRPr="000D131E">
        <w:rPr>
          <w:rFonts w:ascii="Times New Roman" w:hAnsi="Times New Roman" w:cs="Times New Roman"/>
          <w:sz w:val="24"/>
          <w:szCs w:val="24"/>
        </w:rPr>
        <w:t>heridas</w:t>
      </w:r>
      <w:proofErr w:type="spellEnd"/>
      <w:r w:rsidR="00AE5A7B" w:rsidRPr="000D131E">
        <w:rPr>
          <w:rFonts w:ascii="Times New Roman" w:hAnsi="Times New Roman" w:cs="Times New Roman"/>
          <w:sz w:val="24"/>
          <w:szCs w:val="24"/>
        </w:rPr>
        <w:t xml:space="preserve"> no </w:t>
      </w:r>
      <w:proofErr w:type="spellStart"/>
      <w:r w:rsidR="00AE5A7B" w:rsidRPr="000D131E">
        <w:rPr>
          <w:rFonts w:ascii="Times New Roman" w:hAnsi="Times New Roman" w:cs="Times New Roman"/>
          <w:sz w:val="24"/>
          <w:szCs w:val="24"/>
        </w:rPr>
        <w:t>revisten</w:t>
      </w:r>
      <w:proofErr w:type="spellEnd"/>
      <w:r w:rsidR="00AE5A7B" w:rsidRPr="000D131E">
        <w:rPr>
          <w:rFonts w:ascii="Times New Roman" w:hAnsi="Times New Roman" w:cs="Times New Roman"/>
          <w:sz w:val="24"/>
          <w:szCs w:val="24"/>
        </w:rPr>
        <w:t xml:space="preserve"> </w:t>
      </w:r>
      <w:proofErr w:type="spellStart"/>
      <w:r w:rsidR="00AE5A7B" w:rsidRPr="000D131E">
        <w:rPr>
          <w:rFonts w:ascii="Times New Roman" w:hAnsi="Times New Roman" w:cs="Times New Roman"/>
          <w:sz w:val="24"/>
          <w:szCs w:val="24"/>
        </w:rPr>
        <w:t>grave</w:t>
      </w:r>
      <w:r w:rsidR="0046417C" w:rsidRPr="000D131E">
        <w:rPr>
          <w:rFonts w:ascii="Times New Roman" w:hAnsi="Times New Roman" w:cs="Times New Roman"/>
          <w:sz w:val="24"/>
          <w:szCs w:val="24"/>
        </w:rPr>
        <w:t>dad</w:t>
      </w:r>
      <w:proofErr w:type="spellEnd"/>
      <w:r w:rsidR="0046417C" w:rsidRPr="000D131E">
        <w:rPr>
          <w:rFonts w:ascii="Times New Roman" w:hAnsi="Times New Roman" w:cs="Times New Roman"/>
          <w:sz w:val="24"/>
          <w:szCs w:val="24"/>
        </w:rPr>
        <w:t xml:space="preserve">, no </w:t>
      </w:r>
      <w:proofErr w:type="spellStart"/>
      <w:r w:rsidR="0046417C" w:rsidRPr="000D131E">
        <w:rPr>
          <w:rFonts w:ascii="Times New Roman" w:hAnsi="Times New Roman" w:cs="Times New Roman"/>
          <w:sz w:val="24"/>
          <w:szCs w:val="24"/>
        </w:rPr>
        <w:t>podemos</w:t>
      </w:r>
      <w:proofErr w:type="spellEnd"/>
      <w:r w:rsidR="0046417C" w:rsidRPr="000D131E">
        <w:rPr>
          <w:rFonts w:ascii="Times New Roman" w:hAnsi="Times New Roman" w:cs="Times New Roman"/>
          <w:sz w:val="24"/>
          <w:szCs w:val="24"/>
        </w:rPr>
        <w:t xml:space="preserve"> </w:t>
      </w:r>
      <w:proofErr w:type="spellStart"/>
      <w:r w:rsidR="0046417C" w:rsidRPr="000D131E">
        <w:rPr>
          <w:rFonts w:ascii="Times New Roman" w:hAnsi="Times New Roman" w:cs="Times New Roman"/>
          <w:sz w:val="24"/>
          <w:szCs w:val="24"/>
        </w:rPr>
        <w:t>dejar</w:t>
      </w:r>
      <w:proofErr w:type="spellEnd"/>
      <w:r w:rsidR="0046417C" w:rsidRPr="000D131E">
        <w:rPr>
          <w:rFonts w:ascii="Times New Roman" w:hAnsi="Times New Roman" w:cs="Times New Roman"/>
          <w:sz w:val="24"/>
          <w:szCs w:val="24"/>
        </w:rPr>
        <w:t xml:space="preserve"> de </w:t>
      </w:r>
      <w:proofErr w:type="spellStart"/>
      <w:r w:rsidR="0046417C" w:rsidRPr="000D131E">
        <w:rPr>
          <w:rFonts w:ascii="Times New Roman" w:hAnsi="Times New Roman" w:cs="Times New Roman"/>
          <w:sz w:val="24"/>
          <w:szCs w:val="24"/>
        </w:rPr>
        <w:t>compara</w:t>
      </w:r>
      <w:r w:rsidR="00AE5A7B" w:rsidRPr="000D131E">
        <w:rPr>
          <w:rFonts w:ascii="Times New Roman" w:hAnsi="Times New Roman" w:cs="Times New Roman"/>
          <w:sz w:val="24"/>
          <w:szCs w:val="24"/>
        </w:rPr>
        <w:t>r</w:t>
      </w:r>
      <w:proofErr w:type="spellEnd"/>
      <w:r w:rsidR="00AE5A7B" w:rsidRPr="000D131E">
        <w:rPr>
          <w:rFonts w:ascii="Times New Roman" w:hAnsi="Times New Roman" w:cs="Times New Roman"/>
          <w:sz w:val="24"/>
          <w:szCs w:val="24"/>
        </w:rPr>
        <w:t xml:space="preserve"> </w:t>
      </w:r>
      <w:proofErr w:type="spellStart"/>
      <w:r w:rsidR="00AE5A7B" w:rsidRPr="000D131E">
        <w:rPr>
          <w:rFonts w:ascii="Times New Roman" w:hAnsi="Times New Roman" w:cs="Times New Roman"/>
          <w:sz w:val="24"/>
          <w:szCs w:val="24"/>
        </w:rPr>
        <w:t>este</w:t>
      </w:r>
      <w:proofErr w:type="spellEnd"/>
      <w:r w:rsidR="00AE5A7B" w:rsidRPr="000D131E">
        <w:rPr>
          <w:rFonts w:ascii="Times New Roman" w:hAnsi="Times New Roman" w:cs="Times New Roman"/>
          <w:sz w:val="24"/>
          <w:szCs w:val="24"/>
        </w:rPr>
        <w:t xml:space="preserve"> </w:t>
      </w:r>
      <w:proofErr w:type="spellStart"/>
      <w:r w:rsidR="00AE5A7B" w:rsidRPr="000D131E">
        <w:rPr>
          <w:rFonts w:ascii="Times New Roman" w:hAnsi="Times New Roman" w:cs="Times New Roman"/>
          <w:sz w:val="24"/>
          <w:szCs w:val="24"/>
        </w:rPr>
        <w:t>hecho</w:t>
      </w:r>
      <w:proofErr w:type="spellEnd"/>
      <w:r w:rsidR="00AE5A7B" w:rsidRPr="000D131E">
        <w:rPr>
          <w:rFonts w:ascii="Times New Roman" w:hAnsi="Times New Roman" w:cs="Times New Roman"/>
          <w:sz w:val="24"/>
          <w:szCs w:val="24"/>
        </w:rPr>
        <w:t xml:space="preserve"> de </w:t>
      </w:r>
      <w:proofErr w:type="spellStart"/>
      <w:r w:rsidR="00AE5A7B" w:rsidRPr="000D131E">
        <w:rPr>
          <w:rFonts w:ascii="Times New Roman" w:hAnsi="Times New Roman" w:cs="Times New Roman"/>
          <w:sz w:val="24"/>
          <w:szCs w:val="24"/>
        </w:rPr>
        <w:t>prenderle</w:t>
      </w:r>
      <w:proofErr w:type="spellEnd"/>
      <w:r w:rsidR="00AE5A7B" w:rsidRPr="000D131E">
        <w:rPr>
          <w:rFonts w:ascii="Times New Roman" w:hAnsi="Times New Roman" w:cs="Times New Roman"/>
          <w:sz w:val="24"/>
          <w:szCs w:val="24"/>
        </w:rPr>
        <w:t xml:space="preserve"> </w:t>
      </w:r>
      <w:proofErr w:type="spellStart"/>
      <w:r w:rsidR="00AE5A7B" w:rsidRPr="000D131E">
        <w:rPr>
          <w:rFonts w:ascii="Times New Roman" w:hAnsi="Times New Roman" w:cs="Times New Roman"/>
          <w:sz w:val="24"/>
          <w:szCs w:val="24"/>
        </w:rPr>
        <w:t>fuego</w:t>
      </w:r>
      <w:proofErr w:type="spellEnd"/>
      <w:r w:rsidR="00AE5A7B" w:rsidRPr="000D131E">
        <w:rPr>
          <w:rFonts w:ascii="Times New Roman" w:hAnsi="Times New Roman" w:cs="Times New Roman"/>
          <w:sz w:val="24"/>
          <w:szCs w:val="24"/>
        </w:rPr>
        <w:t xml:space="preserve"> con </w:t>
      </w:r>
      <w:r w:rsidR="00843945" w:rsidRPr="000D131E">
        <w:rPr>
          <w:rFonts w:ascii="Times New Roman" w:eastAsia="Times New Roman" w:hAnsi="Times New Roman" w:cs="Times New Roman"/>
          <w:spacing w:val="5"/>
          <w:sz w:val="24"/>
          <w:szCs w:val="24"/>
          <w:lang w:val="es-ES" w:eastAsia="es-ES"/>
        </w:rPr>
        <w:t xml:space="preserve">el “fuego del amor” que </w:t>
      </w:r>
      <w:r w:rsidR="00AE5A7B" w:rsidRPr="000D131E">
        <w:rPr>
          <w:rFonts w:ascii="Times New Roman" w:eastAsia="Times New Roman" w:hAnsi="Times New Roman" w:cs="Times New Roman"/>
          <w:spacing w:val="5"/>
          <w:sz w:val="24"/>
          <w:szCs w:val="24"/>
          <w:lang w:val="es-ES" w:eastAsia="es-ES"/>
        </w:rPr>
        <w:t xml:space="preserve">él decía sentir </w:t>
      </w:r>
      <w:r w:rsidR="00843945" w:rsidRPr="000D131E">
        <w:rPr>
          <w:rFonts w:ascii="Times New Roman" w:eastAsia="Times New Roman" w:hAnsi="Times New Roman" w:cs="Times New Roman"/>
          <w:spacing w:val="5"/>
          <w:sz w:val="24"/>
          <w:szCs w:val="24"/>
          <w:lang w:val="es-ES" w:eastAsia="es-ES"/>
        </w:rPr>
        <w:t xml:space="preserve">por Melanie </w:t>
      </w:r>
      <w:r w:rsidR="00AE5A7B" w:rsidRPr="000D131E">
        <w:rPr>
          <w:rFonts w:ascii="Times New Roman" w:eastAsia="Times New Roman" w:hAnsi="Times New Roman" w:cs="Times New Roman"/>
          <w:spacing w:val="5"/>
          <w:sz w:val="24"/>
          <w:szCs w:val="24"/>
          <w:lang w:val="es-ES" w:eastAsia="es-ES"/>
        </w:rPr>
        <w:t xml:space="preserve">y que le lleva </w:t>
      </w:r>
      <w:proofErr w:type="gramStart"/>
      <w:r w:rsidR="00AE5A7B" w:rsidRPr="000D131E">
        <w:rPr>
          <w:rFonts w:ascii="Times New Roman" w:eastAsia="Times New Roman" w:hAnsi="Times New Roman" w:cs="Times New Roman"/>
          <w:spacing w:val="5"/>
          <w:sz w:val="24"/>
          <w:szCs w:val="24"/>
          <w:lang w:val="es-ES" w:eastAsia="es-ES"/>
        </w:rPr>
        <w:t>a</w:t>
      </w:r>
      <w:proofErr w:type="gramEnd"/>
      <w:r w:rsidR="00AE5A7B" w:rsidRPr="000D131E">
        <w:rPr>
          <w:rFonts w:ascii="Times New Roman" w:eastAsia="Times New Roman" w:hAnsi="Times New Roman" w:cs="Times New Roman"/>
          <w:spacing w:val="5"/>
          <w:sz w:val="24"/>
          <w:szCs w:val="24"/>
          <w:lang w:val="es-ES" w:eastAsia="es-ES"/>
        </w:rPr>
        <w:t xml:space="preserve"> ese acoso y a esa otra forma de violación igual que hace</w:t>
      </w:r>
      <w:r w:rsidR="000D131E">
        <w:rPr>
          <w:rFonts w:ascii="Times New Roman" w:eastAsia="Times New Roman" w:hAnsi="Times New Roman" w:cs="Times New Roman"/>
          <w:spacing w:val="5"/>
          <w:sz w:val="24"/>
          <w:szCs w:val="24"/>
          <w:lang w:val="es-ES" w:eastAsia="es-ES"/>
        </w:rPr>
        <w:t xml:space="preserve">n los tres hombres con su hija. Con este episodio </w:t>
      </w:r>
      <w:proofErr w:type="spellStart"/>
      <w:r w:rsidR="000D131E">
        <w:rPr>
          <w:rFonts w:ascii="Times New Roman" w:eastAsia="Times New Roman" w:hAnsi="Times New Roman" w:cs="Times New Roman"/>
          <w:spacing w:val="5"/>
          <w:sz w:val="24"/>
          <w:szCs w:val="24"/>
          <w:lang w:val="es-ES" w:eastAsia="es-ES"/>
        </w:rPr>
        <w:t>Coetze</w:t>
      </w:r>
      <w:proofErr w:type="spellEnd"/>
      <w:r w:rsidR="000D131E">
        <w:rPr>
          <w:rFonts w:ascii="Times New Roman" w:eastAsia="Times New Roman" w:hAnsi="Times New Roman" w:cs="Times New Roman"/>
          <w:spacing w:val="5"/>
          <w:sz w:val="24"/>
          <w:szCs w:val="24"/>
          <w:lang w:val="es-ES" w:eastAsia="es-ES"/>
        </w:rPr>
        <w:t xml:space="preserve"> nos quiere mostrar la situación que se vive en la Sudáfrica de este momento: </w:t>
      </w:r>
      <w:r w:rsidR="000D131E" w:rsidRPr="000D131E">
        <w:rPr>
          <w:rFonts w:ascii="Times New Roman" w:eastAsia="Times New Roman" w:hAnsi="Times New Roman" w:cs="Times New Roman"/>
          <w:b/>
          <w:i/>
          <w:spacing w:val="5"/>
          <w:lang w:val="es-ES" w:eastAsia="es-ES"/>
        </w:rPr>
        <w:t xml:space="preserve">“Sucede a diario, a cada hora, a cada minuto, se dice; sucede por todos los rincones del país. Date por contento de haber escapado de esta sin perder la vida. Date por contento de no ser ahora mismo un prisionero dentro del coche que se larga a toda velocidad, o de no estar en el fondo de un </w:t>
      </w:r>
      <w:proofErr w:type="spellStart"/>
      <w:r w:rsidR="000D131E" w:rsidRPr="000D131E">
        <w:rPr>
          <w:rFonts w:ascii="Times New Roman" w:eastAsia="Times New Roman" w:hAnsi="Times New Roman" w:cs="Times New Roman"/>
          <w:b/>
          <w:i/>
          <w:spacing w:val="5"/>
          <w:lang w:val="es-ES" w:eastAsia="es-ES"/>
        </w:rPr>
        <w:t>donga</w:t>
      </w:r>
      <w:proofErr w:type="spellEnd"/>
      <w:r w:rsidR="000D131E" w:rsidRPr="000D131E">
        <w:rPr>
          <w:rFonts w:ascii="Times New Roman" w:eastAsia="Times New Roman" w:hAnsi="Times New Roman" w:cs="Times New Roman"/>
          <w:b/>
          <w:i/>
          <w:spacing w:val="5"/>
          <w:lang w:val="es-ES" w:eastAsia="es-ES"/>
        </w:rPr>
        <w:t>, un cauce seco, con un balazo en la cabeza. Date por contento de tener aún a Lucy.” (Pág. 118)</w:t>
      </w:r>
    </w:p>
    <w:p w:rsidR="002C3B0C" w:rsidRPr="000D131E" w:rsidRDefault="00843945" w:rsidP="0046417C">
      <w:pPr>
        <w:spacing w:before="480" w:after="0"/>
        <w:jc w:val="both"/>
        <w:rPr>
          <w:rFonts w:ascii="Times New Roman" w:hAnsi="Times New Roman" w:cs="Times New Roman"/>
          <w:b/>
          <w:i/>
          <w:sz w:val="24"/>
          <w:szCs w:val="24"/>
        </w:rPr>
      </w:pPr>
      <w:proofErr w:type="spellStart"/>
      <w:r w:rsidRPr="000D131E">
        <w:rPr>
          <w:rFonts w:ascii="Times New Roman" w:eastAsia="Times New Roman" w:hAnsi="Times New Roman" w:cs="Times New Roman"/>
          <w:spacing w:val="5"/>
          <w:sz w:val="24"/>
          <w:szCs w:val="24"/>
          <w:lang w:val="es-ES" w:eastAsia="es-ES"/>
        </w:rPr>
        <w:t>Lurie</w:t>
      </w:r>
      <w:proofErr w:type="spellEnd"/>
      <w:r w:rsidRPr="000D131E">
        <w:rPr>
          <w:rFonts w:ascii="Times New Roman" w:eastAsia="Times New Roman" w:hAnsi="Times New Roman" w:cs="Times New Roman"/>
          <w:spacing w:val="5"/>
          <w:sz w:val="24"/>
          <w:szCs w:val="24"/>
          <w:lang w:val="es-ES" w:eastAsia="es-ES"/>
        </w:rPr>
        <w:t xml:space="preserve"> no entiende por qué </w:t>
      </w:r>
      <w:r w:rsidR="000D131E">
        <w:rPr>
          <w:rFonts w:ascii="Times New Roman" w:eastAsia="Times New Roman" w:hAnsi="Times New Roman" w:cs="Times New Roman"/>
          <w:spacing w:val="5"/>
          <w:sz w:val="24"/>
          <w:szCs w:val="24"/>
          <w:lang w:val="es-ES" w:eastAsia="es-ES"/>
        </w:rPr>
        <w:t>su</w:t>
      </w:r>
      <w:r w:rsidRPr="000D131E">
        <w:rPr>
          <w:rFonts w:ascii="Times New Roman" w:eastAsia="Times New Roman" w:hAnsi="Times New Roman" w:cs="Times New Roman"/>
          <w:spacing w:val="5"/>
          <w:sz w:val="24"/>
          <w:szCs w:val="24"/>
          <w:lang w:val="es-ES" w:eastAsia="es-ES"/>
        </w:rPr>
        <w:t xml:space="preserve"> hija no quiere denunciar a sus violadores. Piensa que se trata de una manera suya de equilibrar los errores </w:t>
      </w:r>
      <w:r w:rsidR="000D131E">
        <w:rPr>
          <w:rFonts w:ascii="Times New Roman" w:eastAsia="Times New Roman" w:hAnsi="Times New Roman" w:cs="Times New Roman"/>
          <w:spacing w:val="5"/>
          <w:sz w:val="24"/>
          <w:szCs w:val="24"/>
          <w:lang w:val="es-ES" w:eastAsia="es-ES"/>
        </w:rPr>
        <w:t>de la historia,</w:t>
      </w:r>
      <w:r w:rsidRPr="000D131E">
        <w:rPr>
          <w:rFonts w:ascii="Times New Roman" w:eastAsia="Times New Roman" w:hAnsi="Times New Roman" w:cs="Times New Roman"/>
          <w:spacing w:val="5"/>
          <w:sz w:val="24"/>
          <w:szCs w:val="24"/>
          <w:lang w:val="es-ES" w:eastAsia="es-ES"/>
        </w:rPr>
        <w:t xml:space="preserve"> del </w:t>
      </w:r>
      <w:r w:rsidRPr="000D131E">
        <w:rPr>
          <w:rFonts w:ascii="Times New Roman" w:eastAsia="Times New Roman" w:hAnsi="Times New Roman" w:cs="Times New Roman"/>
          <w:i/>
          <w:iCs/>
          <w:spacing w:val="5"/>
          <w:sz w:val="24"/>
          <w:szCs w:val="24"/>
          <w:lang w:val="es-ES" w:eastAsia="es-ES"/>
        </w:rPr>
        <w:t>apartheid</w:t>
      </w:r>
      <w:r w:rsidRPr="000D131E">
        <w:rPr>
          <w:rFonts w:ascii="Times New Roman" w:eastAsia="Times New Roman" w:hAnsi="Times New Roman" w:cs="Times New Roman"/>
          <w:spacing w:val="5"/>
          <w:sz w:val="24"/>
          <w:szCs w:val="24"/>
          <w:lang w:val="es-ES" w:eastAsia="es-ES"/>
        </w:rPr>
        <w:t xml:space="preserve">. Su incomprensión, la sensación de injusticia que lo asola, se parece bastante a la que tuvo cuando su alumna lo denunció: ¿por qué actúan las mujeres como actúan, tan caprichosamente?, parece pensar. Lucy cae en el mutismo. La palabra violación se convierte en tabú entre ellos, pero también en el entorno. El mismo </w:t>
      </w:r>
      <w:proofErr w:type="spellStart"/>
      <w:r w:rsidRPr="000D131E">
        <w:rPr>
          <w:rFonts w:ascii="Times New Roman" w:eastAsia="Times New Roman" w:hAnsi="Times New Roman" w:cs="Times New Roman"/>
          <w:spacing w:val="5"/>
          <w:sz w:val="24"/>
          <w:szCs w:val="24"/>
          <w:lang w:val="es-ES" w:eastAsia="es-ES"/>
        </w:rPr>
        <w:t>Lurie</w:t>
      </w:r>
      <w:proofErr w:type="spellEnd"/>
      <w:r w:rsidRPr="000D131E">
        <w:rPr>
          <w:rFonts w:ascii="Times New Roman" w:eastAsia="Times New Roman" w:hAnsi="Times New Roman" w:cs="Times New Roman"/>
          <w:spacing w:val="5"/>
          <w:sz w:val="24"/>
          <w:szCs w:val="24"/>
          <w:lang w:val="es-ES" w:eastAsia="es-ES"/>
        </w:rPr>
        <w:t xml:space="preserve"> recuerda que </w:t>
      </w:r>
      <w:r w:rsidRPr="000D131E">
        <w:rPr>
          <w:rFonts w:ascii="Times New Roman" w:eastAsia="Times New Roman" w:hAnsi="Times New Roman" w:cs="Times New Roman"/>
          <w:b/>
          <w:i/>
          <w:spacing w:val="5"/>
          <w:sz w:val="24"/>
          <w:szCs w:val="24"/>
          <w:lang w:val="es-ES" w:eastAsia="es-ES"/>
        </w:rPr>
        <w:t>“de niño, tropezó con la palabra violación en algunos artículos de prensa, y que trató de conjeturar qué quería decir exactamente, extrañándose de que la letra l, habitualmente tan suave, figurase en medio de una palabra que contenía tal horror que nadie es capaz de pronunciarla en voz alta”.</w:t>
      </w:r>
    </w:p>
    <w:p w:rsidR="000D131E" w:rsidRDefault="000D131E" w:rsidP="000D131E">
      <w:pPr>
        <w:tabs>
          <w:tab w:val="center" w:pos="4320"/>
        </w:tabs>
        <w:spacing w:after="0"/>
        <w:jc w:val="both"/>
        <w:rPr>
          <w:rFonts w:ascii="Times New Roman" w:hAnsi="Times New Roman" w:cs="Times New Roman"/>
          <w:sz w:val="24"/>
          <w:szCs w:val="24"/>
        </w:rPr>
      </w:pPr>
      <w:r w:rsidRPr="000D131E">
        <w:rPr>
          <w:rFonts w:ascii="Times New Roman" w:hAnsi="Times New Roman" w:cs="Times New Roman"/>
          <w:sz w:val="24"/>
          <w:szCs w:val="24"/>
        </w:rPr>
        <w:tab/>
      </w:r>
      <w:r w:rsidR="0038245A" w:rsidRPr="00C23669">
        <w:rPr>
          <w:rFonts w:ascii="Times New Roman" w:hAnsi="Times New Roman" w:cs="Times New Roman"/>
          <w:sz w:val="28"/>
          <w:szCs w:val="28"/>
        </w:rPr>
        <w:br/>
      </w:r>
      <w:proofErr w:type="spellStart"/>
      <w:r w:rsidR="0038245A" w:rsidRPr="000D131E">
        <w:rPr>
          <w:rFonts w:ascii="Times New Roman" w:hAnsi="Times New Roman" w:cs="Times New Roman"/>
          <w:sz w:val="24"/>
          <w:szCs w:val="24"/>
        </w:rPr>
        <w:t>Mientras</w:t>
      </w:r>
      <w:proofErr w:type="spellEnd"/>
      <w:r w:rsidR="0038245A" w:rsidRPr="000D131E">
        <w:rPr>
          <w:rFonts w:ascii="Times New Roman" w:hAnsi="Times New Roman" w:cs="Times New Roman"/>
          <w:sz w:val="24"/>
          <w:szCs w:val="24"/>
        </w:rPr>
        <w:t xml:space="preserve"> David </w:t>
      </w:r>
      <w:proofErr w:type="spellStart"/>
      <w:r w:rsidR="0038245A" w:rsidRPr="000D131E">
        <w:rPr>
          <w:rFonts w:ascii="Times New Roman" w:hAnsi="Times New Roman" w:cs="Times New Roman"/>
          <w:sz w:val="24"/>
          <w:szCs w:val="24"/>
        </w:rPr>
        <w:t>exige</w:t>
      </w:r>
      <w:proofErr w:type="spellEnd"/>
      <w:r w:rsidR="0038245A" w:rsidRPr="000D131E">
        <w:rPr>
          <w:rFonts w:ascii="Times New Roman" w:hAnsi="Times New Roman" w:cs="Times New Roman"/>
          <w:sz w:val="24"/>
          <w:szCs w:val="24"/>
        </w:rPr>
        <w:t xml:space="preserve"> </w:t>
      </w:r>
      <w:proofErr w:type="spellStart"/>
      <w:r w:rsidR="0038245A" w:rsidRPr="000D131E">
        <w:rPr>
          <w:rFonts w:ascii="Times New Roman" w:hAnsi="Times New Roman" w:cs="Times New Roman"/>
          <w:sz w:val="24"/>
          <w:szCs w:val="24"/>
        </w:rPr>
        <w:t>justicia</w:t>
      </w:r>
      <w:proofErr w:type="spellEnd"/>
      <w:r w:rsidR="0038245A" w:rsidRPr="000D131E">
        <w:rPr>
          <w:rFonts w:ascii="Times New Roman" w:hAnsi="Times New Roman" w:cs="Times New Roman"/>
          <w:sz w:val="24"/>
          <w:szCs w:val="24"/>
        </w:rPr>
        <w:t xml:space="preserve"> y </w:t>
      </w:r>
      <w:proofErr w:type="spellStart"/>
      <w:r w:rsidR="0038245A" w:rsidRPr="000D131E">
        <w:rPr>
          <w:rFonts w:ascii="Times New Roman" w:hAnsi="Times New Roman" w:cs="Times New Roman"/>
          <w:sz w:val="24"/>
          <w:szCs w:val="24"/>
        </w:rPr>
        <w:t>denuncia</w:t>
      </w:r>
      <w:proofErr w:type="spellEnd"/>
      <w:r w:rsidR="0038245A" w:rsidRPr="000D131E">
        <w:rPr>
          <w:rFonts w:ascii="Times New Roman" w:hAnsi="Times New Roman" w:cs="Times New Roman"/>
          <w:sz w:val="24"/>
          <w:szCs w:val="24"/>
        </w:rPr>
        <w:t xml:space="preserve">, Lucy </w:t>
      </w:r>
      <w:proofErr w:type="spellStart"/>
      <w:r w:rsidR="0038245A" w:rsidRPr="000D131E">
        <w:rPr>
          <w:rFonts w:ascii="Times New Roman" w:hAnsi="Times New Roman" w:cs="Times New Roman"/>
          <w:sz w:val="24"/>
          <w:szCs w:val="24"/>
        </w:rPr>
        <w:t>elige</w:t>
      </w:r>
      <w:proofErr w:type="spellEnd"/>
      <w:r w:rsidR="0038245A" w:rsidRPr="000D131E">
        <w:rPr>
          <w:rFonts w:ascii="Times New Roman" w:hAnsi="Times New Roman" w:cs="Times New Roman"/>
          <w:sz w:val="24"/>
          <w:szCs w:val="24"/>
        </w:rPr>
        <w:t xml:space="preserve"> el </w:t>
      </w:r>
      <w:proofErr w:type="spellStart"/>
      <w:r w:rsidR="0038245A" w:rsidRPr="000D131E">
        <w:rPr>
          <w:rFonts w:ascii="Times New Roman" w:hAnsi="Times New Roman" w:cs="Times New Roman"/>
          <w:sz w:val="24"/>
          <w:szCs w:val="24"/>
        </w:rPr>
        <w:t>silencio</w:t>
      </w:r>
      <w:proofErr w:type="spellEnd"/>
      <w:r w:rsidR="0038245A" w:rsidRPr="000D131E">
        <w:rPr>
          <w:rFonts w:ascii="Times New Roman" w:hAnsi="Times New Roman" w:cs="Times New Roman"/>
          <w:sz w:val="24"/>
          <w:szCs w:val="24"/>
        </w:rPr>
        <w:t xml:space="preserve"> y la </w:t>
      </w:r>
      <w:proofErr w:type="spellStart"/>
      <w:r w:rsidR="0038245A" w:rsidRPr="000D131E">
        <w:rPr>
          <w:rFonts w:ascii="Times New Roman" w:hAnsi="Times New Roman" w:cs="Times New Roman"/>
          <w:sz w:val="24"/>
          <w:szCs w:val="24"/>
        </w:rPr>
        <w:t>permanencia</w:t>
      </w:r>
      <w:proofErr w:type="spellEnd"/>
      <w:r w:rsidR="0038245A" w:rsidRPr="000D131E">
        <w:rPr>
          <w:rFonts w:ascii="Times New Roman" w:hAnsi="Times New Roman" w:cs="Times New Roman"/>
          <w:sz w:val="24"/>
          <w:szCs w:val="24"/>
        </w:rPr>
        <w:t xml:space="preserve">. Se </w:t>
      </w:r>
      <w:proofErr w:type="spellStart"/>
      <w:r w:rsidR="0038245A" w:rsidRPr="000D131E">
        <w:rPr>
          <w:rFonts w:ascii="Times New Roman" w:hAnsi="Times New Roman" w:cs="Times New Roman"/>
          <w:sz w:val="24"/>
          <w:szCs w:val="24"/>
        </w:rPr>
        <w:t>niega</w:t>
      </w:r>
      <w:proofErr w:type="spellEnd"/>
      <w:r w:rsidR="0038245A" w:rsidRPr="000D131E">
        <w:rPr>
          <w:rFonts w:ascii="Times New Roman" w:hAnsi="Times New Roman" w:cs="Times New Roman"/>
          <w:sz w:val="24"/>
          <w:szCs w:val="24"/>
        </w:rPr>
        <w:t xml:space="preserve"> a </w:t>
      </w:r>
      <w:proofErr w:type="spellStart"/>
      <w:r w:rsidR="0038245A" w:rsidRPr="000D131E">
        <w:rPr>
          <w:rFonts w:ascii="Times New Roman" w:hAnsi="Times New Roman" w:cs="Times New Roman"/>
          <w:sz w:val="24"/>
          <w:szCs w:val="24"/>
        </w:rPr>
        <w:t>abandonar</w:t>
      </w:r>
      <w:proofErr w:type="spellEnd"/>
      <w:r w:rsidR="0038245A" w:rsidRPr="000D131E">
        <w:rPr>
          <w:rFonts w:ascii="Times New Roman" w:hAnsi="Times New Roman" w:cs="Times New Roman"/>
          <w:sz w:val="24"/>
          <w:szCs w:val="24"/>
        </w:rPr>
        <w:t xml:space="preserve"> la </w:t>
      </w:r>
      <w:proofErr w:type="spellStart"/>
      <w:r w:rsidR="0038245A" w:rsidRPr="000D131E">
        <w:rPr>
          <w:rFonts w:ascii="Times New Roman" w:hAnsi="Times New Roman" w:cs="Times New Roman"/>
          <w:sz w:val="24"/>
          <w:szCs w:val="24"/>
        </w:rPr>
        <w:t>tierra</w:t>
      </w:r>
      <w:proofErr w:type="spellEnd"/>
      <w:r w:rsidR="0038245A" w:rsidRPr="000D131E">
        <w:rPr>
          <w:rFonts w:ascii="Times New Roman" w:hAnsi="Times New Roman" w:cs="Times New Roman"/>
          <w:sz w:val="24"/>
          <w:szCs w:val="24"/>
        </w:rPr>
        <w:t xml:space="preserve"> y </w:t>
      </w:r>
      <w:proofErr w:type="spellStart"/>
      <w:r w:rsidR="0038245A" w:rsidRPr="000D131E">
        <w:rPr>
          <w:rFonts w:ascii="Times New Roman" w:hAnsi="Times New Roman" w:cs="Times New Roman"/>
          <w:sz w:val="24"/>
          <w:szCs w:val="24"/>
        </w:rPr>
        <w:t>acepta</w:t>
      </w:r>
      <w:proofErr w:type="spellEnd"/>
      <w:r w:rsidR="0038245A" w:rsidRPr="000D131E">
        <w:rPr>
          <w:rFonts w:ascii="Times New Roman" w:hAnsi="Times New Roman" w:cs="Times New Roman"/>
          <w:sz w:val="24"/>
          <w:szCs w:val="24"/>
        </w:rPr>
        <w:t xml:space="preserve"> la </w:t>
      </w:r>
      <w:proofErr w:type="spellStart"/>
      <w:r w:rsidR="0038245A" w:rsidRPr="000D131E">
        <w:rPr>
          <w:rFonts w:ascii="Times New Roman" w:hAnsi="Times New Roman" w:cs="Times New Roman"/>
          <w:sz w:val="24"/>
          <w:szCs w:val="24"/>
        </w:rPr>
        <w:t>protección</w:t>
      </w:r>
      <w:proofErr w:type="spellEnd"/>
      <w:r w:rsidR="0038245A" w:rsidRPr="000D131E">
        <w:rPr>
          <w:rFonts w:ascii="Times New Roman" w:hAnsi="Times New Roman" w:cs="Times New Roman"/>
          <w:sz w:val="24"/>
          <w:szCs w:val="24"/>
        </w:rPr>
        <w:t xml:space="preserve"> de Petrus, </w:t>
      </w:r>
      <w:proofErr w:type="spellStart"/>
      <w:r w:rsidR="0038245A" w:rsidRPr="000D131E">
        <w:rPr>
          <w:rFonts w:ascii="Times New Roman" w:hAnsi="Times New Roman" w:cs="Times New Roman"/>
          <w:sz w:val="24"/>
          <w:szCs w:val="24"/>
        </w:rPr>
        <w:t>incluso</w:t>
      </w:r>
      <w:proofErr w:type="spellEnd"/>
      <w:r w:rsidR="0038245A" w:rsidRPr="000D131E">
        <w:rPr>
          <w:rFonts w:ascii="Times New Roman" w:hAnsi="Times New Roman" w:cs="Times New Roman"/>
          <w:sz w:val="24"/>
          <w:szCs w:val="24"/>
        </w:rPr>
        <w:t xml:space="preserve"> </w:t>
      </w:r>
      <w:proofErr w:type="spellStart"/>
      <w:r w:rsidR="0038245A" w:rsidRPr="000D131E">
        <w:rPr>
          <w:rFonts w:ascii="Times New Roman" w:hAnsi="Times New Roman" w:cs="Times New Roman"/>
          <w:sz w:val="24"/>
          <w:szCs w:val="24"/>
        </w:rPr>
        <w:t>si</w:t>
      </w:r>
      <w:proofErr w:type="spellEnd"/>
      <w:r w:rsidR="0038245A" w:rsidRPr="000D131E">
        <w:rPr>
          <w:rFonts w:ascii="Times New Roman" w:hAnsi="Times New Roman" w:cs="Times New Roman"/>
          <w:sz w:val="24"/>
          <w:szCs w:val="24"/>
        </w:rPr>
        <w:t xml:space="preserve"> </w:t>
      </w:r>
      <w:proofErr w:type="spellStart"/>
      <w:r w:rsidR="0038245A" w:rsidRPr="000D131E">
        <w:rPr>
          <w:rFonts w:ascii="Times New Roman" w:hAnsi="Times New Roman" w:cs="Times New Roman"/>
          <w:sz w:val="24"/>
          <w:szCs w:val="24"/>
        </w:rPr>
        <w:t>eso</w:t>
      </w:r>
      <w:proofErr w:type="spellEnd"/>
      <w:r w:rsidR="0038245A" w:rsidRPr="000D131E">
        <w:rPr>
          <w:rFonts w:ascii="Times New Roman" w:hAnsi="Times New Roman" w:cs="Times New Roman"/>
          <w:sz w:val="24"/>
          <w:szCs w:val="24"/>
        </w:rPr>
        <w:t xml:space="preserve"> </w:t>
      </w:r>
      <w:proofErr w:type="spellStart"/>
      <w:r w:rsidR="0038245A" w:rsidRPr="000D131E">
        <w:rPr>
          <w:rFonts w:ascii="Times New Roman" w:hAnsi="Times New Roman" w:cs="Times New Roman"/>
          <w:sz w:val="24"/>
          <w:szCs w:val="24"/>
        </w:rPr>
        <w:t>implica</w:t>
      </w:r>
      <w:proofErr w:type="spellEnd"/>
      <w:r w:rsidR="0038245A" w:rsidRPr="000D131E">
        <w:rPr>
          <w:rFonts w:ascii="Times New Roman" w:hAnsi="Times New Roman" w:cs="Times New Roman"/>
          <w:sz w:val="24"/>
          <w:szCs w:val="24"/>
        </w:rPr>
        <w:t xml:space="preserve"> </w:t>
      </w:r>
      <w:proofErr w:type="spellStart"/>
      <w:r w:rsidR="0038245A" w:rsidRPr="000D131E">
        <w:rPr>
          <w:rFonts w:ascii="Times New Roman" w:hAnsi="Times New Roman" w:cs="Times New Roman"/>
          <w:sz w:val="24"/>
          <w:szCs w:val="24"/>
        </w:rPr>
        <w:t>convertir</w:t>
      </w:r>
      <w:r>
        <w:rPr>
          <w:rFonts w:ascii="Times New Roman" w:hAnsi="Times New Roman" w:cs="Times New Roman"/>
          <w:sz w:val="24"/>
          <w:szCs w:val="24"/>
        </w:rPr>
        <w:t>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esposa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bajo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techo</w:t>
      </w:r>
      <w:proofErr w:type="spellEnd"/>
      <w:r>
        <w:rPr>
          <w:rFonts w:ascii="Times New Roman" w:hAnsi="Times New Roman" w:cs="Times New Roman"/>
          <w:sz w:val="24"/>
          <w:szCs w:val="24"/>
        </w:rPr>
        <w:t>”</w:t>
      </w:r>
    </w:p>
    <w:p w:rsidR="00623E25" w:rsidRDefault="000D131E" w:rsidP="000D131E">
      <w:pPr>
        <w:tabs>
          <w:tab w:val="center" w:pos="4320"/>
        </w:tabs>
        <w:spacing w:after="0"/>
        <w:jc w:val="both"/>
        <w:rPr>
          <w:rFonts w:ascii="Times New Roman" w:hAnsi="Times New Roman" w:cs="Times New Roman"/>
          <w:b/>
          <w:i/>
        </w:rPr>
      </w:pPr>
      <w:r>
        <w:rPr>
          <w:rFonts w:ascii="Times New Roman" w:hAnsi="Times New Roman" w:cs="Times New Roman"/>
          <w:sz w:val="24"/>
          <w:szCs w:val="24"/>
        </w:rPr>
        <w:t xml:space="preserve">      </w:t>
      </w:r>
      <w:r w:rsidRPr="00C23669">
        <w:rPr>
          <w:rFonts w:ascii="Times New Roman" w:hAnsi="Times New Roman" w:cs="Times New Roman"/>
          <w:b/>
          <w:i/>
          <w:sz w:val="28"/>
          <w:szCs w:val="28"/>
        </w:rPr>
        <w:t xml:space="preserve"> </w:t>
      </w:r>
      <w:r w:rsidR="0038245A" w:rsidRPr="00C23669">
        <w:rPr>
          <w:rFonts w:ascii="Times New Roman" w:hAnsi="Times New Roman" w:cs="Times New Roman"/>
          <w:b/>
          <w:i/>
          <w:sz w:val="28"/>
          <w:szCs w:val="28"/>
        </w:rPr>
        <w:br/>
      </w:r>
      <w:r w:rsidR="0038245A" w:rsidRPr="000D131E">
        <w:rPr>
          <w:rFonts w:ascii="Times New Roman" w:hAnsi="Times New Roman" w:cs="Times New Roman"/>
          <w:b/>
          <w:i/>
        </w:rPr>
        <w:t xml:space="preserve">“No me </w:t>
      </w:r>
      <w:proofErr w:type="spellStart"/>
      <w:r w:rsidR="0038245A" w:rsidRPr="000D131E">
        <w:rPr>
          <w:rFonts w:ascii="Times New Roman" w:hAnsi="Times New Roman" w:cs="Times New Roman"/>
          <w:b/>
          <w:i/>
        </w:rPr>
        <w:t>iré</w:t>
      </w:r>
      <w:proofErr w:type="spellEnd"/>
      <w:r w:rsidR="0038245A" w:rsidRPr="000D131E">
        <w:rPr>
          <w:rFonts w:ascii="Times New Roman" w:hAnsi="Times New Roman" w:cs="Times New Roman"/>
          <w:b/>
          <w:i/>
        </w:rPr>
        <w:t xml:space="preserve">. </w:t>
      </w:r>
      <w:proofErr w:type="spellStart"/>
      <w:r w:rsidR="0038245A" w:rsidRPr="000D131E">
        <w:rPr>
          <w:rFonts w:ascii="Times New Roman" w:hAnsi="Times New Roman" w:cs="Times New Roman"/>
          <w:b/>
          <w:i/>
        </w:rPr>
        <w:t>Esta</w:t>
      </w:r>
      <w:proofErr w:type="spellEnd"/>
      <w:r w:rsidR="0038245A" w:rsidRPr="000D131E">
        <w:rPr>
          <w:rFonts w:ascii="Times New Roman" w:hAnsi="Times New Roman" w:cs="Times New Roman"/>
          <w:b/>
          <w:i/>
        </w:rPr>
        <w:t xml:space="preserve"> </w:t>
      </w:r>
      <w:proofErr w:type="spellStart"/>
      <w:r w:rsidR="0038245A" w:rsidRPr="000D131E">
        <w:rPr>
          <w:rFonts w:ascii="Times New Roman" w:hAnsi="Times New Roman" w:cs="Times New Roman"/>
          <w:b/>
          <w:i/>
        </w:rPr>
        <w:t>es</w:t>
      </w:r>
      <w:proofErr w:type="spellEnd"/>
      <w:r w:rsidR="0038245A" w:rsidRPr="000D131E">
        <w:rPr>
          <w:rFonts w:ascii="Times New Roman" w:hAnsi="Times New Roman" w:cs="Times New Roman"/>
          <w:b/>
          <w:i/>
        </w:rPr>
        <w:t xml:space="preserve"> mi </w:t>
      </w:r>
      <w:proofErr w:type="spellStart"/>
      <w:r w:rsidR="0038245A" w:rsidRPr="000D131E">
        <w:rPr>
          <w:rFonts w:ascii="Times New Roman" w:hAnsi="Times New Roman" w:cs="Times New Roman"/>
          <w:b/>
          <w:i/>
        </w:rPr>
        <w:t>tierra</w:t>
      </w:r>
      <w:proofErr w:type="spellEnd"/>
      <w:r w:rsidR="0038245A" w:rsidRPr="000D131E">
        <w:rPr>
          <w:rFonts w:ascii="Times New Roman" w:hAnsi="Times New Roman" w:cs="Times New Roman"/>
          <w:b/>
          <w:i/>
        </w:rPr>
        <w:t xml:space="preserve">. No </w:t>
      </w:r>
      <w:proofErr w:type="spellStart"/>
      <w:r w:rsidR="0038245A" w:rsidRPr="000D131E">
        <w:rPr>
          <w:rFonts w:ascii="Times New Roman" w:hAnsi="Times New Roman" w:cs="Times New Roman"/>
          <w:b/>
          <w:i/>
        </w:rPr>
        <w:t>renunciaré</w:t>
      </w:r>
      <w:proofErr w:type="spellEnd"/>
      <w:r w:rsidR="0038245A" w:rsidRPr="000D131E">
        <w:rPr>
          <w:rFonts w:ascii="Times New Roman" w:hAnsi="Times New Roman" w:cs="Times New Roman"/>
          <w:b/>
          <w:i/>
        </w:rPr>
        <w:t xml:space="preserve"> a </w:t>
      </w:r>
      <w:proofErr w:type="spellStart"/>
      <w:r w:rsidR="0038245A" w:rsidRPr="000D131E">
        <w:rPr>
          <w:rFonts w:ascii="Times New Roman" w:hAnsi="Times New Roman" w:cs="Times New Roman"/>
          <w:b/>
          <w:i/>
        </w:rPr>
        <w:t>ella</w:t>
      </w:r>
      <w:proofErr w:type="spellEnd"/>
      <w:r w:rsidR="0038245A" w:rsidRPr="000D131E">
        <w:rPr>
          <w:rFonts w:ascii="Times New Roman" w:hAnsi="Times New Roman" w:cs="Times New Roman"/>
          <w:b/>
          <w:i/>
        </w:rPr>
        <w:t>.”</w:t>
      </w:r>
    </w:p>
    <w:p w:rsidR="000D131E" w:rsidRPr="000D131E" w:rsidRDefault="000D131E" w:rsidP="000D131E">
      <w:pPr>
        <w:tabs>
          <w:tab w:val="center" w:pos="4320"/>
        </w:tabs>
        <w:spacing w:after="0"/>
        <w:jc w:val="both"/>
        <w:rPr>
          <w:rFonts w:ascii="Times New Roman" w:hAnsi="Times New Roman" w:cs="Times New Roman"/>
          <w:b/>
          <w:i/>
        </w:rPr>
      </w:pPr>
    </w:p>
    <w:p w:rsidR="00AE5A7B" w:rsidRPr="00FF087F" w:rsidRDefault="0038245A" w:rsidP="0046417C">
      <w:pPr>
        <w:spacing w:after="0"/>
        <w:jc w:val="both"/>
        <w:rPr>
          <w:rFonts w:ascii="Times New Roman" w:hAnsi="Times New Roman" w:cs="Times New Roman"/>
          <w:sz w:val="24"/>
          <w:szCs w:val="24"/>
        </w:rPr>
      </w:pPr>
      <w:r w:rsidRPr="00FF087F">
        <w:rPr>
          <w:rFonts w:ascii="Times New Roman" w:hAnsi="Times New Roman" w:cs="Times New Roman"/>
          <w:sz w:val="24"/>
          <w:szCs w:val="24"/>
        </w:rPr>
        <w:t xml:space="preserve">Su </w:t>
      </w:r>
      <w:proofErr w:type="spellStart"/>
      <w:r w:rsidRPr="00FF087F">
        <w:rPr>
          <w:rFonts w:ascii="Times New Roman" w:hAnsi="Times New Roman" w:cs="Times New Roman"/>
          <w:sz w:val="24"/>
          <w:szCs w:val="24"/>
        </w:rPr>
        <w:t>decisión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desconcierta</w:t>
      </w:r>
      <w:proofErr w:type="spellEnd"/>
      <w:r w:rsidRPr="00FF087F">
        <w:rPr>
          <w:rFonts w:ascii="Times New Roman" w:hAnsi="Times New Roman" w:cs="Times New Roman"/>
          <w:sz w:val="24"/>
          <w:szCs w:val="24"/>
        </w:rPr>
        <w:t xml:space="preserve"> a </w:t>
      </w:r>
      <w:proofErr w:type="spellStart"/>
      <w:r w:rsidRPr="00FF087F">
        <w:rPr>
          <w:rFonts w:ascii="Times New Roman" w:hAnsi="Times New Roman" w:cs="Times New Roman"/>
          <w:sz w:val="24"/>
          <w:szCs w:val="24"/>
        </w:rPr>
        <w:t>su</w:t>
      </w:r>
      <w:proofErr w:type="spellEnd"/>
      <w:r w:rsidRPr="00FF087F">
        <w:rPr>
          <w:rFonts w:ascii="Times New Roman" w:hAnsi="Times New Roman" w:cs="Times New Roman"/>
          <w:sz w:val="24"/>
          <w:szCs w:val="24"/>
        </w:rPr>
        <w:t xml:space="preserve"> padre, que </w:t>
      </w:r>
      <w:proofErr w:type="spellStart"/>
      <w:r w:rsidRPr="00FF087F">
        <w:rPr>
          <w:rFonts w:ascii="Times New Roman" w:hAnsi="Times New Roman" w:cs="Times New Roman"/>
          <w:sz w:val="24"/>
          <w:szCs w:val="24"/>
        </w:rPr>
        <w:t>ve</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ella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una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sumisión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incomprensible</w:t>
      </w:r>
      <w:proofErr w:type="spellEnd"/>
      <w:r w:rsidRPr="00FF087F">
        <w:rPr>
          <w:rFonts w:ascii="Times New Roman" w:hAnsi="Times New Roman" w:cs="Times New Roman"/>
          <w:sz w:val="24"/>
          <w:szCs w:val="24"/>
        </w:rPr>
        <w:t xml:space="preserve">. Pero Coetzee </w:t>
      </w:r>
      <w:proofErr w:type="spellStart"/>
      <w:r w:rsidRPr="00FF087F">
        <w:rPr>
          <w:rFonts w:ascii="Times New Roman" w:hAnsi="Times New Roman" w:cs="Times New Roman"/>
          <w:sz w:val="24"/>
          <w:szCs w:val="24"/>
        </w:rPr>
        <w:t>construye</w:t>
      </w:r>
      <w:proofErr w:type="spellEnd"/>
      <w:r w:rsidRPr="00FF087F">
        <w:rPr>
          <w:rFonts w:ascii="Times New Roman" w:hAnsi="Times New Roman" w:cs="Times New Roman"/>
          <w:sz w:val="24"/>
          <w:szCs w:val="24"/>
        </w:rPr>
        <w:t xml:space="preserve"> a Lucy </w:t>
      </w:r>
      <w:proofErr w:type="spellStart"/>
      <w:r w:rsidRPr="00FF087F">
        <w:rPr>
          <w:rFonts w:ascii="Times New Roman" w:hAnsi="Times New Roman" w:cs="Times New Roman"/>
          <w:sz w:val="24"/>
          <w:szCs w:val="24"/>
        </w:rPr>
        <w:t>como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una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figura</w:t>
      </w:r>
      <w:proofErr w:type="spellEnd"/>
      <w:r w:rsidRPr="00FF087F">
        <w:rPr>
          <w:rFonts w:ascii="Times New Roman" w:hAnsi="Times New Roman" w:cs="Times New Roman"/>
          <w:sz w:val="24"/>
          <w:szCs w:val="24"/>
        </w:rPr>
        <w:t xml:space="preserve"> de </w:t>
      </w:r>
      <w:proofErr w:type="spellStart"/>
      <w:r w:rsidRPr="00FF087F">
        <w:rPr>
          <w:rFonts w:ascii="Times New Roman" w:hAnsi="Times New Roman" w:cs="Times New Roman"/>
          <w:sz w:val="24"/>
          <w:szCs w:val="24"/>
        </w:rPr>
        <w:t>resistencia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femenina</w:t>
      </w:r>
      <w:proofErr w:type="spellEnd"/>
      <w:r w:rsidRPr="00FF087F">
        <w:rPr>
          <w:rFonts w:ascii="Times New Roman" w:hAnsi="Times New Roman" w:cs="Times New Roman"/>
          <w:sz w:val="24"/>
          <w:szCs w:val="24"/>
        </w:rPr>
        <w:t xml:space="preserve"> y </w:t>
      </w:r>
      <w:proofErr w:type="spellStart"/>
      <w:r w:rsidRPr="00FF087F">
        <w:rPr>
          <w:rFonts w:ascii="Times New Roman" w:hAnsi="Times New Roman" w:cs="Times New Roman"/>
          <w:sz w:val="24"/>
          <w:szCs w:val="24"/>
        </w:rPr>
        <w:t>reconciliación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histórica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ella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entiende</w:t>
      </w:r>
      <w:proofErr w:type="spellEnd"/>
      <w:r w:rsidRPr="00FF087F">
        <w:rPr>
          <w:rFonts w:ascii="Times New Roman" w:hAnsi="Times New Roman" w:cs="Times New Roman"/>
          <w:sz w:val="24"/>
          <w:szCs w:val="24"/>
        </w:rPr>
        <w:t xml:space="preserve"> que el </w:t>
      </w:r>
      <w:proofErr w:type="spellStart"/>
      <w:r w:rsidRPr="00FF087F">
        <w:rPr>
          <w:rFonts w:ascii="Times New Roman" w:hAnsi="Times New Roman" w:cs="Times New Roman"/>
          <w:sz w:val="24"/>
          <w:szCs w:val="24"/>
        </w:rPr>
        <w:t>país</w:t>
      </w:r>
      <w:proofErr w:type="spellEnd"/>
      <w:r w:rsidRPr="00FF087F">
        <w:rPr>
          <w:rFonts w:ascii="Times New Roman" w:hAnsi="Times New Roman" w:cs="Times New Roman"/>
          <w:sz w:val="24"/>
          <w:szCs w:val="24"/>
        </w:rPr>
        <w:t xml:space="preserve"> ha </w:t>
      </w:r>
      <w:proofErr w:type="spellStart"/>
      <w:r w:rsidRPr="00FF087F">
        <w:rPr>
          <w:rFonts w:ascii="Times New Roman" w:hAnsi="Times New Roman" w:cs="Times New Roman"/>
          <w:sz w:val="24"/>
          <w:szCs w:val="24"/>
        </w:rPr>
        <w:t>cambiado</w:t>
      </w:r>
      <w:proofErr w:type="spellEnd"/>
      <w:r w:rsidRPr="00FF087F">
        <w:rPr>
          <w:rFonts w:ascii="Times New Roman" w:hAnsi="Times New Roman" w:cs="Times New Roman"/>
          <w:sz w:val="24"/>
          <w:szCs w:val="24"/>
        </w:rPr>
        <w:t xml:space="preserve"> y que </w:t>
      </w:r>
      <w:proofErr w:type="spellStart"/>
      <w:r w:rsidRPr="00FF087F">
        <w:rPr>
          <w:rFonts w:ascii="Times New Roman" w:hAnsi="Times New Roman" w:cs="Times New Roman"/>
          <w:sz w:val="24"/>
          <w:szCs w:val="24"/>
        </w:rPr>
        <w:t>su</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permanencia</w:t>
      </w:r>
      <w:proofErr w:type="spellEnd"/>
      <w:r w:rsidRPr="00FF087F">
        <w:rPr>
          <w:rFonts w:ascii="Times New Roman" w:hAnsi="Times New Roman" w:cs="Times New Roman"/>
          <w:sz w:val="24"/>
          <w:szCs w:val="24"/>
        </w:rPr>
        <w:t xml:space="preserve"> solo </w:t>
      </w:r>
      <w:proofErr w:type="spellStart"/>
      <w:r w:rsidRPr="00FF087F">
        <w:rPr>
          <w:rFonts w:ascii="Times New Roman" w:hAnsi="Times New Roman" w:cs="Times New Roman"/>
          <w:sz w:val="24"/>
          <w:szCs w:val="24"/>
        </w:rPr>
        <w:t>es</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posible</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si</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acepta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convivir</w:t>
      </w:r>
      <w:proofErr w:type="spellEnd"/>
      <w:r w:rsidRPr="00FF087F">
        <w:rPr>
          <w:rFonts w:ascii="Times New Roman" w:hAnsi="Times New Roman" w:cs="Times New Roman"/>
          <w:sz w:val="24"/>
          <w:szCs w:val="24"/>
        </w:rPr>
        <w:t xml:space="preserve"> con el dolor.</w:t>
      </w:r>
      <w:r w:rsidRPr="00C23669">
        <w:rPr>
          <w:rFonts w:ascii="Times New Roman" w:hAnsi="Times New Roman" w:cs="Times New Roman"/>
          <w:sz w:val="28"/>
          <w:szCs w:val="28"/>
        </w:rPr>
        <w:t xml:space="preserve"> </w:t>
      </w:r>
      <w:r w:rsidRPr="00FF087F">
        <w:rPr>
          <w:rFonts w:ascii="Times New Roman" w:hAnsi="Times New Roman" w:cs="Times New Roman"/>
          <w:sz w:val="24"/>
          <w:szCs w:val="24"/>
        </w:rPr>
        <w:t xml:space="preserve">Lucy no </w:t>
      </w:r>
      <w:proofErr w:type="spellStart"/>
      <w:r w:rsidRPr="00FF087F">
        <w:rPr>
          <w:rFonts w:ascii="Times New Roman" w:hAnsi="Times New Roman" w:cs="Times New Roman"/>
          <w:sz w:val="24"/>
          <w:szCs w:val="24"/>
        </w:rPr>
        <w:t>busca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justicia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el </w:t>
      </w:r>
      <w:proofErr w:type="spellStart"/>
      <w:r w:rsidRPr="00FF087F">
        <w:rPr>
          <w:rFonts w:ascii="Times New Roman" w:hAnsi="Times New Roman" w:cs="Times New Roman"/>
          <w:sz w:val="24"/>
          <w:szCs w:val="24"/>
        </w:rPr>
        <w:t>sentido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jurídico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sino</w:t>
      </w:r>
      <w:proofErr w:type="spellEnd"/>
      <w:r w:rsidRPr="00FF087F">
        <w:rPr>
          <w:rFonts w:ascii="Times New Roman" w:hAnsi="Times New Roman" w:cs="Times New Roman"/>
          <w:sz w:val="24"/>
          <w:szCs w:val="24"/>
        </w:rPr>
        <w:t xml:space="preserve"> un </w:t>
      </w:r>
      <w:proofErr w:type="spellStart"/>
      <w:r w:rsidRPr="00FF087F">
        <w:rPr>
          <w:rFonts w:ascii="Times New Roman" w:hAnsi="Times New Roman" w:cs="Times New Roman"/>
          <w:sz w:val="24"/>
          <w:szCs w:val="24"/>
        </w:rPr>
        <w:t>modo</w:t>
      </w:r>
      <w:proofErr w:type="spellEnd"/>
      <w:r w:rsidRPr="00FF087F">
        <w:rPr>
          <w:rFonts w:ascii="Times New Roman" w:hAnsi="Times New Roman" w:cs="Times New Roman"/>
          <w:sz w:val="24"/>
          <w:szCs w:val="24"/>
        </w:rPr>
        <w:t xml:space="preserve"> de </w:t>
      </w:r>
      <w:proofErr w:type="spellStart"/>
      <w:r w:rsidRPr="00FF087F">
        <w:rPr>
          <w:rFonts w:ascii="Times New Roman" w:hAnsi="Times New Roman" w:cs="Times New Roman"/>
          <w:sz w:val="24"/>
          <w:szCs w:val="24"/>
        </w:rPr>
        <w:t>coexistencia</w:t>
      </w:r>
      <w:proofErr w:type="spellEnd"/>
      <w:r w:rsidRPr="00FF087F">
        <w:rPr>
          <w:rFonts w:ascii="Times New Roman" w:hAnsi="Times New Roman" w:cs="Times New Roman"/>
          <w:sz w:val="24"/>
          <w:szCs w:val="24"/>
        </w:rPr>
        <w:t xml:space="preserve"> con la </w:t>
      </w:r>
      <w:proofErr w:type="spellStart"/>
      <w:r w:rsidRPr="00FF087F">
        <w:rPr>
          <w:rFonts w:ascii="Times New Roman" w:hAnsi="Times New Roman" w:cs="Times New Roman"/>
          <w:sz w:val="24"/>
          <w:szCs w:val="24"/>
        </w:rPr>
        <w:t>historia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aunque</w:t>
      </w:r>
      <w:proofErr w:type="spellEnd"/>
      <w:r w:rsidRPr="00FF087F">
        <w:rPr>
          <w:rFonts w:ascii="Times New Roman" w:hAnsi="Times New Roman" w:cs="Times New Roman"/>
          <w:sz w:val="24"/>
          <w:szCs w:val="24"/>
        </w:rPr>
        <w:t xml:space="preserve"> sea a costa de </w:t>
      </w:r>
      <w:proofErr w:type="spellStart"/>
      <w:r w:rsidRPr="00FF087F">
        <w:rPr>
          <w:rFonts w:ascii="Times New Roman" w:hAnsi="Times New Roman" w:cs="Times New Roman"/>
          <w:sz w:val="24"/>
          <w:szCs w:val="24"/>
        </w:rPr>
        <w:t>su</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propio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cuerpo</w:t>
      </w:r>
      <w:proofErr w:type="spellEnd"/>
      <w:r w:rsidRPr="00FF087F">
        <w:rPr>
          <w:rFonts w:ascii="Times New Roman" w:hAnsi="Times New Roman" w:cs="Times New Roman"/>
          <w:sz w:val="24"/>
          <w:szCs w:val="24"/>
        </w:rPr>
        <w:t>.</w:t>
      </w:r>
    </w:p>
    <w:p w:rsidR="00AE5A7B" w:rsidRPr="00FF087F" w:rsidRDefault="00AE5A7B" w:rsidP="0046417C">
      <w:pPr>
        <w:spacing w:before="480" w:after="0"/>
        <w:jc w:val="both"/>
        <w:rPr>
          <w:rFonts w:ascii="Times New Roman" w:eastAsia="Times New Roman" w:hAnsi="Times New Roman" w:cs="Times New Roman"/>
          <w:b/>
          <w:i/>
          <w:spacing w:val="5"/>
          <w:sz w:val="24"/>
          <w:szCs w:val="24"/>
          <w:lang w:val="es-ES" w:eastAsia="es-ES"/>
        </w:rPr>
      </w:pPr>
      <w:r w:rsidRPr="00FF087F">
        <w:rPr>
          <w:rFonts w:ascii="Times New Roman" w:eastAsia="Times New Roman" w:hAnsi="Times New Roman" w:cs="Times New Roman"/>
          <w:spacing w:val="5"/>
          <w:sz w:val="24"/>
          <w:szCs w:val="24"/>
          <w:lang w:val="es-ES" w:eastAsia="es-ES"/>
        </w:rPr>
        <w:lastRenderedPageBreak/>
        <w:t xml:space="preserve">Solo más adelante Lucy hablará: </w:t>
      </w:r>
      <w:r w:rsidRPr="00FF087F">
        <w:rPr>
          <w:rFonts w:ascii="Times New Roman" w:eastAsia="Times New Roman" w:hAnsi="Times New Roman" w:cs="Times New Roman"/>
          <w:b/>
          <w:i/>
          <w:spacing w:val="5"/>
          <w:sz w:val="24"/>
          <w:szCs w:val="24"/>
          <w:lang w:val="es-ES" w:eastAsia="es-ES"/>
        </w:rPr>
        <w:t>“Odio… Cuando se trata de los hombres y el sexo, David, ya no hay nada que me sorprenda. No lo sé; puede que, para los hombres, odiar a la mujer dé una mayor excitación al sexo en sí mismo. Tú eres hombre, tú deberías saberlo. Cuando tienes tratos carnales con una desconocida, cuando la atrapas, la sujetas con tu peso, cuando la tienes debajo de ti… ¿no es algo parecido en parte a matarla? Es como si le clavaras un cuchillo; después, sales, dejas el cuerpo cubierto de sangre… ¿No es algo parecido a un asesinato, al hecho de matarla y largarte sin que nadie te detenga por ello?”</w:t>
      </w:r>
    </w:p>
    <w:p w:rsidR="0046417C" w:rsidRPr="00FF087F" w:rsidRDefault="00AE5A7B" w:rsidP="0046417C">
      <w:pPr>
        <w:spacing w:before="480" w:after="0"/>
        <w:jc w:val="both"/>
        <w:rPr>
          <w:rFonts w:ascii="Times New Roman" w:eastAsia="Times New Roman" w:hAnsi="Times New Roman" w:cs="Times New Roman"/>
          <w:spacing w:val="5"/>
          <w:sz w:val="24"/>
          <w:szCs w:val="24"/>
          <w:lang w:val="es-ES" w:eastAsia="es-ES"/>
        </w:rPr>
      </w:pPr>
      <w:r w:rsidRPr="00FF087F">
        <w:rPr>
          <w:rFonts w:ascii="Times New Roman" w:eastAsia="Times New Roman" w:hAnsi="Times New Roman" w:cs="Times New Roman"/>
          <w:spacing w:val="5"/>
          <w:sz w:val="24"/>
          <w:szCs w:val="24"/>
          <w:lang w:val="es-ES" w:eastAsia="es-ES"/>
        </w:rPr>
        <w:t xml:space="preserve">Lucy, </w:t>
      </w:r>
      <w:r w:rsidR="00FF087F">
        <w:rPr>
          <w:rFonts w:ascii="Times New Roman" w:eastAsia="Times New Roman" w:hAnsi="Times New Roman" w:cs="Times New Roman"/>
          <w:spacing w:val="5"/>
          <w:sz w:val="24"/>
          <w:szCs w:val="24"/>
          <w:lang w:val="es-ES" w:eastAsia="es-ES"/>
        </w:rPr>
        <w:t>desde su condición de</w:t>
      </w:r>
      <w:r w:rsidRPr="00FF087F">
        <w:rPr>
          <w:rFonts w:ascii="Times New Roman" w:eastAsia="Times New Roman" w:hAnsi="Times New Roman" w:cs="Times New Roman"/>
          <w:spacing w:val="5"/>
          <w:sz w:val="24"/>
          <w:szCs w:val="24"/>
          <w:lang w:val="es-ES" w:eastAsia="es-ES"/>
        </w:rPr>
        <w:t xml:space="preserve"> lesbiana, interpreta el hecho como un peaje que hay que pagar por vivir donde vive, ese territorio donde todavía se puede oler la sangre derramada por la historia reciente: </w:t>
      </w:r>
    </w:p>
    <w:p w:rsidR="0046417C" w:rsidRPr="0046417C" w:rsidRDefault="00AE5A7B" w:rsidP="0046417C">
      <w:pPr>
        <w:spacing w:before="480" w:after="0"/>
        <w:jc w:val="both"/>
        <w:rPr>
          <w:rFonts w:ascii="Times New Roman" w:eastAsia="Times New Roman" w:hAnsi="Times New Roman" w:cs="Times New Roman"/>
          <w:b/>
          <w:i/>
          <w:spacing w:val="5"/>
          <w:sz w:val="28"/>
          <w:szCs w:val="28"/>
          <w:lang w:val="es-ES" w:eastAsia="es-ES"/>
        </w:rPr>
      </w:pPr>
      <w:r w:rsidRPr="00FF087F">
        <w:rPr>
          <w:rFonts w:ascii="Times New Roman" w:eastAsia="Times New Roman" w:hAnsi="Times New Roman" w:cs="Times New Roman"/>
          <w:b/>
          <w:i/>
          <w:spacing w:val="5"/>
          <w:lang w:val="es-ES" w:eastAsia="es-ES"/>
        </w:rPr>
        <w:t>“¿Y si ese fuera el precio que hay que pagar por quedarse? Tal vez ellos lo vean de este modo; tal vez también yo deba ver las cosas de este modo. Ellos me ven como si yo les debiera algo. Ellos se consideran recaudadores de impuestos, cobradores de morosos. ¿Por qué se me iba a permitir vivir aquí sin pagar?”</w:t>
      </w:r>
      <w:r w:rsidR="005F302C">
        <w:rPr>
          <w:rFonts w:ascii="Times New Roman" w:eastAsia="Times New Roman" w:hAnsi="Times New Roman" w:cs="Times New Roman"/>
          <w:b/>
          <w:i/>
          <w:spacing w:val="5"/>
          <w:lang w:val="es-ES" w:eastAsia="es-ES"/>
        </w:rPr>
        <w:t xml:space="preserve"> (Pág. 187)</w:t>
      </w:r>
    </w:p>
    <w:p w:rsidR="00AE5A7B" w:rsidRPr="00FF087F" w:rsidRDefault="00AE5A7B" w:rsidP="0046417C">
      <w:pPr>
        <w:spacing w:before="480" w:after="0"/>
        <w:jc w:val="both"/>
        <w:rPr>
          <w:rFonts w:ascii="Times New Roman" w:eastAsia="Times New Roman" w:hAnsi="Times New Roman" w:cs="Times New Roman"/>
          <w:spacing w:val="5"/>
          <w:sz w:val="24"/>
          <w:szCs w:val="24"/>
          <w:lang w:val="es-ES" w:eastAsia="es-ES"/>
        </w:rPr>
      </w:pPr>
      <w:r w:rsidRPr="00FF087F">
        <w:rPr>
          <w:rFonts w:ascii="Times New Roman" w:eastAsia="Times New Roman" w:hAnsi="Times New Roman" w:cs="Times New Roman"/>
          <w:spacing w:val="5"/>
          <w:sz w:val="24"/>
          <w:szCs w:val="24"/>
          <w:lang w:val="es-ES" w:eastAsia="es-ES"/>
        </w:rPr>
        <w:t xml:space="preserve">Esta premisa, llevada al extremo, hace que Lucy acepte que los agresores vuelvan por los alrededores, que acepte dar a luz al hijo fruto de esa violación, que admita tener por vecino al chico agresor, que consienta incluso “casarse” con Petrus para que </w:t>
      </w:r>
      <w:r w:rsidR="0046417C" w:rsidRPr="00FF087F">
        <w:rPr>
          <w:rFonts w:ascii="Times New Roman" w:eastAsia="Times New Roman" w:hAnsi="Times New Roman" w:cs="Times New Roman"/>
          <w:spacing w:val="5"/>
          <w:sz w:val="24"/>
          <w:szCs w:val="24"/>
          <w:lang w:val="es-ES" w:eastAsia="es-ES"/>
        </w:rPr>
        <w:t>é</w:t>
      </w:r>
      <w:r w:rsidRPr="00FF087F">
        <w:rPr>
          <w:rFonts w:ascii="Times New Roman" w:eastAsia="Times New Roman" w:hAnsi="Times New Roman" w:cs="Times New Roman"/>
          <w:spacing w:val="5"/>
          <w:sz w:val="24"/>
          <w:szCs w:val="24"/>
          <w:lang w:val="es-ES" w:eastAsia="es-ES"/>
        </w:rPr>
        <w:t>ste amplíe su hacienda a cambio de ofrecerle protección. No es algo que acepte de buen grado. En cierto modo, ella siente que ya ha muerto. Tiene miedo y es profundamente infeliz, pero esas, cree, son las reglas del juego.</w:t>
      </w:r>
    </w:p>
    <w:p w:rsidR="00843945" w:rsidRPr="00FF087F" w:rsidRDefault="00843945" w:rsidP="00C23669">
      <w:pPr>
        <w:spacing w:after="0"/>
        <w:jc w:val="both"/>
        <w:rPr>
          <w:rFonts w:ascii="Times New Roman" w:hAnsi="Times New Roman" w:cs="Times New Roman"/>
          <w:sz w:val="24"/>
          <w:szCs w:val="24"/>
        </w:rPr>
      </w:pPr>
    </w:p>
    <w:p w:rsidR="00B4609E" w:rsidRPr="00FF087F" w:rsidRDefault="00B4609E" w:rsidP="0046417C">
      <w:pPr>
        <w:tabs>
          <w:tab w:val="left" w:pos="750"/>
          <w:tab w:val="left" w:pos="2835"/>
        </w:tabs>
        <w:spacing w:after="0"/>
        <w:jc w:val="both"/>
        <w:rPr>
          <w:rFonts w:ascii="Times New Roman" w:eastAsia="Times New Roman" w:hAnsi="Times New Roman" w:cs="Times New Roman"/>
          <w:spacing w:val="5"/>
          <w:sz w:val="24"/>
          <w:szCs w:val="24"/>
          <w:lang w:val="es-ES" w:eastAsia="es-ES"/>
        </w:rPr>
      </w:pPr>
      <w:r w:rsidRPr="00FF087F">
        <w:rPr>
          <w:rFonts w:ascii="Times New Roman" w:eastAsia="Times New Roman" w:hAnsi="Times New Roman" w:cs="Times New Roman"/>
          <w:spacing w:val="5"/>
          <w:sz w:val="24"/>
          <w:szCs w:val="24"/>
          <w:lang w:val="es-ES" w:eastAsia="es-ES"/>
        </w:rPr>
        <w:t xml:space="preserve">Todo esto resulta incomprensible para </w:t>
      </w:r>
      <w:r w:rsidR="0051488B" w:rsidRPr="00FF087F">
        <w:rPr>
          <w:rFonts w:ascii="Times New Roman" w:eastAsia="Times New Roman" w:hAnsi="Times New Roman" w:cs="Times New Roman"/>
          <w:spacing w:val="5"/>
          <w:sz w:val="24"/>
          <w:szCs w:val="24"/>
          <w:lang w:val="es-ES" w:eastAsia="es-ES"/>
        </w:rPr>
        <w:t xml:space="preserve">su padre, </w:t>
      </w:r>
      <w:r w:rsidRPr="00FF087F">
        <w:rPr>
          <w:rFonts w:ascii="Times New Roman" w:eastAsia="Times New Roman" w:hAnsi="Times New Roman" w:cs="Times New Roman"/>
          <w:spacing w:val="5"/>
          <w:sz w:val="24"/>
          <w:szCs w:val="24"/>
          <w:lang w:val="es-ES" w:eastAsia="es-ES"/>
        </w:rPr>
        <w:t>pero también para nosotros, los lectores. Asiduo a la prostitución –en otra escena lo veremos con una chica pobre, de apenas dieciocho años, a la que recoge de la carretera–, “sus mujeres” también son presas de un sistema aberrante. ¿</w:t>
      </w:r>
      <w:r w:rsidR="0051488B" w:rsidRPr="00FF087F">
        <w:rPr>
          <w:rFonts w:ascii="Times New Roman" w:eastAsia="Times New Roman" w:hAnsi="Times New Roman" w:cs="Times New Roman"/>
          <w:spacing w:val="5"/>
          <w:sz w:val="24"/>
          <w:szCs w:val="24"/>
          <w:lang w:val="es-ES" w:eastAsia="es-ES"/>
        </w:rPr>
        <w:t xml:space="preserve">Es el Karma el que hace que pague sus errores a través del sufrimiento de su </w:t>
      </w:r>
      <w:proofErr w:type="gramStart"/>
      <w:r w:rsidR="0051488B" w:rsidRPr="00FF087F">
        <w:rPr>
          <w:rFonts w:ascii="Times New Roman" w:eastAsia="Times New Roman" w:hAnsi="Times New Roman" w:cs="Times New Roman"/>
          <w:spacing w:val="5"/>
          <w:sz w:val="24"/>
          <w:szCs w:val="24"/>
          <w:lang w:val="es-ES" w:eastAsia="es-ES"/>
        </w:rPr>
        <w:t>hija?.</w:t>
      </w:r>
      <w:proofErr w:type="gramEnd"/>
      <w:r w:rsidRPr="00FF087F">
        <w:rPr>
          <w:rFonts w:ascii="Times New Roman" w:eastAsia="Times New Roman" w:hAnsi="Times New Roman" w:cs="Times New Roman"/>
          <w:spacing w:val="5"/>
          <w:sz w:val="24"/>
          <w:szCs w:val="24"/>
          <w:lang w:val="es-ES" w:eastAsia="es-ES"/>
        </w:rPr>
        <w:t xml:space="preserve"> La violación adquiere un sentido de venganza y restitución, un carácter ritual, como sucede en las guerras.</w:t>
      </w:r>
    </w:p>
    <w:p w:rsidR="00843945" w:rsidRPr="00FF087F" w:rsidRDefault="00B4609E" w:rsidP="0046417C">
      <w:pPr>
        <w:spacing w:before="480" w:after="0"/>
        <w:jc w:val="both"/>
        <w:rPr>
          <w:rFonts w:ascii="Times New Roman" w:eastAsia="Times New Roman" w:hAnsi="Times New Roman" w:cs="Times New Roman"/>
          <w:b/>
          <w:spacing w:val="5"/>
          <w:sz w:val="24"/>
          <w:szCs w:val="24"/>
          <w:lang w:val="es-ES" w:eastAsia="es-ES"/>
        </w:rPr>
      </w:pPr>
      <w:r w:rsidRPr="00FF087F">
        <w:rPr>
          <w:rFonts w:ascii="Times New Roman" w:eastAsia="Times New Roman" w:hAnsi="Times New Roman" w:cs="Times New Roman"/>
          <w:spacing w:val="5"/>
          <w:sz w:val="24"/>
          <w:szCs w:val="24"/>
          <w:lang w:val="es-ES" w:eastAsia="es-ES"/>
        </w:rPr>
        <w:t xml:space="preserve">En este sentido, </w:t>
      </w:r>
      <w:r w:rsidR="0051488B" w:rsidRPr="00FF087F">
        <w:rPr>
          <w:rFonts w:ascii="Times New Roman" w:eastAsia="Times New Roman" w:hAnsi="Times New Roman" w:cs="Times New Roman"/>
          <w:spacing w:val="5"/>
          <w:sz w:val="24"/>
          <w:szCs w:val="24"/>
          <w:lang w:val="es-ES" w:eastAsia="es-ES"/>
        </w:rPr>
        <w:t>el sufrimiento de los animales,</w:t>
      </w:r>
      <w:r w:rsidRPr="00FF087F">
        <w:rPr>
          <w:rFonts w:ascii="Times New Roman" w:eastAsia="Times New Roman" w:hAnsi="Times New Roman" w:cs="Times New Roman"/>
          <w:spacing w:val="5"/>
          <w:sz w:val="24"/>
          <w:szCs w:val="24"/>
          <w:lang w:val="es-ES" w:eastAsia="es-ES"/>
        </w:rPr>
        <w:t xml:space="preserve"> la crueldad de su sacrificio, no es en </w:t>
      </w:r>
      <w:r w:rsidRPr="00FF087F">
        <w:rPr>
          <w:rFonts w:ascii="Times New Roman" w:eastAsia="Times New Roman" w:hAnsi="Times New Roman" w:cs="Times New Roman"/>
          <w:i/>
          <w:iCs/>
          <w:spacing w:val="5"/>
          <w:sz w:val="24"/>
          <w:szCs w:val="24"/>
          <w:lang w:val="es-ES" w:eastAsia="es-ES"/>
        </w:rPr>
        <w:t>Desgracia</w:t>
      </w:r>
      <w:r w:rsidRPr="00FF087F">
        <w:rPr>
          <w:rFonts w:ascii="Times New Roman" w:eastAsia="Times New Roman" w:hAnsi="Times New Roman" w:cs="Times New Roman"/>
          <w:spacing w:val="5"/>
          <w:sz w:val="24"/>
          <w:szCs w:val="24"/>
          <w:lang w:val="es-ES" w:eastAsia="es-ES"/>
        </w:rPr>
        <w:t> una casualidad, ni un tema secundario</w:t>
      </w:r>
      <w:r w:rsidR="0051488B" w:rsidRPr="00FF087F">
        <w:rPr>
          <w:rFonts w:ascii="Times New Roman" w:eastAsia="Times New Roman" w:hAnsi="Times New Roman" w:cs="Times New Roman"/>
          <w:spacing w:val="5"/>
          <w:sz w:val="24"/>
          <w:szCs w:val="24"/>
          <w:lang w:val="es-ES" w:eastAsia="es-ES"/>
        </w:rPr>
        <w:t xml:space="preserve">. </w:t>
      </w:r>
      <w:r w:rsidRPr="00FF087F">
        <w:rPr>
          <w:rFonts w:ascii="Times New Roman" w:eastAsia="Times New Roman" w:hAnsi="Times New Roman" w:cs="Times New Roman"/>
          <w:spacing w:val="5"/>
          <w:sz w:val="24"/>
          <w:szCs w:val="24"/>
          <w:lang w:val="es-ES" w:eastAsia="es-ES"/>
        </w:rPr>
        <w:t xml:space="preserve">  A Melanie, su alumna, </w:t>
      </w:r>
      <w:proofErr w:type="spellStart"/>
      <w:r w:rsidRPr="00FF087F">
        <w:rPr>
          <w:rFonts w:ascii="Times New Roman" w:eastAsia="Times New Roman" w:hAnsi="Times New Roman" w:cs="Times New Roman"/>
          <w:spacing w:val="5"/>
          <w:sz w:val="24"/>
          <w:szCs w:val="24"/>
          <w:lang w:val="es-ES" w:eastAsia="es-ES"/>
        </w:rPr>
        <w:t>Lurie</w:t>
      </w:r>
      <w:proofErr w:type="spellEnd"/>
      <w:r w:rsidRPr="00FF087F">
        <w:rPr>
          <w:rFonts w:ascii="Times New Roman" w:eastAsia="Times New Roman" w:hAnsi="Times New Roman" w:cs="Times New Roman"/>
          <w:spacing w:val="5"/>
          <w:sz w:val="24"/>
          <w:szCs w:val="24"/>
          <w:lang w:val="es-ES" w:eastAsia="es-ES"/>
        </w:rPr>
        <w:t xml:space="preserve"> le había dicho que su belleza no le pertenecía, que era un regalo que la naturaleza hacía al mundo, no a ella en concreto, y que por eso tenía la obligación de compartirla. La consideración de </w:t>
      </w:r>
      <w:proofErr w:type="spellStart"/>
      <w:r w:rsidRPr="00FF087F">
        <w:rPr>
          <w:rFonts w:ascii="Times New Roman" w:eastAsia="Times New Roman" w:hAnsi="Times New Roman" w:cs="Times New Roman"/>
          <w:spacing w:val="5"/>
          <w:sz w:val="24"/>
          <w:szCs w:val="24"/>
          <w:lang w:val="es-ES" w:eastAsia="es-ES"/>
        </w:rPr>
        <w:t>Lurie</w:t>
      </w:r>
      <w:proofErr w:type="spellEnd"/>
      <w:r w:rsidRPr="00FF087F">
        <w:rPr>
          <w:rFonts w:ascii="Times New Roman" w:eastAsia="Times New Roman" w:hAnsi="Times New Roman" w:cs="Times New Roman"/>
          <w:spacing w:val="5"/>
          <w:sz w:val="24"/>
          <w:szCs w:val="24"/>
          <w:lang w:val="es-ES" w:eastAsia="es-ES"/>
        </w:rPr>
        <w:t xml:space="preserve"> sobre la belleza de Melanie –que él expresa, curiosamente, como un halago– tiene</w:t>
      </w:r>
      <w:r w:rsidRPr="00C23669">
        <w:rPr>
          <w:rFonts w:ascii="Times New Roman" w:eastAsia="Times New Roman" w:hAnsi="Times New Roman" w:cs="Times New Roman"/>
          <w:spacing w:val="5"/>
          <w:sz w:val="28"/>
          <w:szCs w:val="28"/>
          <w:lang w:val="es-ES" w:eastAsia="es-ES"/>
        </w:rPr>
        <w:t xml:space="preserve"> </w:t>
      </w:r>
      <w:r w:rsidRPr="00FF087F">
        <w:rPr>
          <w:rFonts w:ascii="Times New Roman" w:eastAsia="Times New Roman" w:hAnsi="Times New Roman" w:cs="Times New Roman"/>
          <w:spacing w:val="5"/>
          <w:sz w:val="24"/>
          <w:szCs w:val="24"/>
          <w:lang w:val="es-ES" w:eastAsia="es-ES"/>
        </w:rPr>
        <w:t>una relación directa con la visión esclavista del </w:t>
      </w:r>
      <w:r w:rsidRPr="00FF087F">
        <w:rPr>
          <w:rFonts w:ascii="Times New Roman" w:eastAsia="Times New Roman" w:hAnsi="Times New Roman" w:cs="Times New Roman"/>
          <w:i/>
          <w:iCs/>
          <w:spacing w:val="5"/>
          <w:sz w:val="24"/>
          <w:szCs w:val="24"/>
          <w:lang w:val="es-ES" w:eastAsia="es-ES"/>
        </w:rPr>
        <w:t>apartheid</w:t>
      </w:r>
      <w:r w:rsidRPr="00FF087F">
        <w:rPr>
          <w:rFonts w:ascii="Times New Roman" w:eastAsia="Times New Roman" w:hAnsi="Times New Roman" w:cs="Times New Roman"/>
          <w:spacing w:val="5"/>
          <w:sz w:val="24"/>
          <w:szCs w:val="24"/>
          <w:lang w:val="es-ES" w:eastAsia="es-ES"/>
        </w:rPr>
        <w:t xml:space="preserve"> o de cualquier otro régimen opresor: el individuo no es dueño de sí mismo, hay una parte </w:t>
      </w:r>
      <w:r w:rsidRPr="00FF087F">
        <w:rPr>
          <w:rFonts w:ascii="Times New Roman" w:eastAsia="Times New Roman" w:hAnsi="Times New Roman" w:cs="Times New Roman"/>
          <w:spacing w:val="5"/>
          <w:sz w:val="24"/>
          <w:szCs w:val="24"/>
          <w:lang w:val="es-ES" w:eastAsia="es-ES"/>
        </w:rPr>
        <w:lastRenderedPageBreak/>
        <w:t>de él –su sexualidad, su fuerza bruta o su capacidad de trabajo– que es propiedad de otros y, por tanto, puede ser explotada para el beneficio de otros. </w:t>
      </w:r>
      <w:r w:rsidRPr="00FF087F">
        <w:rPr>
          <w:rFonts w:ascii="Times New Roman" w:eastAsia="Times New Roman" w:hAnsi="Times New Roman" w:cs="Times New Roman"/>
          <w:i/>
          <w:iCs/>
          <w:spacing w:val="5"/>
          <w:sz w:val="24"/>
          <w:szCs w:val="24"/>
          <w:lang w:val="es-ES" w:eastAsia="es-ES"/>
        </w:rPr>
        <w:t>Desgracia</w:t>
      </w:r>
      <w:r w:rsidRPr="00FF087F">
        <w:rPr>
          <w:rFonts w:ascii="Times New Roman" w:eastAsia="Times New Roman" w:hAnsi="Times New Roman" w:cs="Times New Roman"/>
          <w:spacing w:val="5"/>
          <w:sz w:val="24"/>
          <w:szCs w:val="24"/>
          <w:lang w:val="es-ES" w:eastAsia="es-ES"/>
        </w:rPr>
        <w:t> es un libro cargado de</w:t>
      </w:r>
      <w:r w:rsidRPr="00C23669">
        <w:rPr>
          <w:rFonts w:ascii="Times New Roman" w:eastAsia="Times New Roman" w:hAnsi="Times New Roman" w:cs="Times New Roman"/>
          <w:spacing w:val="5"/>
          <w:sz w:val="28"/>
          <w:szCs w:val="28"/>
          <w:lang w:val="es-ES" w:eastAsia="es-ES"/>
        </w:rPr>
        <w:t xml:space="preserve"> </w:t>
      </w:r>
      <w:r w:rsidRPr="00FF087F">
        <w:rPr>
          <w:rFonts w:ascii="Times New Roman" w:eastAsia="Times New Roman" w:hAnsi="Times New Roman" w:cs="Times New Roman"/>
          <w:spacing w:val="5"/>
          <w:sz w:val="24"/>
          <w:szCs w:val="24"/>
          <w:lang w:val="es-ES" w:eastAsia="es-ES"/>
        </w:rPr>
        <w:t xml:space="preserve">violencia en el que la violación sexual adquiere un significado histórico que impregna toda la obra. La lógica racista, elitista y colonial está presente desde la primera línea. El hombre que viola –el mismo </w:t>
      </w:r>
      <w:proofErr w:type="spellStart"/>
      <w:r w:rsidRPr="00FF087F">
        <w:rPr>
          <w:rFonts w:ascii="Times New Roman" w:eastAsia="Times New Roman" w:hAnsi="Times New Roman" w:cs="Times New Roman"/>
          <w:spacing w:val="5"/>
          <w:sz w:val="24"/>
          <w:szCs w:val="24"/>
          <w:lang w:val="es-ES" w:eastAsia="es-ES"/>
        </w:rPr>
        <w:t>Lurie</w:t>
      </w:r>
      <w:proofErr w:type="spellEnd"/>
      <w:r w:rsidRPr="00FF087F">
        <w:rPr>
          <w:rFonts w:ascii="Times New Roman" w:eastAsia="Times New Roman" w:hAnsi="Times New Roman" w:cs="Times New Roman"/>
          <w:spacing w:val="5"/>
          <w:sz w:val="24"/>
          <w:szCs w:val="24"/>
          <w:lang w:val="es-ES" w:eastAsia="es-ES"/>
        </w:rPr>
        <w:t>– es un col</w:t>
      </w:r>
      <w:r w:rsidR="00C23669" w:rsidRPr="00FF087F">
        <w:rPr>
          <w:rFonts w:ascii="Times New Roman" w:eastAsia="Times New Roman" w:hAnsi="Times New Roman" w:cs="Times New Roman"/>
          <w:spacing w:val="5"/>
          <w:sz w:val="24"/>
          <w:szCs w:val="24"/>
          <w:lang w:val="es-ES" w:eastAsia="es-ES"/>
        </w:rPr>
        <w:t xml:space="preserve">onizador del territorio ajeno. </w:t>
      </w:r>
      <w:r w:rsidR="00FF087F">
        <w:rPr>
          <w:rFonts w:ascii="Times New Roman" w:eastAsia="Times New Roman" w:hAnsi="Times New Roman" w:cs="Times New Roman"/>
          <w:spacing w:val="5"/>
          <w:sz w:val="24"/>
          <w:szCs w:val="24"/>
          <w:lang w:val="es-ES" w:eastAsia="es-ES"/>
        </w:rPr>
        <w:t xml:space="preserve"> Así Lucy dirá </w:t>
      </w:r>
      <w:r w:rsidR="00FF087F" w:rsidRPr="00FF087F">
        <w:rPr>
          <w:rFonts w:ascii="Times New Roman" w:eastAsia="Times New Roman" w:hAnsi="Times New Roman" w:cs="Times New Roman"/>
          <w:b/>
          <w:i/>
          <w:spacing w:val="5"/>
          <w:lang w:val="es-ES" w:eastAsia="es-ES"/>
        </w:rPr>
        <w:t xml:space="preserve">“Fue la historia lo que habló a través de ellos. Una historia llena de </w:t>
      </w:r>
      <w:proofErr w:type="gramStart"/>
      <w:r w:rsidR="00FF087F" w:rsidRPr="00FF087F">
        <w:rPr>
          <w:rFonts w:ascii="Times New Roman" w:eastAsia="Times New Roman" w:hAnsi="Times New Roman" w:cs="Times New Roman"/>
          <w:b/>
          <w:i/>
          <w:spacing w:val="5"/>
          <w:lang w:val="es-ES" w:eastAsia="es-ES"/>
        </w:rPr>
        <w:t>errores..</w:t>
      </w:r>
      <w:proofErr w:type="gramEnd"/>
      <w:r w:rsidR="00FF087F" w:rsidRPr="00FF087F">
        <w:rPr>
          <w:rFonts w:ascii="Times New Roman" w:eastAsia="Times New Roman" w:hAnsi="Times New Roman" w:cs="Times New Roman"/>
          <w:b/>
          <w:i/>
          <w:spacing w:val="5"/>
          <w:lang w:val="es-ES" w:eastAsia="es-ES"/>
        </w:rPr>
        <w:t>” (Pág. 185)</w:t>
      </w:r>
    </w:p>
    <w:p w:rsidR="002C3B0C" w:rsidRPr="00FF087F" w:rsidRDefault="00FF087F" w:rsidP="00FF087F">
      <w:pPr>
        <w:tabs>
          <w:tab w:val="left" w:pos="405"/>
          <w:tab w:val="left" w:pos="1965"/>
        </w:tabs>
        <w:spacing w:before="480" w:after="0"/>
        <w:jc w:val="both"/>
        <w:rPr>
          <w:rFonts w:ascii="Times New Roman" w:hAnsi="Times New Roman" w:cs="Times New Roman"/>
          <w:sz w:val="24"/>
          <w:szCs w:val="24"/>
        </w:rPr>
      </w:pPr>
      <w:r w:rsidRPr="00FF087F">
        <w:rPr>
          <w:rFonts w:ascii="Times New Roman" w:eastAsia="Times New Roman" w:hAnsi="Times New Roman" w:cs="Times New Roman"/>
          <w:b/>
          <w:spacing w:val="5"/>
          <w:sz w:val="24"/>
          <w:szCs w:val="24"/>
          <w:lang w:val="es-ES" w:eastAsia="es-ES"/>
        </w:rPr>
        <w:tab/>
      </w:r>
      <w:proofErr w:type="spellStart"/>
      <w:r w:rsidR="0038245A" w:rsidRPr="00FF087F">
        <w:rPr>
          <w:rFonts w:ascii="Times New Roman" w:hAnsi="Times New Roman" w:cs="Times New Roman"/>
          <w:sz w:val="24"/>
          <w:szCs w:val="24"/>
        </w:rPr>
        <w:t>Por</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su</w:t>
      </w:r>
      <w:proofErr w:type="spellEnd"/>
      <w:r w:rsidR="0038245A" w:rsidRPr="00FF087F">
        <w:rPr>
          <w:rFonts w:ascii="Times New Roman" w:hAnsi="Times New Roman" w:cs="Times New Roman"/>
          <w:sz w:val="24"/>
          <w:szCs w:val="24"/>
        </w:rPr>
        <w:t xml:space="preserve"> parte, Petrus </w:t>
      </w:r>
      <w:proofErr w:type="spellStart"/>
      <w:r w:rsidR="0038245A" w:rsidRPr="00FF087F">
        <w:rPr>
          <w:rFonts w:ascii="Times New Roman" w:hAnsi="Times New Roman" w:cs="Times New Roman"/>
          <w:sz w:val="24"/>
          <w:szCs w:val="24"/>
        </w:rPr>
        <w:t>representa</w:t>
      </w:r>
      <w:proofErr w:type="spellEnd"/>
      <w:r w:rsidR="0038245A" w:rsidRPr="00FF087F">
        <w:rPr>
          <w:rFonts w:ascii="Times New Roman" w:hAnsi="Times New Roman" w:cs="Times New Roman"/>
          <w:sz w:val="24"/>
          <w:szCs w:val="24"/>
        </w:rPr>
        <w:t xml:space="preserve"> la </w:t>
      </w:r>
      <w:proofErr w:type="spellStart"/>
      <w:r w:rsidR="0038245A" w:rsidRPr="00FF087F">
        <w:rPr>
          <w:rFonts w:ascii="Times New Roman" w:hAnsi="Times New Roman" w:cs="Times New Roman"/>
          <w:sz w:val="24"/>
          <w:szCs w:val="24"/>
        </w:rPr>
        <w:t>reconfiguración</w:t>
      </w:r>
      <w:proofErr w:type="spellEnd"/>
      <w:r w:rsidR="0038245A" w:rsidRPr="00FF087F">
        <w:rPr>
          <w:rFonts w:ascii="Times New Roman" w:hAnsi="Times New Roman" w:cs="Times New Roman"/>
          <w:sz w:val="24"/>
          <w:szCs w:val="24"/>
        </w:rPr>
        <w:t xml:space="preserve"> del </w:t>
      </w:r>
      <w:proofErr w:type="spellStart"/>
      <w:r w:rsidR="0038245A" w:rsidRPr="00FF087F">
        <w:rPr>
          <w:rFonts w:ascii="Times New Roman" w:hAnsi="Times New Roman" w:cs="Times New Roman"/>
          <w:sz w:val="24"/>
          <w:szCs w:val="24"/>
        </w:rPr>
        <w:t>poder</w:t>
      </w:r>
      <w:proofErr w:type="spellEnd"/>
      <w:r w:rsidR="0038245A" w:rsidRPr="00FF087F">
        <w:rPr>
          <w:rFonts w:ascii="Times New Roman" w:hAnsi="Times New Roman" w:cs="Times New Roman"/>
          <w:sz w:val="24"/>
          <w:szCs w:val="24"/>
        </w:rPr>
        <w:t xml:space="preserve">. Sin </w:t>
      </w:r>
      <w:proofErr w:type="spellStart"/>
      <w:r w:rsidR="0038245A" w:rsidRPr="00FF087F">
        <w:rPr>
          <w:rFonts w:ascii="Times New Roman" w:hAnsi="Times New Roman" w:cs="Times New Roman"/>
          <w:sz w:val="24"/>
          <w:szCs w:val="24"/>
        </w:rPr>
        <w:t>resentimiento</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ni</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heroísmo</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encarna</w:t>
      </w:r>
      <w:proofErr w:type="spellEnd"/>
      <w:r w:rsidR="0038245A" w:rsidRPr="00FF087F">
        <w:rPr>
          <w:rFonts w:ascii="Times New Roman" w:hAnsi="Times New Roman" w:cs="Times New Roman"/>
          <w:sz w:val="24"/>
          <w:szCs w:val="24"/>
        </w:rPr>
        <w:t xml:space="preserve"> al </w:t>
      </w:r>
      <w:proofErr w:type="spellStart"/>
      <w:r w:rsidR="0038245A" w:rsidRPr="00FF087F">
        <w:rPr>
          <w:rFonts w:ascii="Times New Roman" w:hAnsi="Times New Roman" w:cs="Times New Roman"/>
          <w:sz w:val="24"/>
          <w:szCs w:val="24"/>
        </w:rPr>
        <w:t>campesino</w:t>
      </w:r>
      <w:proofErr w:type="spellEnd"/>
      <w:r w:rsidR="0038245A" w:rsidRPr="00FF087F">
        <w:rPr>
          <w:rFonts w:ascii="Times New Roman" w:hAnsi="Times New Roman" w:cs="Times New Roman"/>
          <w:sz w:val="24"/>
          <w:szCs w:val="24"/>
        </w:rPr>
        <w:t xml:space="preserve"> que </w:t>
      </w:r>
      <w:proofErr w:type="spellStart"/>
      <w:r w:rsidR="0038245A" w:rsidRPr="00FF087F">
        <w:rPr>
          <w:rFonts w:ascii="Times New Roman" w:hAnsi="Times New Roman" w:cs="Times New Roman"/>
          <w:sz w:val="24"/>
          <w:szCs w:val="24"/>
        </w:rPr>
        <w:t>asciende</w:t>
      </w:r>
      <w:proofErr w:type="spellEnd"/>
      <w:r w:rsidR="0038245A" w:rsidRPr="00FF087F">
        <w:rPr>
          <w:rFonts w:ascii="Times New Roman" w:hAnsi="Times New Roman" w:cs="Times New Roman"/>
          <w:sz w:val="24"/>
          <w:szCs w:val="24"/>
        </w:rPr>
        <w:t xml:space="preserve"> lentamente </w:t>
      </w:r>
      <w:proofErr w:type="spellStart"/>
      <w:r w:rsidR="0038245A" w:rsidRPr="00FF087F">
        <w:rPr>
          <w:rFonts w:ascii="Times New Roman" w:hAnsi="Times New Roman" w:cs="Times New Roman"/>
          <w:sz w:val="24"/>
          <w:szCs w:val="24"/>
        </w:rPr>
        <w:t>en</w:t>
      </w:r>
      <w:proofErr w:type="spellEnd"/>
      <w:r w:rsidR="0038245A" w:rsidRPr="00FF087F">
        <w:rPr>
          <w:rFonts w:ascii="Times New Roman" w:hAnsi="Times New Roman" w:cs="Times New Roman"/>
          <w:sz w:val="24"/>
          <w:szCs w:val="24"/>
        </w:rPr>
        <w:t xml:space="preserve"> la </w:t>
      </w:r>
      <w:proofErr w:type="spellStart"/>
      <w:r w:rsidR="0038245A" w:rsidRPr="00FF087F">
        <w:rPr>
          <w:rFonts w:ascii="Times New Roman" w:hAnsi="Times New Roman" w:cs="Times New Roman"/>
          <w:sz w:val="24"/>
          <w:szCs w:val="24"/>
        </w:rPr>
        <w:t>nueva</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Sudáfrica</w:t>
      </w:r>
      <w:proofErr w:type="spellEnd"/>
      <w:r w:rsidR="0038245A" w:rsidRPr="00FF087F">
        <w:rPr>
          <w:rFonts w:ascii="Times New Roman" w:hAnsi="Times New Roman" w:cs="Times New Roman"/>
          <w:sz w:val="24"/>
          <w:szCs w:val="24"/>
        </w:rPr>
        <w:t xml:space="preserve">. Su </w:t>
      </w:r>
      <w:proofErr w:type="spellStart"/>
      <w:r w:rsidR="0038245A" w:rsidRPr="00FF087F">
        <w:rPr>
          <w:rFonts w:ascii="Times New Roman" w:hAnsi="Times New Roman" w:cs="Times New Roman"/>
          <w:sz w:val="24"/>
          <w:szCs w:val="24"/>
        </w:rPr>
        <w:t>frase</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Ya</w:t>
      </w:r>
      <w:proofErr w:type="spellEnd"/>
      <w:r w:rsidR="0038245A" w:rsidRPr="00FF087F">
        <w:rPr>
          <w:rFonts w:ascii="Times New Roman" w:hAnsi="Times New Roman" w:cs="Times New Roman"/>
          <w:sz w:val="24"/>
          <w:szCs w:val="24"/>
        </w:rPr>
        <w:t xml:space="preserve"> no soy </w:t>
      </w:r>
      <w:proofErr w:type="spellStart"/>
      <w:r w:rsidR="0038245A" w:rsidRPr="00FF087F">
        <w:rPr>
          <w:rFonts w:ascii="Times New Roman" w:hAnsi="Times New Roman" w:cs="Times New Roman"/>
          <w:sz w:val="24"/>
          <w:szCs w:val="24"/>
        </w:rPr>
        <w:t>ayudante</w:t>
      </w:r>
      <w:proofErr w:type="spellEnd"/>
      <w:r w:rsidR="0038245A" w:rsidRPr="00FF087F">
        <w:rPr>
          <w:rFonts w:ascii="Times New Roman" w:hAnsi="Times New Roman" w:cs="Times New Roman"/>
          <w:sz w:val="24"/>
          <w:szCs w:val="24"/>
        </w:rPr>
        <w:t xml:space="preserve">. Soy </w:t>
      </w:r>
      <w:proofErr w:type="spellStart"/>
      <w:r w:rsidR="0038245A" w:rsidRPr="00FF087F">
        <w:rPr>
          <w:rFonts w:ascii="Times New Roman" w:hAnsi="Times New Roman" w:cs="Times New Roman"/>
          <w:sz w:val="24"/>
          <w:szCs w:val="24"/>
        </w:rPr>
        <w:t>copropietario</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condensa</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esa</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inversión</w:t>
      </w:r>
      <w:proofErr w:type="spellEnd"/>
      <w:r w:rsidR="0038245A" w:rsidRPr="00FF087F">
        <w:rPr>
          <w:rFonts w:ascii="Times New Roman" w:hAnsi="Times New Roman" w:cs="Times New Roman"/>
          <w:sz w:val="24"/>
          <w:szCs w:val="24"/>
        </w:rPr>
        <w:t xml:space="preserve"> de </w:t>
      </w:r>
      <w:proofErr w:type="spellStart"/>
      <w:r w:rsidR="0038245A" w:rsidRPr="00FF087F">
        <w:rPr>
          <w:rFonts w:ascii="Times New Roman" w:hAnsi="Times New Roman" w:cs="Times New Roman"/>
          <w:sz w:val="24"/>
          <w:szCs w:val="24"/>
        </w:rPr>
        <w:t>jerarquías</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los</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dueños</w:t>
      </w:r>
      <w:proofErr w:type="spellEnd"/>
      <w:r w:rsidR="0038245A" w:rsidRPr="00FF087F">
        <w:rPr>
          <w:rFonts w:ascii="Times New Roman" w:hAnsi="Times New Roman" w:cs="Times New Roman"/>
          <w:sz w:val="24"/>
          <w:szCs w:val="24"/>
        </w:rPr>
        <w:t xml:space="preserve"> del </w:t>
      </w:r>
      <w:proofErr w:type="spellStart"/>
      <w:r w:rsidR="0038245A" w:rsidRPr="00FF087F">
        <w:rPr>
          <w:rFonts w:ascii="Times New Roman" w:hAnsi="Times New Roman" w:cs="Times New Roman"/>
          <w:sz w:val="24"/>
          <w:szCs w:val="24"/>
        </w:rPr>
        <w:t>pasado</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deben</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ahora</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aprender</w:t>
      </w:r>
      <w:proofErr w:type="spellEnd"/>
      <w:r w:rsidR="0038245A" w:rsidRPr="00FF087F">
        <w:rPr>
          <w:rFonts w:ascii="Times New Roman" w:hAnsi="Times New Roman" w:cs="Times New Roman"/>
          <w:sz w:val="24"/>
          <w:szCs w:val="24"/>
        </w:rPr>
        <w:t xml:space="preserve"> a </w:t>
      </w:r>
      <w:proofErr w:type="spellStart"/>
      <w:r w:rsidR="0038245A" w:rsidRPr="00FF087F">
        <w:rPr>
          <w:rFonts w:ascii="Times New Roman" w:hAnsi="Times New Roman" w:cs="Times New Roman"/>
          <w:sz w:val="24"/>
          <w:szCs w:val="24"/>
        </w:rPr>
        <w:t>vivir</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en</w:t>
      </w:r>
      <w:proofErr w:type="spellEnd"/>
      <w:r w:rsidR="0038245A" w:rsidRPr="00FF087F">
        <w:rPr>
          <w:rFonts w:ascii="Times New Roman" w:hAnsi="Times New Roman" w:cs="Times New Roman"/>
          <w:sz w:val="24"/>
          <w:szCs w:val="24"/>
        </w:rPr>
        <w:t xml:space="preserve"> un </w:t>
      </w:r>
      <w:proofErr w:type="spellStart"/>
      <w:r w:rsidR="0038245A" w:rsidRPr="00FF087F">
        <w:rPr>
          <w:rFonts w:ascii="Times New Roman" w:hAnsi="Times New Roman" w:cs="Times New Roman"/>
          <w:sz w:val="24"/>
          <w:szCs w:val="24"/>
        </w:rPr>
        <w:t>mundo</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donde</w:t>
      </w:r>
      <w:proofErr w:type="spellEnd"/>
      <w:r w:rsidR="0038245A" w:rsidRPr="00FF087F">
        <w:rPr>
          <w:rFonts w:ascii="Times New Roman" w:hAnsi="Times New Roman" w:cs="Times New Roman"/>
          <w:sz w:val="24"/>
          <w:szCs w:val="24"/>
        </w:rPr>
        <w:t xml:space="preserve"> </w:t>
      </w:r>
      <w:proofErr w:type="spellStart"/>
      <w:r w:rsidR="0038245A" w:rsidRPr="00FF087F">
        <w:rPr>
          <w:rFonts w:ascii="Times New Roman" w:hAnsi="Times New Roman" w:cs="Times New Roman"/>
          <w:sz w:val="24"/>
          <w:szCs w:val="24"/>
        </w:rPr>
        <w:t>ya</w:t>
      </w:r>
      <w:proofErr w:type="spellEnd"/>
      <w:r w:rsidR="0038245A" w:rsidRPr="00FF087F">
        <w:rPr>
          <w:rFonts w:ascii="Times New Roman" w:hAnsi="Times New Roman" w:cs="Times New Roman"/>
          <w:sz w:val="24"/>
          <w:szCs w:val="24"/>
        </w:rPr>
        <w:t xml:space="preserve"> no </w:t>
      </w:r>
      <w:proofErr w:type="spellStart"/>
      <w:r w:rsidR="0038245A" w:rsidRPr="00FF087F">
        <w:rPr>
          <w:rFonts w:ascii="Times New Roman" w:hAnsi="Times New Roman" w:cs="Times New Roman"/>
          <w:sz w:val="24"/>
          <w:szCs w:val="24"/>
        </w:rPr>
        <w:t>tienen</w:t>
      </w:r>
      <w:proofErr w:type="spellEnd"/>
      <w:r w:rsidR="0038245A" w:rsidRPr="00FF087F">
        <w:rPr>
          <w:rFonts w:ascii="Times New Roman" w:hAnsi="Times New Roman" w:cs="Times New Roman"/>
          <w:sz w:val="24"/>
          <w:szCs w:val="24"/>
        </w:rPr>
        <w:t xml:space="preserve"> el control.</w:t>
      </w:r>
    </w:p>
    <w:p w:rsidR="002C3B0C" w:rsidRPr="00FF087F" w:rsidRDefault="0038245A" w:rsidP="00C23669">
      <w:pPr>
        <w:spacing w:after="0"/>
        <w:jc w:val="both"/>
        <w:rPr>
          <w:rFonts w:ascii="Times New Roman" w:hAnsi="Times New Roman" w:cs="Times New Roman"/>
          <w:sz w:val="24"/>
          <w:szCs w:val="24"/>
        </w:rPr>
      </w:pPr>
      <w:r w:rsidRPr="00FF087F">
        <w:rPr>
          <w:rFonts w:ascii="Times New Roman" w:hAnsi="Times New Roman" w:cs="Times New Roman"/>
          <w:sz w:val="24"/>
          <w:szCs w:val="24"/>
        </w:rPr>
        <w:br/>
        <w:t xml:space="preserve">Si David </w:t>
      </w:r>
      <w:proofErr w:type="spellStart"/>
      <w:r w:rsidRPr="00FF087F">
        <w:rPr>
          <w:rFonts w:ascii="Times New Roman" w:hAnsi="Times New Roman" w:cs="Times New Roman"/>
          <w:sz w:val="24"/>
          <w:szCs w:val="24"/>
        </w:rPr>
        <w:t>representa</w:t>
      </w:r>
      <w:proofErr w:type="spellEnd"/>
      <w:r w:rsidRPr="00FF087F">
        <w:rPr>
          <w:rFonts w:ascii="Times New Roman" w:hAnsi="Times New Roman" w:cs="Times New Roman"/>
          <w:sz w:val="24"/>
          <w:szCs w:val="24"/>
        </w:rPr>
        <w:t xml:space="preserve"> la </w:t>
      </w:r>
      <w:proofErr w:type="spellStart"/>
      <w:r w:rsidRPr="00FF087F">
        <w:rPr>
          <w:rFonts w:ascii="Times New Roman" w:hAnsi="Times New Roman" w:cs="Times New Roman"/>
          <w:sz w:val="24"/>
          <w:szCs w:val="24"/>
        </w:rPr>
        <w:t>caída</w:t>
      </w:r>
      <w:proofErr w:type="spellEnd"/>
      <w:r w:rsidRPr="00FF087F">
        <w:rPr>
          <w:rFonts w:ascii="Times New Roman" w:hAnsi="Times New Roman" w:cs="Times New Roman"/>
          <w:sz w:val="24"/>
          <w:szCs w:val="24"/>
        </w:rPr>
        <w:t xml:space="preserve"> y Lucy la </w:t>
      </w:r>
      <w:proofErr w:type="spellStart"/>
      <w:r w:rsidRPr="00FF087F">
        <w:rPr>
          <w:rFonts w:ascii="Times New Roman" w:hAnsi="Times New Roman" w:cs="Times New Roman"/>
          <w:sz w:val="24"/>
          <w:szCs w:val="24"/>
        </w:rPr>
        <w:t>aceptación</w:t>
      </w:r>
      <w:proofErr w:type="spellEnd"/>
      <w:r w:rsidRPr="00FF087F">
        <w:rPr>
          <w:rFonts w:ascii="Times New Roman" w:hAnsi="Times New Roman" w:cs="Times New Roman"/>
          <w:sz w:val="24"/>
          <w:szCs w:val="24"/>
        </w:rPr>
        <w:t xml:space="preserve">, Bev Shaw </w:t>
      </w:r>
      <w:proofErr w:type="spellStart"/>
      <w:r w:rsidRPr="00FF087F">
        <w:rPr>
          <w:rFonts w:ascii="Times New Roman" w:hAnsi="Times New Roman" w:cs="Times New Roman"/>
          <w:sz w:val="24"/>
          <w:szCs w:val="24"/>
        </w:rPr>
        <w:t>encarna</w:t>
      </w:r>
      <w:proofErr w:type="spellEnd"/>
      <w:r w:rsidRPr="00FF087F">
        <w:rPr>
          <w:rFonts w:ascii="Times New Roman" w:hAnsi="Times New Roman" w:cs="Times New Roman"/>
          <w:sz w:val="24"/>
          <w:szCs w:val="24"/>
        </w:rPr>
        <w:t xml:space="preserve"> la </w:t>
      </w:r>
      <w:proofErr w:type="spellStart"/>
      <w:r w:rsidRPr="00FF087F">
        <w:rPr>
          <w:rFonts w:ascii="Times New Roman" w:hAnsi="Times New Roman" w:cs="Times New Roman"/>
          <w:sz w:val="24"/>
          <w:szCs w:val="24"/>
        </w:rPr>
        <w:t>gracia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práctica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Mujer</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madura</w:t>
      </w:r>
      <w:proofErr w:type="spellEnd"/>
      <w:r w:rsidRPr="00FF087F">
        <w:rPr>
          <w:rFonts w:ascii="Times New Roman" w:hAnsi="Times New Roman" w:cs="Times New Roman"/>
          <w:sz w:val="24"/>
          <w:szCs w:val="24"/>
        </w:rPr>
        <w:t xml:space="preserve">, sin </w:t>
      </w:r>
      <w:proofErr w:type="spellStart"/>
      <w:r w:rsidRPr="00FF087F">
        <w:rPr>
          <w:rFonts w:ascii="Times New Roman" w:hAnsi="Times New Roman" w:cs="Times New Roman"/>
          <w:sz w:val="24"/>
          <w:szCs w:val="24"/>
        </w:rPr>
        <w:t>atractivo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aparente</w:t>
      </w:r>
      <w:proofErr w:type="spellEnd"/>
      <w:r w:rsidRPr="00FF087F">
        <w:rPr>
          <w:rFonts w:ascii="Times New Roman" w:hAnsi="Times New Roman" w:cs="Times New Roman"/>
          <w:sz w:val="24"/>
          <w:szCs w:val="24"/>
        </w:rPr>
        <w:t xml:space="preserve">, dirige un </w:t>
      </w:r>
      <w:proofErr w:type="spellStart"/>
      <w:r w:rsidRPr="00FF087F">
        <w:rPr>
          <w:rFonts w:ascii="Times New Roman" w:hAnsi="Times New Roman" w:cs="Times New Roman"/>
          <w:sz w:val="24"/>
          <w:szCs w:val="24"/>
        </w:rPr>
        <w:t>refugio</w:t>
      </w:r>
      <w:proofErr w:type="spellEnd"/>
      <w:r w:rsidRPr="00FF087F">
        <w:rPr>
          <w:rFonts w:ascii="Times New Roman" w:hAnsi="Times New Roman" w:cs="Times New Roman"/>
          <w:sz w:val="24"/>
          <w:szCs w:val="24"/>
        </w:rPr>
        <w:t xml:space="preserve"> de </w:t>
      </w:r>
      <w:proofErr w:type="spellStart"/>
      <w:r w:rsidRPr="00FF087F">
        <w:rPr>
          <w:rFonts w:ascii="Times New Roman" w:hAnsi="Times New Roman" w:cs="Times New Roman"/>
          <w:sz w:val="24"/>
          <w:szCs w:val="24"/>
        </w:rPr>
        <w:t>animales</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donde</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ejerce</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una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bondad</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silenciosa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su</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relación</w:t>
      </w:r>
      <w:proofErr w:type="spellEnd"/>
      <w:r w:rsidRPr="00FF087F">
        <w:rPr>
          <w:rFonts w:ascii="Times New Roman" w:hAnsi="Times New Roman" w:cs="Times New Roman"/>
          <w:sz w:val="24"/>
          <w:szCs w:val="24"/>
        </w:rPr>
        <w:t xml:space="preserve"> con Lurie, no hay </w:t>
      </w:r>
      <w:proofErr w:type="spellStart"/>
      <w:r w:rsidRPr="00FF087F">
        <w:rPr>
          <w:rFonts w:ascii="Times New Roman" w:hAnsi="Times New Roman" w:cs="Times New Roman"/>
          <w:sz w:val="24"/>
          <w:szCs w:val="24"/>
        </w:rPr>
        <w:t>deseo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ni</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redención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amorosa</w:t>
      </w:r>
      <w:proofErr w:type="spellEnd"/>
      <w:r w:rsidRPr="00FF087F">
        <w:rPr>
          <w:rFonts w:ascii="Times New Roman" w:hAnsi="Times New Roman" w:cs="Times New Roman"/>
          <w:sz w:val="24"/>
          <w:szCs w:val="24"/>
        </w:rPr>
        <w:t xml:space="preserve">: hay </w:t>
      </w:r>
      <w:proofErr w:type="spellStart"/>
      <w:r w:rsidRPr="00FF087F">
        <w:rPr>
          <w:rFonts w:ascii="Times New Roman" w:hAnsi="Times New Roman" w:cs="Times New Roman"/>
          <w:sz w:val="24"/>
          <w:szCs w:val="24"/>
        </w:rPr>
        <w:t>cuidado</w:t>
      </w:r>
      <w:proofErr w:type="spellEnd"/>
      <w:r w:rsidRPr="00FF087F">
        <w:rPr>
          <w:rFonts w:ascii="Times New Roman" w:hAnsi="Times New Roman" w:cs="Times New Roman"/>
          <w:sz w:val="24"/>
          <w:szCs w:val="24"/>
        </w:rPr>
        <w:t>.</w:t>
      </w:r>
    </w:p>
    <w:p w:rsidR="002C3B0C" w:rsidRPr="00FF087F" w:rsidRDefault="0038245A" w:rsidP="00C23669">
      <w:pPr>
        <w:spacing w:after="0"/>
        <w:jc w:val="both"/>
        <w:rPr>
          <w:rFonts w:ascii="Times New Roman" w:hAnsi="Times New Roman" w:cs="Times New Roman"/>
        </w:rPr>
      </w:pPr>
      <w:r w:rsidRPr="00C23669">
        <w:rPr>
          <w:rFonts w:ascii="Times New Roman" w:hAnsi="Times New Roman" w:cs="Times New Roman"/>
          <w:b/>
          <w:i/>
          <w:sz w:val="28"/>
          <w:szCs w:val="28"/>
        </w:rPr>
        <w:br/>
      </w:r>
      <w:r w:rsidRPr="00FF087F">
        <w:rPr>
          <w:rFonts w:ascii="Times New Roman" w:hAnsi="Times New Roman" w:cs="Times New Roman"/>
          <w:b/>
          <w:i/>
        </w:rPr>
        <w:t xml:space="preserve">“No se </w:t>
      </w:r>
      <w:proofErr w:type="spellStart"/>
      <w:r w:rsidRPr="00FF087F">
        <w:rPr>
          <w:rFonts w:ascii="Times New Roman" w:hAnsi="Times New Roman" w:cs="Times New Roman"/>
          <w:b/>
          <w:i/>
        </w:rPr>
        <w:t>trata</w:t>
      </w:r>
      <w:proofErr w:type="spellEnd"/>
      <w:r w:rsidRPr="00FF087F">
        <w:rPr>
          <w:rFonts w:ascii="Times New Roman" w:hAnsi="Times New Roman" w:cs="Times New Roman"/>
          <w:b/>
          <w:i/>
        </w:rPr>
        <w:t xml:space="preserve"> de </w:t>
      </w:r>
      <w:proofErr w:type="spellStart"/>
      <w:r w:rsidRPr="00FF087F">
        <w:rPr>
          <w:rFonts w:ascii="Times New Roman" w:hAnsi="Times New Roman" w:cs="Times New Roman"/>
          <w:b/>
          <w:i/>
        </w:rPr>
        <w:t>salvarlos</w:t>
      </w:r>
      <w:proofErr w:type="spellEnd"/>
      <w:r w:rsidRPr="00FF087F">
        <w:rPr>
          <w:rFonts w:ascii="Times New Roman" w:hAnsi="Times New Roman" w:cs="Times New Roman"/>
          <w:b/>
          <w:i/>
        </w:rPr>
        <w:t xml:space="preserve">, </w:t>
      </w:r>
      <w:proofErr w:type="spellStart"/>
      <w:r w:rsidRPr="00FF087F">
        <w:rPr>
          <w:rFonts w:ascii="Times New Roman" w:hAnsi="Times New Roman" w:cs="Times New Roman"/>
          <w:b/>
          <w:i/>
        </w:rPr>
        <w:t>sino</w:t>
      </w:r>
      <w:proofErr w:type="spellEnd"/>
      <w:r w:rsidRPr="00FF087F">
        <w:rPr>
          <w:rFonts w:ascii="Times New Roman" w:hAnsi="Times New Roman" w:cs="Times New Roman"/>
          <w:b/>
          <w:i/>
        </w:rPr>
        <w:t xml:space="preserve"> de </w:t>
      </w:r>
      <w:proofErr w:type="spellStart"/>
      <w:r w:rsidRPr="00FF087F">
        <w:rPr>
          <w:rFonts w:ascii="Times New Roman" w:hAnsi="Times New Roman" w:cs="Times New Roman"/>
          <w:b/>
          <w:i/>
        </w:rPr>
        <w:t>acompañarlos</w:t>
      </w:r>
      <w:proofErr w:type="spellEnd"/>
      <w:r w:rsidRPr="00FF087F">
        <w:rPr>
          <w:rFonts w:ascii="Times New Roman" w:hAnsi="Times New Roman" w:cs="Times New Roman"/>
          <w:b/>
          <w:i/>
        </w:rPr>
        <w:t xml:space="preserve"> </w:t>
      </w:r>
      <w:proofErr w:type="spellStart"/>
      <w:r w:rsidRPr="00FF087F">
        <w:rPr>
          <w:rFonts w:ascii="Times New Roman" w:hAnsi="Times New Roman" w:cs="Times New Roman"/>
          <w:b/>
          <w:i/>
        </w:rPr>
        <w:t>en</w:t>
      </w:r>
      <w:proofErr w:type="spellEnd"/>
      <w:r w:rsidRPr="00FF087F">
        <w:rPr>
          <w:rFonts w:ascii="Times New Roman" w:hAnsi="Times New Roman" w:cs="Times New Roman"/>
          <w:b/>
          <w:i/>
        </w:rPr>
        <w:t xml:space="preserve"> </w:t>
      </w:r>
      <w:proofErr w:type="spellStart"/>
      <w:r w:rsidRPr="00FF087F">
        <w:rPr>
          <w:rFonts w:ascii="Times New Roman" w:hAnsi="Times New Roman" w:cs="Times New Roman"/>
          <w:b/>
          <w:i/>
        </w:rPr>
        <w:t>su</w:t>
      </w:r>
      <w:proofErr w:type="spellEnd"/>
      <w:r w:rsidRPr="00FF087F">
        <w:rPr>
          <w:rFonts w:ascii="Times New Roman" w:hAnsi="Times New Roman" w:cs="Times New Roman"/>
          <w:b/>
          <w:i/>
        </w:rPr>
        <w:t xml:space="preserve"> final.”</w:t>
      </w:r>
    </w:p>
    <w:p w:rsidR="002C3B0C" w:rsidRPr="00FF087F" w:rsidRDefault="0038245A" w:rsidP="00C23669">
      <w:pPr>
        <w:spacing w:after="0"/>
        <w:jc w:val="both"/>
        <w:rPr>
          <w:rFonts w:ascii="Times New Roman" w:hAnsi="Times New Roman" w:cs="Times New Roman"/>
          <w:sz w:val="24"/>
          <w:szCs w:val="24"/>
        </w:rPr>
      </w:pPr>
      <w:r w:rsidRPr="00C23669">
        <w:rPr>
          <w:rFonts w:ascii="Times New Roman" w:hAnsi="Times New Roman" w:cs="Times New Roman"/>
          <w:sz w:val="28"/>
          <w:szCs w:val="28"/>
        </w:rPr>
        <w:br/>
      </w:r>
      <w:r w:rsidRPr="00FF087F">
        <w:rPr>
          <w:rFonts w:ascii="Times New Roman" w:hAnsi="Times New Roman" w:cs="Times New Roman"/>
          <w:sz w:val="24"/>
          <w:szCs w:val="24"/>
        </w:rPr>
        <w:t xml:space="preserve">Bev </w:t>
      </w:r>
      <w:proofErr w:type="spellStart"/>
      <w:r w:rsidRPr="00FF087F">
        <w:rPr>
          <w:rFonts w:ascii="Times New Roman" w:hAnsi="Times New Roman" w:cs="Times New Roman"/>
          <w:sz w:val="24"/>
          <w:szCs w:val="24"/>
        </w:rPr>
        <w:t>enseña</w:t>
      </w:r>
      <w:proofErr w:type="spellEnd"/>
      <w:r w:rsidRPr="00FF087F">
        <w:rPr>
          <w:rFonts w:ascii="Times New Roman" w:hAnsi="Times New Roman" w:cs="Times New Roman"/>
          <w:sz w:val="24"/>
          <w:szCs w:val="24"/>
        </w:rPr>
        <w:t xml:space="preserve"> a David </w:t>
      </w:r>
      <w:proofErr w:type="spellStart"/>
      <w:r w:rsidRPr="00FF087F">
        <w:rPr>
          <w:rFonts w:ascii="Times New Roman" w:hAnsi="Times New Roman" w:cs="Times New Roman"/>
          <w:sz w:val="24"/>
          <w:szCs w:val="24"/>
        </w:rPr>
        <w:t>una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lección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esencial</w:t>
      </w:r>
      <w:proofErr w:type="spellEnd"/>
      <w:r w:rsidRPr="00FF087F">
        <w:rPr>
          <w:rFonts w:ascii="Times New Roman" w:hAnsi="Times New Roman" w:cs="Times New Roman"/>
          <w:sz w:val="24"/>
          <w:szCs w:val="24"/>
        </w:rPr>
        <w:t xml:space="preserve">: la </w:t>
      </w:r>
      <w:proofErr w:type="spellStart"/>
      <w:r w:rsidRPr="00FF087F">
        <w:rPr>
          <w:rFonts w:ascii="Times New Roman" w:hAnsi="Times New Roman" w:cs="Times New Roman"/>
          <w:sz w:val="24"/>
          <w:szCs w:val="24"/>
        </w:rPr>
        <w:t>dignidad</w:t>
      </w:r>
      <w:proofErr w:type="spellEnd"/>
      <w:r w:rsidRPr="00FF087F">
        <w:rPr>
          <w:rFonts w:ascii="Times New Roman" w:hAnsi="Times New Roman" w:cs="Times New Roman"/>
          <w:sz w:val="24"/>
          <w:szCs w:val="24"/>
        </w:rPr>
        <w:t xml:space="preserve"> no </w:t>
      </w:r>
      <w:proofErr w:type="spellStart"/>
      <w:r w:rsidRPr="00FF087F">
        <w:rPr>
          <w:rFonts w:ascii="Times New Roman" w:hAnsi="Times New Roman" w:cs="Times New Roman"/>
          <w:sz w:val="24"/>
          <w:szCs w:val="24"/>
        </w:rPr>
        <w:t>está</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el </w:t>
      </w:r>
      <w:proofErr w:type="spellStart"/>
      <w:r w:rsidRPr="00FF087F">
        <w:rPr>
          <w:rFonts w:ascii="Times New Roman" w:hAnsi="Times New Roman" w:cs="Times New Roman"/>
          <w:sz w:val="24"/>
          <w:szCs w:val="24"/>
        </w:rPr>
        <w:t>poder</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ni</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el </w:t>
      </w:r>
      <w:proofErr w:type="spellStart"/>
      <w:r w:rsidRPr="00FF087F">
        <w:rPr>
          <w:rFonts w:ascii="Times New Roman" w:hAnsi="Times New Roman" w:cs="Times New Roman"/>
          <w:sz w:val="24"/>
          <w:szCs w:val="24"/>
        </w:rPr>
        <w:t>perdón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público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sino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la </w:t>
      </w:r>
      <w:proofErr w:type="spellStart"/>
      <w:r w:rsidRPr="00FF087F">
        <w:rPr>
          <w:rFonts w:ascii="Times New Roman" w:hAnsi="Times New Roman" w:cs="Times New Roman"/>
          <w:sz w:val="24"/>
          <w:szCs w:val="24"/>
        </w:rPr>
        <w:t>atención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paciente</w:t>
      </w:r>
      <w:proofErr w:type="spellEnd"/>
      <w:r w:rsidRPr="00FF087F">
        <w:rPr>
          <w:rFonts w:ascii="Times New Roman" w:hAnsi="Times New Roman" w:cs="Times New Roman"/>
          <w:sz w:val="24"/>
          <w:szCs w:val="24"/>
        </w:rPr>
        <w:t xml:space="preserve"> a la </w:t>
      </w:r>
      <w:proofErr w:type="spellStart"/>
      <w:r w:rsidRPr="00FF087F">
        <w:rPr>
          <w:rFonts w:ascii="Times New Roman" w:hAnsi="Times New Roman" w:cs="Times New Roman"/>
          <w:sz w:val="24"/>
          <w:szCs w:val="24"/>
        </w:rPr>
        <w:t>vida</w:t>
      </w:r>
      <w:proofErr w:type="spellEnd"/>
      <w:r w:rsidRPr="00FF087F">
        <w:rPr>
          <w:rFonts w:ascii="Times New Roman" w:hAnsi="Times New Roman" w:cs="Times New Roman"/>
          <w:sz w:val="24"/>
          <w:szCs w:val="24"/>
        </w:rPr>
        <w:t xml:space="preserve"> que </w:t>
      </w:r>
      <w:proofErr w:type="spellStart"/>
      <w:r w:rsidRPr="00FF087F">
        <w:rPr>
          <w:rFonts w:ascii="Times New Roman" w:hAnsi="Times New Roman" w:cs="Times New Roman"/>
          <w:sz w:val="24"/>
          <w:szCs w:val="24"/>
        </w:rPr>
        <w:t>sufre</w:t>
      </w:r>
      <w:proofErr w:type="spellEnd"/>
      <w:r w:rsidRPr="00FF087F">
        <w:rPr>
          <w:rFonts w:ascii="Times New Roman" w:hAnsi="Times New Roman" w:cs="Times New Roman"/>
          <w:sz w:val="24"/>
          <w:szCs w:val="24"/>
        </w:rPr>
        <w:t xml:space="preserve">. Los </w:t>
      </w:r>
      <w:proofErr w:type="spellStart"/>
      <w:r w:rsidRPr="00FF087F">
        <w:rPr>
          <w:rFonts w:ascii="Times New Roman" w:hAnsi="Times New Roman" w:cs="Times New Roman"/>
          <w:sz w:val="24"/>
          <w:szCs w:val="24"/>
        </w:rPr>
        <w:t>perros</w:t>
      </w:r>
      <w:proofErr w:type="spellEnd"/>
      <w:r w:rsidRPr="00FF087F">
        <w:rPr>
          <w:rFonts w:ascii="Times New Roman" w:hAnsi="Times New Roman" w:cs="Times New Roman"/>
          <w:sz w:val="24"/>
          <w:szCs w:val="24"/>
        </w:rPr>
        <w:t xml:space="preserve"> de la </w:t>
      </w:r>
      <w:proofErr w:type="spellStart"/>
      <w:r w:rsidRPr="00FF087F">
        <w:rPr>
          <w:rFonts w:ascii="Times New Roman" w:hAnsi="Times New Roman" w:cs="Times New Roman"/>
          <w:sz w:val="24"/>
          <w:szCs w:val="24"/>
        </w:rPr>
        <w:t>novela</w:t>
      </w:r>
      <w:proofErr w:type="spellEnd"/>
      <w:r w:rsidRPr="00FF087F">
        <w:rPr>
          <w:rFonts w:ascii="Times New Roman" w:hAnsi="Times New Roman" w:cs="Times New Roman"/>
          <w:sz w:val="24"/>
          <w:szCs w:val="24"/>
        </w:rPr>
        <w:t xml:space="preserve"> son mucho </w:t>
      </w:r>
      <w:proofErr w:type="spellStart"/>
      <w:r w:rsidRPr="00FF087F">
        <w:rPr>
          <w:rFonts w:ascii="Times New Roman" w:hAnsi="Times New Roman" w:cs="Times New Roman"/>
          <w:sz w:val="24"/>
          <w:szCs w:val="24"/>
        </w:rPr>
        <w:t>más</w:t>
      </w:r>
      <w:proofErr w:type="spellEnd"/>
      <w:r w:rsidRPr="00FF087F">
        <w:rPr>
          <w:rFonts w:ascii="Times New Roman" w:hAnsi="Times New Roman" w:cs="Times New Roman"/>
          <w:sz w:val="24"/>
          <w:szCs w:val="24"/>
        </w:rPr>
        <w:t xml:space="preserve"> que </w:t>
      </w:r>
      <w:proofErr w:type="spellStart"/>
      <w:r w:rsidRPr="00FF087F">
        <w:rPr>
          <w:rFonts w:ascii="Times New Roman" w:hAnsi="Times New Roman" w:cs="Times New Roman"/>
          <w:sz w:val="24"/>
          <w:szCs w:val="24"/>
        </w:rPr>
        <w:t>animales</w:t>
      </w:r>
      <w:proofErr w:type="spellEnd"/>
      <w:r w:rsidRPr="00FF087F">
        <w:rPr>
          <w:rFonts w:ascii="Times New Roman" w:hAnsi="Times New Roman" w:cs="Times New Roman"/>
          <w:sz w:val="24"/>
          <w:szCs w:val="24"/>
        </w:rPr>
        <w:t xml:space="preserve">; son un </w:t>
      </w:r>
      <w:proofErr w:type="spellStart"/>
      <w:r w:rsidRPr="00FF087F">
        <w:rPr>
          <w:rFonts w:ascii="Times New Roman" w:hAnsi="Times New Roman" w:cs="Times New Roman"/>
          <w:sz w:val="24"/>
          <w:szCs w:val="24"/>
        </w:rPr>
        <w:t>espejo</w:t>
      </w:r>
      <w:proofErr w:type="spellEnd"/>
      <w:r w:rsidRPr="00FF087F">
        <w:rPr>
          <w:rFonts w:ascii="Times New Roman" w:hAnsi="Times New Roman" w:cs="Times New Roman"/>
          <w:sz w:val="24"/>
          <w:szCs w:val="24"/>
        </w:rPr>
        <w:t xml:space="preserve"> del </w:t>
      </w:r>
      <w:proofErr w:type="spellStart"/>
      <w:r w:rsidRPr="00FF087F">
        <w:rPr>
          <w:rFonts w:ascii="Times New Roman" w:hAnsi="Times New Roman" w:cs="Times New Roman"/>
          <w:sz w:val="24"/>
          <w:szCs w:val="24"/>
        </w:rPr>
        <w:t>ser</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humano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degradado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una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metáfora</w:t>
      </w:r>
      <w:proofErr w:type="spellEnd"/>
      <w:r w:rsidRPr="00FF087F">
        <w:rPr>
          <w:rFonts w:ascii="Times New Roman" w:hAnsi="Times New Roman" w:cs="Times New Roman"/>
          <w:sz w:val="24"/>
          <w:szCs w:val="24"/>
        </w:rPr>
        <w:t xml:space="preserve"> de </w:t>
      </w:r>
      <w:proofErr w:type="spellStart"/>
      <w:r w:rsidRPr="00FF087F">
        <w:rPr>
          <w:rFonts w:ascii="Times New Roman" w:hAnsi="Times New Roman" w:cs="Times New Roman"/>
          <w:sz w:val="24"/>
          <w:szCs w:val="24"/>
        </w:rPr>
        <w:t>los</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seres</w:t>
      </w:r>
      <w:proofErr w:type="spellEnd"/>
      <w:r w:rsidRPr="00FF087F">
        <w:rPr>
          <w:rFonts w:ascii="Times New Roman" w:hAnsi="Times New Roman" w:cs="Times New Roman"/>
          <w:sz w:val="24"/>
          <w:szCs w:val="24"/>
        </w:rPr>
        <w:t xml:space="preserve"> sin </w:t>
      </w:r>
      <w:proofErr w:type="spellStart"/>
      <w:r w:rsidRPr="00FF087F">
        <w:rPr>
          <w:rFonts w:ascii="Times New Roman" w:hAnsi="Times New Roman" w:cs="Times New Roman"/>
          <w:sz w:val="24"/>
          <w:szCs w:val="24"/>
        </w:rPr>
        <w:t>voz</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una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sociedad</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marcada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por</w:t>
      </w:r>
      <w:proofErr w:type="spellEnd"/>
      <w:r w:rsidRPr="00FF087F">
        <w:rPr>
          <w:rFonts w:ascii="Times New Roman" w:hAnsi="Times New Roman" w:cs="Times New Roman"/>
          <w:sz w:val="24"/>
          <w:szCs w:val="24"/>
        </w:rPr>
        <w:t xml:space="preserve"> el </w:t>
      </w:r>
      <w:proofErr w:type="spellStart"/>
      <w:r w:rsidRPr="00FF087F">
        <w:rPr>
          <w:rFonts w:ascii="Times New Roman" w:hAnsi="Times New Roman" w:cs="Times New Roman"/>
          <w:sz w:val="24"/>
          <w:szCs w:val="24"/>
        </w:rPr>
        <w:t>desamparo</w:t>
      </w:r>
      <w:proofErr w:type="spellEnd"/>
      <w:r w:rsidRPr="00FF087F">
        <w:rPr>
          <w:rFonts w:ascii="Times New Roman" w:hAnsi="Times New Roman" w:cs="Times New Roman"/>
          <w:sz w:val="24"/>
          <w:szCs w:val="24"/>
        </w:rPr>
        <w:t xml:space="preserve">. Al </w:t>
      </w:r>
      <w:proofErr w:type="spellStart"/>
      <w:r w:rsidRPr="00FF087F">
        <w:rPr>
          <w:rFonts w:ascii="Times New Roman" w:hAnsi="Times New Roman" w:cs="Times New Roman"/>
          <w:sz w:val="24"/>
          <w:szCs w:val="24"/>
        </w:rPr>
        <w:t>llevar</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sus</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cuerpos</w:t>
      </w:r>
      <w:proofErr w:type="spellEnd"/>
      <w:r w:rsidRPr="00FF087F">
        <w:rPr>
          <w:rFonts w:ascii="Times New Roman" w:hAnsi="Times New Roman" w:cs="Times New Roman"/>
          <w:sz w:val="24"/>
          <w:szCs w:val="24"/>
        </w:rPr>
        <w:t xml:space="preserve"> al </w:t>
      </w:r>
      <w:proofErr w:type="spellStart"/>
      <w:r w:rsidRPr="00FF087F">
        <w:rPr>
          <w:rFonts w:ascii="Times New Roman" w:hAnsi="Times New Roman" w:cs="Times New Roman"/>
          <w:sz w:val="24"/>
          <w:szCs w:val="24"/>
        </w:rPr>
        <w:t>fuego</w:t>
      </w:r>
      <w:proofErr w:type="spellEnd"/>
      <w:r w:rsidRPr="00FF087F">
        <w:rPr>
          <w:rFonts w:ascii="Times New Roman" w:hAnsi="Times New Roman" w:cs="Times New Roman"/>
          <w:sz w:val="24"/>
          <w:szCs w:val="24"/>
        </w:rPr>
        <w:t xml:space="preserve"> con </w:t>
      </w:r>
      <w:proofErr w:type="spellStart"/>
      <w:r w:rsidRPr="00FF087F">
        <w:rPr>
          <w:rFonts w:ascii="Times New Roman" w:hAnsi="Times New Roman" w:cs="Times New Roman"/>
          <w:sz w:val="24"/>
          <w:szCs w:val="24"/>
        </w:rPr>
        <w:t>respeto</w:t>
      </w:r>
      <w:proofErr w:type="spellEnd"/>
      <w:r w:rsidRPr="00FF087F">
        <w:rPr>
          <w:rFonts w:ascii="Times New Roman" w:hAnsi="Times New Roman" w:cs="Times New Roman"/>
          <w:sz w:val="24"/>
          <w:szCs w:val="24"/>
        </w:rPr>
        <w:t xml:space="preserve">, David </w:t>
      </w:r>
      <w:proofErr w:type="spellStart"/>
      <w:r w:rsidRPr="00FF087F">
        <w:rPr>
          <w:rFonts w:ascii="Times New Roman" w:hAnsi="Times New Roman" w:cs="Times New Roman"/>
          <w:sz w:val="24"/>
          <w:szCs w:val="24"/>
        </w:rPr>
        <w:t>aprende</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una</w:t>
      </w:r>
      <w:proofErr w:type="spellEnd"/>
      <w:r w:rsidRPr="00FF087F">
        <w:rPr>
          <w:rFonts w:ascii="Times New Roman" w:hAnsi="Times New Roman" w:cs="Times New Roman"/>
          <w:sz w:val="24"/>
          <w:szCs w:val="24"/>
        </w:rPr>
        <w:t xml:space="preserve"> forma de </w:t>
      </w:r>
      <w:proofErr w:type="spellStart"/>
      <w:r w:rsidRPr="00FF087F">
        <w:rPr>
          <w:rFonts w:ascii="Times New Roman" w:hAnsi="Times New Roman" w:cs="Times New Roman"/>
          <w:sz w:val="24"/>
          <w:szCs w:val="24"/>
        </w:rPr>
        <w:t>amor</w:t>
      </w:r>
      <w:proofErr w:type="spellEnd"/>
      <w:r w:rsidRPr="00FF087F">
        <w:rPr>
          <w:rFonts w:ascii="Times New Roman" w:hAnsi="Times New Roman" w:cs="Times New Roman"/>
          <w:sz w:val="24"/>
          <w:szCs w:val="24"/>
        </w:rPr>
        <w:t xml:space="preserve"> sin ego, de </w:t>
      </w:r>
      <w:proofErr w:type="spellStart"/>
      <w:r w:rsidRPr="00FF087F">
        <w:rPr>
          <w:rFonts w:ascii="Times New Roman" w:hAnsi="Times New Roman" w:cs="Times New Roman"/>
          <w:sz w:val="24"/>
          <w:szCs w:val="24"/>
        </w:rPr>
        <w:t>servicio</w:t>
      </w:r>
      <w:proofErr w:type="spellEnd"/>
      <w:r w:rsidRPr="00FF087F">
        <w:rPr>
          <w:rFonts w:ascii="Times New Roman" w:hAnsi="Times New Roman" w:cs="Times New Roman"/>
          <w:sz w:val="24"/>
          <w:szCs w:val="24"/>
        </w:rPr>
        <w:t xml:space="preserve"> sin </w:t>
      </w:r>
      <w:proofErr w:type="spellStart"/>
      <w:r w:rsidRPr="00FF087F">
        <w:rPr>
          <w:rFonts w:ascii="Times New Roman" w:hAnsi="Times New Roman" w:cs="Times New Roman"/>
          <w:sz w:val="24"/>
          <w:szCs w:val="24"/>
        </w:rPr>
        <w:t>gloria</w:t>
      </w:r>
      <w:proofErr w:type="spellEnd"/>
      <w:r w:rsidRPr="00FF087F">
        <w:rPr>
          <w:rFonts w:ascii="Times New Roman" w:hAnsi="Times New Roman" w:cs="Times New Roman"/>
          <w:sz w:val="24"/>
          <w:szCs w:val="24"/>
        </w:rPr>
        <w:t>.</w:t>
      </w:r>
      <w:r w:rsidR="002C3B0C" w:rsidRPr="00FF087F">
        <w:rPr>
          <w:rFonts w:ascii="Times New Roman" w:hAnsi="Times New Roman" w:cs="Times New Roman"/>
          <w:sz w:val="24"/>
          <w:szCs w:val="24"/>
        </w:rPr>
        <w:t xml:space="preserve"> </w:t>
      </w:r>
      <w:r w:rsidRPr="00FF087F">
        <w:rPr>
          <w:rFonts w:ascii="Times New Roman" w:hAnsi="Times New Roman" w:cs="Times New Roman"/>
          <w:sz w:val="24"/>
          <w:szCs w:val="24"/>
        </w:rPr>
        <w:t xml:space="preserve">El </w:t>
      </w:r>
      <w:proofErr w:type="spellStart"/>
      <w:r w:rsidRPr="00FF087F">
        <w:rPr>
          <w:rFonts w:ascii="Times New Roman" w:hAnsi="Times New Roman" w:cs="Times New Roman"/>
          <w:sz w:val="24"/>
          <w:szCs w:val="24"/>
        </w:rPr>
        <w:t>perro</w:t>
      </w:r>
      <w:proofErr w:type="spellEnd"/>
      <w:r w:rsidRPr="00FF087F">
        <w:rPr>
          <w:rFonts w:ascii="Times New Roman" w:hAnsi="Times New Roman" w:cs="Times New Roman"/>
          <w:sz w:val="24"/>
          <w:szCs w:val="24"/>
        </w:rPr>
        <w:t xml:space="preserve"> final —</w:t>
      </w:r>
      <w:proofErr w:type="spellStart"/>
      <w:r w:rsidRPr="00FF087F">
        <w:rPr>
          <w:rFonts w:ascii="Times New Roman" w:hAnsi="Times New Roman" w:cs="Times New Roman"/>
          <w:sz w:val="24"/>
          <w:szCs w:val="24"/>
        </w:rPr>
        <w:t>aquel</w:t>
      </w:r>
      <w:proofErr w:type="spellEnd"/>
      <w:r w:rsidRPr="00FF087F">
        <w:rPr>
          <w:rFonts w:ascii="Times New Roman" w:hAnsi="Times New Roman" w:cs="Times New Roman"/>
          <w:sz w:val="24"/>
          <w:szCs w:val="24"/>
        </w:rPr>
        <w:t xml:space="preserve"> que decide </w:t>
      </w:r>
      <w:proofErr w:type="spellStart"/>
      <w:r w:rsidRPr="00FF087F">
        <w:rPr>
          <w:rFonts w:ascii="Times New Roman" w:hAnsi="Times New Roman" w:cs="Times New Roman"/>
          <w:sz w:val="24"/>
          <w:szCs w:val="24"/>
        </w:rPr>
        <w:t>sacrificar</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aun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cuando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podría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salvarlo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simboliza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su</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última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renuncia</w:t>
      </w:r>
      <w:proofErr w:type="spellEnd"/>
      <w:r w:rsidRPr="00FF087F">
        <w:rPr>
          <w:rFonts w:ascii="Times New Roman" w:hAnsi="Times New Roman" w:cs="Times New Roman"/>
          <w:sz w:val="24"/>
          <w:szCs w:val="24"/>
        </w:rPr>
        <w:t xml:space="preserve"> al control: la </w:t>
      </w:r>
      <w:proofErr w:type="spellStart"/>
      <w:r w:rsidRPr="00FF087F">
        <w:rPr>
          <w:rFonts w:ascii="Times New Roman" w:hAnsi="Times New Roman" w:cs="Times New Roman"/>
          <w:sz w:val="24"/>
          <w:szCs w:val="24"/>
        </w:rPr>
        <w:t>aceptación</w:t>
      </w:r>
      <w:proofErr w:type="spellEnd"/>
      <w:r w:rsidRPr="00FF087F">
        <w:rPr>
          <w:rFonts w:ascii="Times New Roman" w:hAnsi="Times New Roman" w:cs="Times New Roman"/>
          <w:sz w:val="24"/>
          <w:szCs w:val="24"/>
        </w:rPr>
        <w:t xml:space="preserve"> plena de la </w:t>
      </w:r>
      <w:proofErr w:type="spellStart"/>
      <w:r w:rsidRPr="00FF087F">
        <w:rPr>
          <w:rFonts w:ascii="Times New Roman" w:hAnsi="Times New Roman" w:cs="Times New Roman"/>
          <w:sz w:val="24"/>
          <w:szCs w:val="24"/>
        </w:rPr>
        <w:t>vulnerabilidad</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como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condición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humana</w:t>
      </w:r>
      <w:proofErr w:type="spellEnd"/>
      <w:r w:rsidRPr="00FF087F">
        <w:rPr>
          <w:rFonts w:ascii="Times New Roman" w:hAnsi="Times New Roman" w:cs="Times New Roman"/>
          <w:sz w:val="24"/>
          <w:szCs w:val="24"/>
        </w:rPr>
        <w:t>.</w:t>
      </w:r>
    </w:p>
    <w:p w:rsidR="002C3B0C" w:rsidRPr="00FF087F" w:rsidRDefault="0038245A" w:rsidP="00C23669">
      <w:pPr>
        <w:spacing w:after="0"/>
        <w:jc w:val="both"/>
        <w:rPr>
          <w:rFonts w:ascii="Times New Roman" w:hAnsi="Times New Roman" w:cs="Times New Roman"/>
          <w:sz w:val="24"/>
          <w:szCs w:val="24"/>
        </w:rPr>
      </w:pPr>
      <w:r w:rsidRPr="00FF087F">
        <w:rPr>
          <w:rFonts w:ascii="Times New Roman" w:hAnsi="Times New Roman" w:cs="Times New Roman"/>
          <w:sz w:val="24"/>
          <w:szCs w:val="24"/>
        </w:rPr>
        <w:t xml:space="preserve">La </w:t>
      </w:r>
      <w:proofErr w:type="spellStart"/>
      <w:r w:rsidRPr="00FF087F">
        <w:rPr>
          <w:rFonts w:ascii="Times New Roman" w:hAnsi="Times New Roman" w:cs="Times New Roman"/>
          <w:sz w:val="24"/>
          <w:szCs w:val="24"/>
        </w:rPr>
        <w:t>tierra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la que vive Lucy </w:t>
      </w:r>
      <w:proofErr w:type="spellStart"/>
      <w:r w:rsidRPr="00FF087F">
        <w:rPr>
          <w:rFonts w:ascii="Times New Roman" w:hAnsi="Times New Roman" w:cs="Times New Roman"/>
          <w:sz w:val="24"/>
          <w:szCs w:val="24"/>
        </w:rPr>
        <w:t>es</w:t>
      </w:r>
      <w:proofErr w:type="spellEnd"/>
      <w:r w:rsidRPr="00FF087F">
        <w:rPr>
          <w:rFonts w:ascii="Times New Roman" w:hAnsi="Times New Roman" w:cs="Times New Roman"/>
          <w:sz w:val="24"/>
          <w:szCs w:val="24"/>
        </w:rPr>
        <w:t xml:space="preserve"> el </w:t>
      </w:r>
      <w:proofErr w:type="spellStart"/>
      <w:r w:rsidRPr="00FF087F">
        <w:rPr>
          <w:rFonts w:ascii="Times New Roman" w:hAnsi="Times New Roman" w:cs="Times New Roman"/>
          <w:sz w:val="24"/>
          <w:szCs w:val="24"/>
        </w:rPr>
        <w:t>espacio</w:t>
      </w:r>
      <w:proofErr w:type="spellEnd"/>
      <w:r w:rsidRPr="00FF087F">
        <w:rPr>
          <w:rFonts w:ascii="Times New Roman" w:hAnsi="Times New Roman" w:cs="Times New Roman"/>
          <w:sz w:val="24"/>
          <w:szCs w:val="24"/>
        </w:rPr>
        <w:t xml:space="preserve"> del </w:t>
      </w:r>
      <w:proofErr w:type="spellStart"/>
      <w:r w:rsidRPr="00FF087F">
        <w:rPr>
          <w:rFonts w:ascii="Times New Roman" w:hAnsi="Times New Roman" w:cs="Times New Roman"/>
          <w:sz w:val="24"/>
          <w:szCs w:val="24"/>
        </w:rPr>
        <w:t>conflicto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histórico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territorio</w:t>
      </w:r>
      <w:proofErr w:type="spellEnd"/>
      <w:r w:rsidRPr="00FF087F">
        <w:rPr>
          <w:rFonts w:ascii="Times New Roman" w:hAnsi="Times New Roman" w:cs="Times New Roman"/>
          <w:sz w:val="24"/>
          <w:szCs w:val="24"/>
        </w:rPr>
        <w:t xml:space="preserve"> de </w:t>
      </w:r>
      <w:proofErr w:type="spellStart"/>
      <w:r w:rsidRPr="00FF087F">
        <w:rPr>
          <w:rFonts w:ascii="Times New Roman" w:hAnsi="Times New Roman" w:cs="Times New Roman"/>
          <w:sz w:val="24"/>
          <w:szCs w:val="24"/>
        </w:rPr>
        <w:t>pertenencia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pero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también</w:t>
      </w:r>
      <w:proofErr w:type="spellEnd"/>
      <w:r w:rsidRPr="00FF087F">
        <w:rPr>
          <w:rFonts w:ascii="Times New Roman" w:hAnsi="Times New Roman" w:cs="Times New Roman"/>
          <w:sz w:val="24"/>
          <w:szCs w:val="24"/>
        </w:rPr>
        <w:t xml:space="preserve"> de </w:t>
      </w:r>
      <w:proofErr w:type="spellStart"/>
      <w:r w:rsidRPr="00FF087F">
        <w:rPr>
          <w:rFonts w:ascii="Times New Roman" w:hAnsi="Times New Roman" w:cs="Times New Roman"/>
          <w:sz w:val="24"/>
          <w:szCs w:val="24"/>
        </w:rPr>
        <w:t>deuda</w:t>
      </w:r>
      <w:proofErr w:type="spellEnd"/>
      <w:r w:rsidRPr="00FF087F">
        <w:rPr>
          <w:rFonts w:ascii="Times New Roman" w:hAnsi="Times New Roman" w:cs="Times New Roman"/>
          <w:sz w:val="24"/>
          <w:szCs w:val="24"/>
        </w:rPr>
        <w:t xml:space="preserve">. Coetzee la </w:t>
      </w:r>
      <w:proofErr w:type="spellStart"/>
      <w:r w:rsidRPr="00FF087F">
        <w:rPr>
          <w:rFonts w:ascii="Times New Roman" w:hAnsi="Times New Roman" w:cs="Times New Roman"/>
          <w:sz w:val="24"/>
          <w:szCs w:val="24"/>
        </w:rPr>
        <w:t>convierte</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metáfora</w:t>
      </w:r>
      <w:proofErr w:type="spellEnd"/>
      <w:r w:rsidRPr="00FF087F">
        <w:rPr>
          <w:rFonts w:ascii="Times New Roman" w:hAnsi="Times New Roman" w:cs="Times New Roman"/>
          <w:sz w:val="24"/>
          <w:szCs w:val="24"/>
        </w:rPr>
        <w:t xml:space="preserve"> del </w:t>
      </w:r>
      <w:proofErr w:type="spellStart"/>
      <w:r w:rsidRPr="00FF087F">
        <w:rPr>
          <w:rFonts w:ascii="Times New Roman" w:hAnsi="Times New Roman" w:cs="Times New Roman"/>
          <w:sz w:val="24"/>
          <w:szCs w:val="24"/>
        </w:rPr>
        <w:t>cuerpo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femenino</w:t>
      </w:r>
      <w:proofErr w:type="spellEnd"/>
      <w:r w:rsidRPr="00FF087F">
        <w:rPr>
          <w:rFonts w:ascii="Times New Roman" w:hAnsi="Times New Roman" w:cs="Times New Roman"/>
          <w:sz w:val="24"/>
          <w:szCs w:val="24"/>
        </w:rPr>
        <w:t xml:space="preserve"> y del </w:t>
      </w:r>
      <w:proofErr w:type="spellStart"/>
      <w:r w:rsidRPr="00FF087F">
        <w:rPr>
          <w:rFonts w:ascii="Times New Roman" w:hAnsi="Times New Roman" w:cs="Times New Roman"/>
          <w:sz w:val="24"/>
          <w:szCs w:val="24"/>
        </w:rPr>
        <w:t>país</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violado</w:t>
      </w:r>
      <w:proofErr w:type="spellEnd"/>
      <w:r w:rsidRPr="00FF087F">
        <w:rPr>
          <w:rFonts w:ascii="Times New Roman" w:hAnsi="Times New Roman" w:cs="Times New Roman"/>
          <w:sz w:val="24"/>
          <w:szCs w:val="24"/>
        </w:rPr>
        <w:t xml:space="preserve"> que, sin embargo, </w:t>
      </w:r>
      <w:proofErr w:type="spellStart"/>
      <w:r w:rsidRPr="00FF087F">
        <w:rPr>
          <w:rFonts w:ascii="Times New Roman" w:hAnsi="Times New Roman" w:cs="Times New Roman"/>
          <w:sz w:val="24"/>
          <w:szCs w:val="24"/>
        </w:rPr>
        <w:t>insiste</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en</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florecer</w:t>
      </w:r>
      <w:proofErr w:type="spellEnd"/>
      <w:r w:rsidRPr="00FF087F">
        <w:rPr>
          <w:rFonts w:ascii="Times New Roman" w:hAnsi="Times New Roman" w:cs="Times New Roman"/>
          <w:sz w:val="24"/>
          <w:szCs w:val="24"/>
        </w:rPr>
        <w:t>.</w:t>
      </w:r>
    </w:p>
    <w:p w:rsidR="00623E25" w:rsidRPr="00FF087F" w:rsidRDefault="0038245A" w:rsidP="00C23669">
      <w:pPr>
        <w:spacing w:after="0"/>
        <w:jc w:val="both"/>
        <w:rPr>
          <w:rFonts w:ascii="Times New Roman" w:hAnsi="Times New Roman" w:cs="Times New Roman"/>
          <w:sz w:val="24"/>
          <w:szCs w:val="24"/>
        </w:rPr>
      </w:pPr>
      <w:r w:rsidRPr="00FF087F">
        <w:rPr>
          <w:rFonts w:ascii="Times New Roman" w:hAnsi="Times New Roman" w:cs="Times New Roman"/>
          <w:sz w:val="24"/>
          <w:szCs w:val="24"/>
        </w:rPr>
        <w:t xml:space="preserve">El </w:t>
      </w:r>
      <w:proofErr w:type="spellStart"/>
      <w:r w:rsidRPr="00FF087F">
        <w:rPr>
          <w:rFonts w:ascii="Times New Roman" w:hAnsi="Times New Roman" w:cs="Times New Roman"/>
          <w:sz w:val="24"/>
          <w:szCs w:val="24"/>
        </w:rPr>
        <w:t>fuego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actúa</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como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purificador</w:t>
      </w:r>
      <w:proofErr w:type="spellEnd"/>
      <w:r w:rsidRPr="00FF087F">
        <w:rPr>
          <w:rFonts w:ascii="Times New Roman" w:hAnsi="Times New Roman" w:cs="Times New Roman"/>
          <w:sz w:val="24"/>
          <w:szCs w:val="24"/>
        </w:rPr>
        <w:t xml:space="preserve"> y destructor: </w:t>
      </w:r>
      <w:proofErr w:type="spellStart"/>
      <w:r w:rsidRPr="00FF087F">
        <w:rPr>
          <w:rFonts w:ascii="Times New Roman" w:hAnsi="Times New Roman" w:cs="Times New Roman"/>
          <w:sz w:val="24"/>
          <w:szCs w:val="24"/>
        </w:rPr>
        <w:t>quema</w:t>
      </w:r>
      <w:proofErr w:type="spellEnd"/>
      <w:r w:rsidRPr="00FF087F">
        <w:rPr>
          <w:rFonts w:ascii="Times New Roman" w:hAnsi="Times New Roman" w:cs="Times New Roman"/>
          <w:sz w:val="24"/>
          <w:szCs w:val="24"/>
        </w:rPr>
        <w:t xml:space="preserve"> la casa de Lucy, </w:t>
      </w:r>
      <w:proofErr w:type="spellStart"/>
      <w:r w:rsidRPr="00FF087F">
        <w:rPr>
          <w:rFonts w:ascii="Times New Roman" w:hAnsi="Times New Roman" w:cs="Times New Roman"/>
          <w:sz w:val="24"/>
          <w:szCs w:val="24"/>
        </w:rPr>
        <w:t>pero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también</w:t>
      </w:r>
      <w:proofErr w:type="spellEnd"/>
      <w:r w:rsidRPr="00FF087F">
        <w:rPr>
          <w:rFonts w:ascii="Times New Roman" w:hAnsi="Times New Roman" w:cs="Times New Roman"/>
          <w:sz w:val="24"/>
          <w:szCs w:val="24"/>
        </w:rPr>
        <w:t xml:space="preserve"> consume </w:t>
      </w:r>
      <w:proofErr w:type="spellStart"/>
      <w:r w:rsidRPr="00FF087F">
        <w:rPr>
          <w:rFonts w:ascii="Times New Roman" w:hAnsi="Times New Roman" w:cs="Times New Roman"/>
          <w:sz w:val="24"/>
          <w:szCs w:val="24"/>
        </w:rPr>
        <w:t>los</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cuerpos</w:t>
      </w:r>
      <w:proofErr w:type="spellEnd"/>
      <w:r w:rsidRPr="00FF087F">
        <w:rPr>
          <w:rFonts w:ascii="Times New Roman" w:hAnsi="Times New Roman" w:cs="Times New Roman"/>
          <w:sz w:val="24"/>
          <w:szCs w:val="24"/>
        </w:rPr>
        <w:t xml:space="preserve"> de </w:t>
      </w:r>
      <w:proofErr w:type="spellStart"/>
      <w:r w:rsidRPr="00FF087F">
        <w:rPr>
          <w:rFonts w:ascii="Times New Roman" w:hAnsi="Times New Roman" w:cs="Times New Roman"/>
          <w:sz w:val="24"/>
          <w:szCs w:val="24"/>
        </w:rPr>
        <w:t>los</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perros</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Es</w:t>
      </w:r>
      <w:proofErr w:type="spellEnd"/>
      <w:r w:rsidRPr="00FF087F">
        <w:rPr>
          <w:rFonts w:ascii="Times New Roman" w:hAnsi="Times New Roman" w:cs="Times New Roman"/>
          <w:sz w:val="24"/>
          <w:szCs w:val="24"/>
        </w:rPr>
        <w:t xml:space="preserve"> el </w:t>
      </w:r>
      <w:proofErr w:type="spellStart"/>
      <w:r w:rsidRPr="00FF087F">
        <w:rPr>
          <w:rFonts w:ascii="Times New Roman" w:hAnsi="Times New Roman" w:cs="Times New Roman"/>
          <w:sz w:val="24"/>
          <w:szCs w:val="24"/>
        </w:rPr>
        <w:t>elemento</w:t>
      </w:r>
      <w:proofErr w:type="spellEnd"/>
      <w:r w:rsidRPr="00FF087F">
        <w:rPr>
          <w:rFonts w:ascii="Times New Roman" w:hAnsi="Times New Roman" w:cs="Times New Roman"/>
          <w:sz w:val="24"/>
          <w:szCs w:val="24"/>
        </w:rPr>
        <w:t xml:space="preserve"> del </w:t>
      </w:r>
      <w:proofErr w:type="spellStart"/>
      <w:r w:rsidRPr="00FF087F">
        <w:rPr>
          <w:rFonts w:ascii="Times New Roman" w:hAnsi="Times New Roman" w:cs="Times New Roman"/>
          <w:sz w:val="24"/>
          <w:szCs w:val="24"/>
        </w:rPr>
        <w:t>cambio</w:t>
      </w:r>
      <w:proofErr w:type="spellEnd"/>
      <w:r w:rsidRPr="00FF087F">
        <w:rPr>
          <w:rFonts w:ascii="Times New Roman" w:hAnsi="Times New Roman" w:cs="Times New Roman"/>
          <w:sz w:val="24"/>
          <w:szCs w:val="24"/>
        </w:rPr>
        <w:t xml:space="preserve">, del </w:t>
      </w:r>
      <w:proofErr w:type="spellStart"/>
      <w:r w:rsidRPr="00FF087F">
        <w:rPr>
          <w:rFonts w:ascii="Times New Roman" w:hAnsi="Times New Roman" w:cs="Times New Roman"/>
          <w:sz w:val="24"/>
          <w:szCs w:val="24"/>
        </w:rPr>
        <w:t>tránsito</w:t>
      </w:r>
      <w:proofErr w:type="spellEnd"/>
      <w:r w:rsidRPr="00FF087F">
        <w:rPr>
          <w:rFonts w:ascii="Times New Roman" w:hAnsi="Times New Roman" w:cs="Times New Roman"/>
          <w:sz w:val="24"/>
          <w:szCs w:val="24"/>
        </w:rPr>
        <w:t xml:space="preserve"> entre el </w:t>
      </w:r>
      <w:proofErr w:type="spellStart"/>
      <w:r w:rsidRPr="00FF087F">
        <w:rPr>
          <w:rFonts w:ascii="Times New Roman" w:hAnsi="Times New Roman" w:cs="Times New Roman"/>
          <w:sz w:val="24"/>
          <w:szCs w:val="24"/>
        </w:rPr>
        <w:t>mundo</w:t>
      </w:r>
      <w:proofErr w:type="spellEnd"/>
      <w:r w:rsidRPr="00FF087F">
        <w:rPr>
          <w:rFonts w:ascii="Times New Roman" w:hAnsi="Times New Roman" w:cs="Times New Roman"/>
          <w:sz w:val="24"/>
          <w:szCs w:val="24"/>
        </w:rPr>
        <w:t xml:space="preserve"> </w:t>
      </w:r>
      <w:proofErr w:type="spellStart"/>
      <w:r w:rsidRPr="00FF087F">
        <w:rPr>
          <w:rFonts w:ascii="Times New Roman" w:hAnsi="Times New Roman" w:cs="Times New Roman"/>
          <w:sz w:val="24"/>
          <w:szCs w:val="24"/>
        </w:rPr>
        <w:t>viejo</w:t>
      </w:r>
      <w:proofErr w:type="spellEnd"/>
      <w:r w:rsidRPr="00FF087F">
        <w:rPr>
          <w:rFonts w:ascii="Times New Roman" w:hAnsi="Times New Roman" w:cs="Times New Roman"/>
          <w:sz w:val="24"/>
          <w:szCs w:val="24"/>
        </w:rPr>
        <w:t xml:space="preserve"> y el </w:t>
      </w:r>
      <w:proofErr w:type="spellStart"/>
      <w:r w:rsidRPr="00FF087F">
        <w:rPr>
          <w:rFonts w:ascii="Times New Roman" w:hAnsi="Times New Roman" w:cs="Times New Roman"/>
          <w:sz w:val="24"/>
          <w:szCs w:val="24"/>
        </w:rPr>
        <w:t>nuevo</w:t>
      </w:r>
      <w:proofErr w:type="spellEnd"/>
      <w:r w:rsidRPr="00FF087F">
        <w:rPr>
          <w:rFonts w:ascii="Times New Roman" w:hAnsi="Times New Roman" w:cs="Times New Roman"/>
          <w:sz w:val="24"/>
          <w:szCs w:val="24"/>
        </w:rPr>
        <w:t>.</w:t>
      </w:r>
    </w:p>
    <w:p w:rsidR="00623E25" w:rsidRPr="00C23669" w:rsidRDefault="00623E25" w:rsidP="00C23669">
      <w:pPr>
        <w:spacing w:after="0"/>
        <w:jc w:val="both"/>
        <w:rPr>
          <w:rFonts w:ascii="Times New Roman" w:hAnsi="Times New Roman" w:cs="Times New Roman"/>
          <w:sz w:val="28"/>
          <w:szCs w:val="28"/>
        </w:rPr>
      </w:pPr>
    </w:p>
    <w:p w:rsidR="00EE79D4" w:rsidRPr="005F302C" w:rsidRDefault="0038245A" w:rsidP="00C23669">
      <w:pPr>
        <w:spacing w:after="0"/>
        <w:jc w:val="both"/>
        <w:rPr>
          <w:rFonts w:ascii="Times New Roman" w:hAnsi="Times New Roman" w:cs="Times New Roman"/>
          <w:sz w:val="24"/>
          <w:szCs w:val="24"/>
        </w:rPr>
      </w:pPr>
      <w:proofErr w:type="spellStart"/>
      <w:r w:rsidRPr="005F302C">
        <w:rPr>
          <w:rFonts w:ascii="Times New Roman" w:hAnsi="Times New Roman" w:cs="Times New Roman"/>
          <w:sz w:val="24"/>
          <w:szCs w:val="24"/>
        </w:rPr>
        <w:t>Por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último</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ópera</w:t>
      </w:r>
      <w:proofErr w:type="spellEnd"/>
      <w:r w:rsidRPr="005F302C">
        <w:rPr>
          <w:rFonts w:ascii="Times New Roman" w:hAnsi="Times New Roman" w:cs="Times New Roman"/>
          <w:sz w:val="24"/>
          <w:szCs w:val="24"/>
        </w:rPr>
        <w:t xml:space="preserve"> que David </w:t>
      </w:r>
      <w:proofErr w:type="spellStart"/>
      <w:r w:rsidRPr="005F302C">
        <w:rPr>
          <w:rFonts w:ascii="Times New Roman" w:hAnsi="Times New Roman" w:cs="Times New Roman"/>
          <w:sz w:val="24"/>
          <w:szCs w:val="24"/>
        </w:rPr>
        <w:t>intenta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componer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sobre</w:t>
      </w:r>
      <w:proofErr w:type="spellEnd"/>
      <w:r w:rsidRPr="005F302C">
        <w:rPr>
          <w:rFonts w:ascii="Times New Roman" w:hAnsi="Times New Roman" w:cs="Times New Roman"/>
          <w:sz w:val="24"/>
          <w:szCs w:val="24"/>
        </w:rPr>
        <w:t xml:space="preserve"> Byron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Italia </w:t>
      </w:r>
      <w:proofErr w:type="spellStart"/>
      <w:r w:rsidRPr="005F302C">
        <w:rPr>
          <w:rFonts w:ascii="Times New Roman" w:hAnsi="Times New Roman" w:cs="Times New Roman"/>
          <w:sz w:val="24"/>
          <w:szCs w:val="24"/>
        </w:rPr>
        <w:t>funciona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como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autorreflexión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estética</w:t>
      </w:r>
      <w:proofErr w:type="spellEnd"/>
      <w:r w:rsidRPr="005F302C">
        <w:rPr>
          <w:rFonts w:ascii="Times New Roman" w:hAnsi="Times New Roman" w:cs="Times New Roman"/>
          <w:sz w:val="24"/>
          <w:szCs w:val="24"/>
        </w:rPr>
        <w:t xml:space="preserve">. Al final, la </w:t>
      </w:r>
      <w:proofErr w:type="spellStart"/>
      <w:r w:rsidRPr="005F302C">
        <w:rPr>
          <w:rFonts w:ascii="Times New Roman" w:hAnsi="Times New Roman" w:cs="Times New Roman"/>
          <w:sz w:val="24"/>
          <w:szCs w:val="24"/>
        </w:rPr>
        <w:t>obra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deja</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tratar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sobre</w:t>
      </w:r>
      <w:proofErr w:type="spellEnd"/>
      <w:r w:rsidRPr="005F302C">
        <w:rPr>
          <w:rFonts w:ascii="Times New Roman" w:hAnsi="Times New Roman" w:cs="Times New Roman"/>
          <w:sz w:val="24"/>
          <w:szCs w:val="24"/>
        </w:rPr>
        <w:t xml:space="preserve"> el </w:t>
      </w:r>
      <w:proofErr w:type="spellStart"/>
      <w:r w:rsidRPr="005F302C">
        <w:rPr>
          <w:rFonts w:ascii="Times New Roman" w:hAnsi="Times New Roman" w:cs="Times New Roman"/>
          <w:sz w:val="24"/>
          <w:szCs w:val="24"/>
        </w:rPr>
        <w:t>poeta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romántico</w:t>
      </w:r>
      <w:proofErr w:type="spellEnd"/>
      <w:r w:rsidRPr="005F302C">
        <w:rPr>
          <w:rFonts w:ascii="Times New Roman" w:hAnsi="Times New Roman" w:cs="Times New Roman"/>
          <w:sz w:val="24"/>
          <w:szCs w:val="24"/>
        </w:rPr>
        <w:t xml:space="preserve"> para </w:t>
      </w:r>
      <w:proofErr w:type="spellStart"/>
      <w:r w:rsidRPr="005F302C">
        <w:rPr>
          <w:rFonts w:ascii="Times New Roman" w:hAnsi="Times New Roman" w:cs="Times New Roman"/>
          <w:sz w:val="24"/>
          <w:szCs w:val="24"/>
        </w:rPr>
        <w:t>centrarse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mujer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cansada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Teresa </w:t>
      </w:r>
      <w:proofErr w:type="spellStart"/>
      <w:r w:rsidRPr="005F302C">
        <w:rPr>
          <w:rFonts w:ascii="Times New Roman" w:hAnsi="Times New Roman" w:cs="Times New Roman"/>
          <w:sz w:val="24"/>
          <w:szCs w:val="24"/>
        </w:rPr>
        <w:t>Guiccioli</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envejecida</w:t>
      </w:r>
      <w:proofErr w:type="spellEnd"/>
      <w:r w:rsidRPr="005F302C">
        <w:rPr>
          <w:rFonts w:ascii="Times New Roman" w:hAnsi="Times New Roman" w:cs="Times New Roman"/>
          <w:sz w:val="24"/>
          <w:szCs w:val="24"/>
        </w:rPr>
        <w:t xml:space="preserve">. Lo sublime se </w:t>
      </w:r>
      <w:proofErr w:type="spellStart"/>
      <w:r w:rsidRPr="005F302C">
        <w:rPr>
          <w:rFonts w:ascii="Times New Roman" w:hAnsi="Times New Roman" w:cs="Times New Roman"/>
          <w:sz w:val="24"/>
          <w:szCs w:val="24"/>
        </w:rPr>
        <w:t>vuelve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íntimo</w:t>
      </w:r>
      <w:proofErr w:type="spellEnd"/>
      <w:r w:rsidRPr="005F302C">
        <w:rPr>
          <w:rFonts w:ascii="Times New Roman" w:hAnsi="Times New Roman" w:cs="Times New Roman"/>
          <w:sz w:val="24"/>
          <w:szCs w:val="24"/>
        </w:rPr>
        <w:t xml:space="preserve">: el arte </w:t>
      </w:r>
      <w:proofErr w:type="spellStart"/>
      <w:r w:rsidRPr="005F302C">
        <w:rPr>
          <w:rFonts w:ascii="Times New Roman" w:hAnsi="Times New Roman" w:cs="Times New Roman"/>
          <w:sz w:val="24"/>
          <w:szCs w:val="24"/>
        </w:rPr>
        <w:t>deja</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ser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gloria</w:t>
      </w:r>
      <w:proofErr w:type="spellEnd"/>
      <w:r w:rsidRPr="005F302C">
        <w:rPr>
          <w:rFonts w:ascii="Times New Roman" w:hAnsi="Times New Roman" w:cs="Times New Roman"/>
          <w:sz w:val="24"/>
          <w:szCs w:val="24"/>
        </w:rPr>
        <w:t xml:space="preserve"> para </w:t>
      </w:r>
      <w:proofErr w:type="spellStart"/>
      <w:r w:rsidRPr="005F302C">
        <w:rPr>
          <w:rFonts w:ascii="Times New Roman" w:hAnsi="Times New Roman" w:cs="Times New Roman"/>
          <w:sz w:val="24"/>
          <w:szCs w:val="24"/>
        </w:rPr>
        <w:t>convertirse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comprensión</w:t>
      </w:r>
      <w:proofErr w:type="spellEnd"/>
      <w:r w:rsidRPr="005F302C">
        <w:rPr>
          <w:rFonts w:ascii="Times New Roman" w:hAnsi="Times New Roman" w:cs="Times New Roman"/>
          <w:sz w:val="24"/>
          <w:szCs w:val="24"/>
        </w:rPr>
        <w:t>.</w:t>
      </w:r>
    </w:p>
    <w:p w:rsidR="0046417C" w:rsidRPr="005F302C" w:rsidRDefault="0046417C" w:rsidP="0046417C">
      <w:pPr>
        <w:tabs>
          <w:tab w:val="left" w:pos="3255"/>
        </w:tabs>
        <w:spacing w:after="0"/>
        <w:jc w:val="both"/>
        <w:rPr>
          <w:rFonts w:ascii="Times New Roman" w:hAnsi="Times New Roman" w:cs="Times New Roman"/>
          <w:sz w:val="24"/>
          <w:szCs w:val="24"/>
        </w:rPr>
      </w:pPr>
      <w:r w:rsidRPr="005F302C">
        <w:rPr>
          <w:rFonts w:ascii="Times New Roman" w:hAnsi="Times New Roman" w:cs="Times New Roman"/>
          <w:sz w:val="24"/>
          <w:szCs w:val="24"/>
        </w:rPr>
        <w:tab/>
      </w:r>
    </w:p>
    <w:p w:rsidR="00EE79D4" w:rsidRPr="005F302C" w:rsidRDefault="0038245A" w:rsidP="0046417C">
      <w:pPr>
        <w:tabs>
          <w:tab w:val="left" w:pos="3255"/>
        </w:tabs>
        <w:spacing w:after="0"/>
        <w:jc w:val="both"/>
        <w:rPr>
          <w:rFonts w:ascii="Times New Roman" w:hAnsi="Times New Roman" w:cs="Times New Roman"/>
          <w:sz w:val="24"/>
          <w:szCs w:val="24"/>
        </w:rPr>
      </w:pPr>
      <w:r w:rsidRPr="005F302C">
        <w:rPr>
          <w:rFonts w:ascii="Times New Roman" w:hAnsi="Times New Roman" w:cs="Times New Roman"/>
          <w:sz w:val="24"/>
          <w:szCs w:val="24"/>
        </w:rPr>
        <w:lastRenderedPageBreak/>
        <w:br/>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el </w:t>
      </w:r>
      <w:proofErr w:type="spellStart"/>
      <w:r w:rsidRPr="005F302C">
        <w:rPr>
          <w:rFonts w:ascii="Times New Roman" w:hAnsi="Times New Roman" w:cs="Times New Roman"/>
          <w:sz w:val="24"/>
          <w:szCs w:val="24"/>
        </w:rPr>
        <w:t>universo</w:t>
      </w:r>
      <w:proofErr w:type="spellEnd"/>
      <w:r w:rsidRPr="005F302C">
        <w:rPr>
          <w:rFonts w:ascii="Times New Roman" w:hAnsi="Times New Roman" w:cs="Times New Roman"/>
          <w:sz w:val="24"/>
          <w:szCs w:val="24"/>
        </w:rPr>
        <w:t xml:space="preserve"> de Coetzee, la </w:t>
      </w:r>
      <w:proofErr w:type="spellStart"/>
      <w:r w:rsidRPr="005F302C">
        <w:rPr>
          <w:rFonts w:ascii="Times New Roman" w:hAnsi="Times New Roman" w:cs="Times New Roman"/>
          <w:sz w:val="24"/>
          <w:szCs w:val="24"/>
        </w:rPr>
        <w:t>desgracia</w:t>
      </w:r>
      <w:proofErr w:type="spellEnd"/>
      <w:r w:rsidRPr="005F302C">
        <w:rPr>
          <w:rFonts w:ascii="Times New Roman" w:hAnsi="Times New Roman" w:cs="Times New Roman"/>
          <w:sz w:val="24"/>
          <w:szCs w:val="24"/>
        </w:rPr>
        <w:t xml:space="preserve"> no </w:t>
      </w:r>
      <w:proofErr w:type="spellStart"/>
      <w:r w:rsidRPr="005F302C">
        <w:rPr>
          <w:rFonts w:ascii="Times New Roman" w:hAnsi="Times New Roman" w:cs="Times New Roman"/>
          <w:sz w:val="24"/>
          <w:szCs w:val="24"/>
        </w:rPr>
        <w:t>es</w:t>
      </w:r>
      <w:proofErr w:type="spellEnd"/>
      <w:r w:rsidRPr="005F302C">
        <w:rPr>
          <w:rFonts w:ascii="Times New Roman" w:hAnsi="Times New Roman" w:cs="Times New Roman"/>
          <w:sz w:val="24"/>
          <w:szCs w:val="24"/>
        </w:rPr>
        <w:t xml:space="preserve"> solo </w:t>
      </w:r>
      <w:proofErr w:type="spellStart"/>
      <w:r w:rsidRPr="005F302C">
        <w:rPr>
          <w:rFonts w:ascii="Times New Roman" w:hAnsi="Times New Roman" w:cs="Times New Roman"/>
          <w:sz w:val="24"/>
          <w:szCs w:val="24"/>
        </w:rPr>
        <w:t>pérdida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sino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posibilidad</w:t>
      </w:r>
      <w:proofErr w:type="spellEnd"/>
      <w:r w:rsidRPr="005F302C">
        <w:rPr>
          <w:rFonts w:ascii="Times New Roman" w:hAnsi="Times New Roman" w:cs="Times New Roman"/>
          <w:sz w:val="24"/>
          <w:szCs w:val="24"/>
        </w:rPr>
        <w:t xml:space="preserve">. David Lurie </w:t>
      </w:r>
      <w:proofErr w:type="spellStart"/>
      <w:r w:rsidRPr="005F302C">
        <w:rPr>
          <w:rFonts w:ascii="Times New Roman" w:hAnsi="Times New Roman" w:cs="Times New Roman"/>
          <w:sz w:val="24"/>
          <w:szCs w:val="24"/>
        </w:rPr>
        <w:t>pierde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su</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reputación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su</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poder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su</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voz</w:t>
      </w:r>
      <w:proofErr w:type="spellEnd"/>
      <w:r w:rsidRPr="005F302C">
        <w:rPr>
          <w:rFonts w:ascii="Times New Roman" w:hAnsi="Times New Roman" w:cs="Times New Roman"/>
          <w:sz w:val="24"/>
          <w:szCs w:val="24"/>
        </w:rPr>
        <w:t xml:space="preserve">, y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ese </w:t>
      </w:r>
      <w:proofErr w:type="spellStart"/>
      <w:r w:rsidRPr="005F302C">
        <w:rPr>
          <w:rFonts w:ascii="Times New Roman" w:hAnsi="Times New Roman" w:cs="Times New Roman"/>
          <w:sz w:val="24"/>
          <w:szCs w:val="24"/>
        </w:rPr>
        <w:t>despojo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encuentra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forma </w:t>
      </w:r>
      <w:proofErr w:type="spellStart"/>
      <w:r w:rsidRPr="005F302C">
        <w:rPr>
          <w:rFonts w:ascii="Times New Roman" w:hAnsi="Times New Roman" w:cs="Times New Roman"/>
          <w:sz w:val="24"/>
          <w:szCs w:val="24"/>
        </w:rPr>
        <w:t>nueva</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humanidad</w:t>
      </w:r>
      <w:proofErr w:type="spellEnd"/>
      <w:r w:rsidRPr="005F302C">
        <w:rPr>
          <w:rFonts w:ascii="Times New Roman" w:hAnsi="Times New Roman" w:cs="Times New Roman"/>
          <w:sz w:val="24"/>
          <w:szCs w:val="24"/>
        </w:rPr>
        <w:t xml:space="preserve">. Lucy </w:t>
      </w:r>
      <w:proofErr w:type="spellStart"/>
      <w:r w:rsidRPr="005F302C">
        <w:rPr>
          <w:rFonts w:ascii="Times New Roman" w:hAnsi="Times New Roman" w:cs="Times New Roman"/>
          <w:sz w:val="24"/>
          <w:szCs w:val="24"/>
        </w:rPr>
        <w:t>transforma</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violación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un </w:t>
      </w:r>
      <w:proofErr w:type="spellStart"/>
      <w:r w:rsidRPr="005F302C">
        <w:rPr>
          <w:rFonts w:ascii="Times New Roman" w:hAnsi="Times New Roman" w:cs="Times New Roman"/>
          <w:sz w:val="24"/>
          <w:szCs w:val="24"/>
        </w:rPr>
        <w:t>pacto</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supervivencia</w:t>
      </w:r>
      <w:proofErr w:type="spellEnd"/>
      <w:r w:rsidRPr="005F302C">
        <w:rPr>
          <w:rFonts w:ascii="Times New Roman" w:hAnsi="Times New Roman" w:cs="Times New Roman"/>
          <w:sz w:val="24"/>
          <w:szCs w:val="24"/>
        </w:rPr>
        <w:t xml:space="preserve">; Bev </w:t>
      </w:r>
      <w:proofErr w:type="spellStart"/>
      <w:r w:rsidRPr="005F302C">
        <w:rPr>
          <w:rFonts w:ascii="Times New Roman" w:hAnsi="Times New Roman" w:cs="Times New Roman"/>
          <w:sz w:val="24"/>
          <w:szCs w:val="24"/>
        </w:rPr>
        <w:t>convierte</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muerte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compasión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incluso</w:t>
      </w:r>
      <w:proofErr w:type="spellEnd"/>
      <w:r w:rsidRPr="005F302C">
        <w:rPr>
          <w:rFonts w:ascii="Times New Roman" w:hAnsi="Times New Roman" w:cs="Times New Roman"/>
          <w:sz w:val="24"/>
          <w:szCs w:val="24"/>
        </w:rPr>
        <w:t xml:space="preserve"> Petrus, con </w:t>
      </w:r>
      <w:proofErr w:type="spellStart"/>
      <w:r w:rsidRPr="005F302C">
        <w:rPr>
          <w:rFonts w:ascii="Times New Roman" w:hAnsi="Times New Roman" w:cs="Times New Roman"/>
          <w:sz w:val="24"/>
          <w:szCs w:val="24"/>
        </w:rPr>
        <w:t>su</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pragmatismo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encarna</w:t>
      </w:r>
      <w:proofErr w:type="spellEnd"/>
      <w:r w:rsidRPr="005F302C">
        <w:rPr>
          <w:rFonts w:ascii="Times New Roman" w:hAnsi="Times New Roman" w:cs="Times New Roman"/>
          <w:sz w:val="24"/>
          <w:szCs w:val="24"/>
        </w:rPr>
        <w:t xml:space="preserve"> un </w:t>
      </w:r>
      <w:proofErr w:type="spellStart"/>
      <w:r w:rsidRPr="005F302C">
        <w:rPr>
          <w:rFonts w:ascii="Times New Roman" w:hAnsi="Times New Roman" w:cs="Times New Roman"/>
          <w:sz w:val="24"/>
          <w:szCs w:val="24"/>
        </w:rPr>
        <w:t>orden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distinto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menos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brillante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pero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más</w:t>
      </w:r>
      <w:proofErr w:type="spellEnd"/>
      <w:r w:rsidRPr="005F302C">
        <w:rPr>
          <w:rFonts w:ascii="Times New Roman" w:hAnsi="Times New Roman" w:cs="Times New Roman"/>
          <w:sz w:val="24"/>
          <w:szCs w:val="24"/>
        </w:rPr>
        <w:t xml:space="preserve"> real.</w:t>
      </w:r>
    </w:p>
    <w:p w:rsidR="00623E25" w:rsidRPr="005F302C" w:rsidRDefault="0038245A" w:rsidP="00C23669">
      <w:pPr>
        <w:spacing w:after="0"/>
        <w:jc w:val="both"/>
        <w:rPr>
          <w:rFonts w:ascii="Times New Roman" w:hAnsi="Times New Roman" w:cs="Times New Roman"/>
          <w:sz w:val="24"/>
          <w:szCs w:val="24"/>
        </w:rPr>
      </w:pPr>
      <w:r w:rsidRPr="00C23669">
        <w:rPr>
          <w:rFonts w:ascii="Times New Roman" w:hAnsi="Times New Roman" w:cs="Times New Roman"/>
          <w:sz w:val="28"/>
          <w:szCs w:val="28"/>
        </w:rPr>
        <w:br/>
      </w:r>
      <w:r w:rsidRPr="005F302C">
        <w:rPr>
          <w:rFonts w:ascii="Times New Roman" w:hAnsi="Times New Roman" w:cs="Times New Roman"/>
          <w:sz w:val="24"/>
          <w:szCs w:val="24"/>
        </w:rPr>
        <w:t xml:space="preserve">Coetzee no </w:t>
      </w:r>
      <w:proofErr w:type="spellStart"/>
      <w:r w:rsidRPr="005F302C">
        <w:rPr>
          <w:rFonts w:ascii="Times New Roman" w:hAnsi="Times New Roman" w:cs="Times New Roman"/>
          <w:sz w:val="24"/>
          <w:szCs w:val="24"/>
        </w:rPr>
        <w:t>ofrece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redención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religiosa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ni</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justicia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política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sino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ética</w:t>
      </w:r>
      <w:proofErr w:type="spellEnd"/>
      <w:r w:rsidRPr="005F302C">
        <w:rPr>
          <w:rFonts w:ascii="Times New Roman" w:hAnsi="Times New Roman" w:cs="Times New Roman"/>
          <w:sz w:val="24"/>
          <w:szCs w:val="24"/>
        </w:rPr>
        <w:t xml:space="preserve"> de la </w:t>
      </w:r>
      <w:proofErr w:type="spellStart"/>
      <w:r w:rsidRPr="005F302C">
        <w:rPr>
          <w:rFonts w:ascii="Times New Roman" w:hAnsi="Times New Roman" w:cs="Times New Roman"/>
          <w:sz w:val="24"/>
          <w:szCs w:val="24"/>
        </w:rPr>
        <w:t>vulnerabilidad</w:t>
      </w:r>
      <w:proofErr w:type="spellEnd"/>
      <w:r w:rsidRPr="005F302C">
        <w:rPr>
          <w:rFonts w:ascii="Times New Roman" w:hAnsi="Times New Roman" w:cs="Times New Roman"/>
          <w:sz w:val="24"/>
          <w:szCs w:val="24"/>
        </w:rPr>
        <w:t xml:space="preserve">: la idea de que solo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humillación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compartida</w:t>
      </w:r>
      <w:proofErr w:type="spellEnd"/>
      <w:r w:rsidRPr="005F302C">
        <w:rPr>
          <w:rFonts w:ascii="Times New Roman" w:hAnsi="Times New Roman" w:cs="Times New Roman"/>
          <w:sz w:val="24"/>
          <w:szCs w:val="24"/>
        </w:rPr>
        <w:t xml:space="preserve"> se </w:t>
      </w:r>
      <w:proofErr w:type="spellStart"/>
      <w:r w:rsidRPr="005F302C">
        <w:rPr>
          <w:rFonts w:ascii="Times New Roman" w:hAnsi="Times New Roman" w:cs="Times New Roman"/>
          <w:sz w:val="24"/>
          <w:szCs w:val="24"/>
        </w:rPr>
        <w:t>revela</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graci</w:t>
      </w:r>
      <w:r w:rsidR="00EE79D4" w:rsidRPr="005F302C">
        <w:rPr>
          <w:rFonts w:ascii="Times New Roman" w:hAnsi="Times New Roman" w:cs="Times New Roman"/>
          <w:sz w:val="24"/>
          <w:szCs w:val="24"/>
        </w:rPr>
        <w:t>a</w:t>
      </w:r>
      <w:proofErr w:type="spellEnd"/>
      <w:r w:rsidR="00EE79D4" w:rsidRPr="005F302C">
        <w:rPr>
          <w:rFonts w:ascii="Times New Roman" w:hAnsi="Times New Roman" w:cs="Times New Roman"/>
          <w:sz w:val="24"/>
          <w:szCs w:val="24"/>
        </w:rPr>
        <w:t xml:space="preserve">. Como escribe el </w:t>
      </w:r>
      <w:proofErr w:type="spellStart"/>
      <w:r w:rsidR="00EE79D4" w:rsidRPr="005F302C">
        <w:rPr>
          <w:rFonts w:ascii="Times New Roman" w:hAnsi="Times New Roman" w:cs="Times New Roman"/>
          <w:sz w:val="24"/>
          <w:szCs w:val="24"/>
        </w:rPr>
        <w:t>propio</w:t>
      </w:r>
      <w:proofErr w:type="spellEnd"/>
      <w:r w:rsidR="00EE79D4" w:rsidRPr="005F302C">
        <w:rPr>
          <w:rFonts w:ascii="Times New Roman" w:hAnsi="Times New Roman" w:cs="Times New Roman"/>
          <w:sz w:val="24"/>
          <w:szCs w:val="24"/>
        </w:rPr>
        <w:t xml:space="preserve"> Lurie</w:t>
      </w:r>
    </w:p>
    <w:p w:rsidR="00EE79D4" w:rsidRPr="005F302C" w:rsidRDefault="0038245A" w:rsidP="00C23669">
      <w:pPr>
        <w:spacing w:after="0"/>
        <w:jc w:val="both"/>
        <w:rPr>
          <w:rFonts w:ascii="Times New Roman" w:hAnsi="Times New Roman" w:cs="Times New Roman"/>
        </w:rPr>
      </w:pPr>
      <w:r w:rsidRPr="00C23669">
        <w:rPr>
          <w:rFonts w:ascii="Times New Roman" w:hAnsi="Times New Roman" w:cs="Times New Roman"/>
          <w:sz w:val="28"/>
          <w:szCs w:val="28"/>
        </w:rPr>
        <w:br/>
      </w:r>
      <w:r w:rsidRPr="005F302C">
        <w:rPr>
          <w:rFonts w:ascii="Times New Roman" w:hAnsi="Times New Roman" w:cs="Times New Roman"/>
          <w:b/>
          <w:i/>
        </w:rPr>
        <w:t>“</w:t>
      </w:r>
      <w:proofErr w:type="spellStart"/>
      <w:r w:rsidRPr="005F302C">
        <w:rPr>
          <w:rFonts w:ascii="Times New Roman" w:hAnsi="Times New Roman" w:cs="Times New Roman"/>
          <w:b/>
          <w:i/>
        </w:rPr>
        <w:t>Entonces</w:t>
      </w:r>
      <w:proofErr w:type="spellEnd"/>
      <w:r w:rsidRPr="005F302C">
        <w:rPr>
          <w:rFonts w:ascii="Times New Roman" w:hAnsi="Times New Roman" w:cs="Times New Roman"/>
          <w:b/>
          <w:i/>
        </w:rPr>
        <w:t xml:space="preserve">, </w:t>
      </w:r>
      <w:proofErr w:type="spellStart"/>
      <w:r w:rsidRPr="005F302C">
        <w:rPr>
          <w:rFonts w:ascii="Times New Roman" w:hAnsi="Times New Roman" w:cs="Times New Roman"/>
          <w:b/>
          <w:i/>
        </w:rPr>
        <w:t>si</w:t>
      </w:r>
      <w:proofErr w:type="spellEnd"/>
      <w:r w:rsidRPr="005F302C">
        <w:rPr>
          <w:rFonts w:ascii="Times New Roman" w:hAnsi="Times New Roman" w:cs="Times New Roman"/>
          <w:b/>
          <w:i/>
        </w:rPr>
        <w:t xml:space="preserve"> </w:t>
      </w:r>
      <w:proofErr w:type="spellStart"/>
      <w:r w:rsidRPr="005F302C">
        <w:rPr>
          <w:rFonts w:ascii="Times New Roman" w:hAnsi="Times New Roman" w:cs="Times New Roman"/>
          <w:b/>
          <w:i/>
        </w:rPr>
        <w:t>vamos</w:t>
      </w:r>
      <w:proofErr w:type="spellEnd"/>
      <w:r w:rsidRPr="005F302C">
        <w:rPr>
          <w:rFonts w:ascii="Times New Roman" w:hAnsi="Times New Roman" w:cs="Times New Roman"/>
          <w:b/>
          <w:i/>
        </w:rPr>
        <w:t xml:space="preserve"> a </w:t>
      </w:r>
      <w:proofErr w:type="spellStart"/>
      <w:r w:rsidRPr="005F302C">
        <w:rPr>
          <w:rFonts w:ascii="Times New Roman" w:hAnsi="Times New Roman" w:cs="Times New Roman"/>
          <w:b/>
          <w:i/>
        </w:rPr>
        <w:t>ser</w:t>
      </w:r>
      <w:proofErr w:type="spellEnd"/>
      <w:r w:rsidRPr="005F302C">
        <w:rPr>
          <w:rFonts w:ascii="Times New Roman" w:hAnsi="Times New Roman" w:cs="Times New Roman"/>
          <w:b/>
          <w:i/>
        </w:rPr>
        <w:t xml:space="preserve"> </w:t>
      </w:r>
      <w:proofErr w:type="spellStart"/>
      <w:r w:rsidRPr="005F302C">
        <w:rPr>
          <w:rFonts w:ascii="Times New Roman" w:hAnsi="Times New Roman" w:cs="Times New Roman"/>
          <w:b/>
          <w:i/>
        </w:rPr>
        <w:t>amables</w:t>
      </w:r>
      <w:proofErr w:type="spellEnd"/>
      <w:r w:rsidRPr="005F302C">
        <w:rPr>
          <w:rFonts w:ascii="Times New Roman" w:hAnsi="Times New Roman" w:cs="Times New Roman"/>
          <w:b/>
          <w:i/>
        </w:rPr>
        <w:t xml:space="preserve">, </w:t>
      </w:r>
      <w:proofErr w:type="spellStart"/>
      <w:r w:rsidRPr="005F302C">
        <w:rPr>
          <w:rFonts w:ascii="Times New Roman" w:hAnsi="Times New Roman" w:cs="Times New Roman"/>
          <w:b/>
          <w:i/>
        </w:rPr>
        <w:t>dejemos</w:t>
      </w:r>
      <w:proofErr w:type="spellEnd"/>
      <w:r w:rsidRPr="005F302C">
        <w:rPr>
          <w:rFonts w:ascii="Times New Roman" w:hAnsi="Times New Roman" w:cs="Times New Roman"/>
          <w:b/>
          <w:i/>
        </w:rPr>
        <w:t xml:space="preserve"> que </w:t>
      </w:r>
      <w:proofErr w:type="spellStart"/>
      <w:r w:rsidRPr="005F302C">
        <w:rPr>
          <w:rFonts w:ascii="Times New Roman" w:hAnsi="Times New Roman" w:cs="Times New Roman"/>
          <w:b/>
          <w:i/>
        </w:rPr>
        <w:t>sea</w:t>
      </w:r>
      <w:proofErr w:type="spellEnd"/>
      <w:r w:rsidRPr="005F302C">
        <w:rPr>
          <w:rFonts w:ascii="Times New Roman" w:hAnsi="Times New Roman" w:cs="Times New Roman"/>
          <w:b/>
          <w:i/>
        </w:rPr>
        <w:t xml:space="preserve"> </w:t>
      </w:r>
      <w:proofErr w:type="spellStart"/>
      <w:r w:rsidRPr="005F302C">
        <w:rPr>
          <w:rFonts w:ascii="Times New Roman" w:hAnsi="Times New Roman" w:cs="Times New Roman"/>
          <w:b/>
          <w:i/>
        </w:rPr>
        <w:t>por</w:t>
      </w:r>
      <w:proofErr w:type="spellEnd"/>
      <w:r w:rsidRPr="005F302C">
        <w:rPr>
          <w:rFonts w:ascii="Times New Roman" w:hAnsi="Times New Roman" w:cs="Times New Roman"/>
          <w:b/>
          <w:i/>
        </w:rPr>
        <w:t xml:space="preserve"> simple </w:t>
      </w:r>
      <w:proofErr w:type="spellStart"/>
      <w:r w:rsidRPr="005F302C">
        <w:rPr>
          <w:rFonts w:ascii="Times New Roman" w:hAnsi="Times New Roman" w:cs="Times New Roman"/>
          <w:b/>
          <w:i/>
        </w:rPr>
        <w:t>generosidad</w:t>
      </w:r>
      <w:proofErr w:type="spellEnd"/>
      <w:r w:rsidRPr="005F302C">
        <w:rPr>
          <w:rFonts w:ascii="Times New Roman" w:hAnsi="Times New Roman" w:cs="Times New Roman"/>
          <w:b/>
          <w:i/>
        </w:rPr>
        <w:t xml:space="preserve">, no </w:t>
      </w:r>
      <w:proofErr w:type="spellStart"/>
      <w:r w:rsidRPr="005F302C">
        <w:rPr>
          <w:rFonts w:ascii="Times New Roman" w:hAnsi="Times New Roman" w:cs="Times New Roman"/>
          <w:b/>
          <w:i/>
        </w:rPr>
        <w:t>porque</w:t>
      </w:r>
      <w:proofErr w:type="spellEnd"/>
      <w:r w:rsidRPr="005F302C">
        <w:rPr>
          <w:rFonts w:ascii="Times New Roman" w:hAnsi="Times New Roman" w:cs="Times New Roman"/>
          <w:b/>
          <w:i/>
        </w:rPr>
        <w:t xml:space="preserve"> </w:t>
      </w:r>
      <w:proofErr w:type="spellStart"/>
      <w:r w:rsidRPr="005F302C">
        <w:rPr>
          <w:rFonts w:ascii="Times New Roman" w:hAnsi="Times New Roman" w:cs="Times New Roman"/>
          <w:b/>
          <w:i/>
        </w:rPr>
        <w:t>temamos</w:t>
      </w:r>
      <w:proofErr w:type="spellEnd"/>
      <w:r w:rsidRPr="005F302C">
        <w:rPr>
          <w:rFonts w:ascii="Times New Roman" w:hAnsi="Times New Roman" w:cs="Times New Roman"/>
          <w:b/>
          <w:i/>
        </w:rPr>
        <w:t xml:space="preserve"> la culpa o la </w:t>
      </w:r>
      <w:proofErr w:type="spellStart"/>
      <w:r w:rsidRPr="005F302C">
        <w:rPr>
          <w:rFonts w:ascii="Times New Roman" w:hAnsi="Times New Roman" w:cs="Times New Roman"/>
          <w:b/>
          <w:i/>
        </w:rPr>
        <w:t>venganza</w:t>
      </w:r>
      <w:proofErr w:type="spellEnd"/>
      <w:r w:rsidRPr="005F302C">
        <w:rPr>
          <w:rFonts w:ascii="Times New Roman" w:hAnsi="Times New Roman" w:cs="Times New Roman"/>
          <w:b/>
          <w:i/>
        </w:rPr>
        <w:t>.”</w:t>
      </w:r>
    </w:p>
    <w:p w:rsidR="00EE79D4" w:rsidRPr="005F302C" w:rsidRDefault="0038245A" w:rsidP="00C23669">
      <w:pPr>
        <w:spacing w:after="0"/>
        <w:jc w:val="both"/>
        <w:rPr>
          <w:rFonts w:ascii="Times New Roman" w:hAnsi="Times New Roman" w:cs="Times New Roman"/>
          <w:sz w:val="24"/>
          <w:szCs w:val="24"/>
        </w:rPr>
      </w:pPr>
      <w:r w:rsidRPr="00C23669">
        <w:rPr>
          <w:rFonts w:ascii="Times New Roman" w:hAnsi="Times New Roman" w:cs="Times New Roman"/>
          <w:sz w:val="28"/>
          <w:szCs w:val="28"/>
        </w:rPr>
        <w:br/>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ese </w:t>
      </w:r>
      <w:proofErr w:type="spellStart"/>
      <w:r w:rsidRPr="005F302C">
        <w:rPr>
          <w:rFonts w:ascii="Times New Roman" w:hAnsi="Times New Roman" w:cs="Times New Roman"/>
          <w:sz w:val="24"/>
          <w:szCs w:val="24"/>
        </w:rPr>
        <w:t>reconocimiento</w:t>
      </w:r>
      <w:proofErr w:type="spellEnd"/>
      <w:r w:rsidRPr="005F302C">
        <w:rPr>
          <w:rFonts w:ascii="Times New Roman" w:hAnsi="Times New Roman" w:cs="Times New Roman"/>
          <w:sz w:val="24"/>
          <w:szCs w:val="24"/>
        </w:rPr>
        <w:t xml:space="preserve"> reside la </w:t>
      </w:r>
      <w:proofErr w:type="spellStart"/>
      <w:r w:rsidRPr="005F302C">
        <w:rPr>
          <w:rFonts w:ascii="Times New Roman" w:hAnsi="Times New Roman" w:cs="Times New Roman"/>
          <w:sz w:val="24"/>
          <w:szCs w:val="24"/>
        </w:rPr>
        <w:t>enseñanza</w:t>
      </w:r>
      <w:proofErr w:type="spellEnd"/>
      <w:r w:rsidRPr="005F302C">
        <w:rPr>
          <w:rFonts w:ascii="Times New Roman" w:hAnsi="Times New Roman" w:cs="Times New Roman"/>
          <w:sz w:val="24"/>
          <w:szCs w:val="24"/>
        </w:rPr>
        <w:t xml:space="preserve"> final: la </w:t>
      </w:r>
      <w:proofErr w:type="spellStart"/>
      <w:r w:rsidRPr="005F302C">
        <w:rPr>
          <w:rFonts w:ascii="Times New Roman" w:hAnsi="Times New Roman" w:cs="Times New Roman"/>
          <w:sz w:val="24"/>
          <w:szCs w:val="24"/>
        </w:rPr>
        <w:t>bondad</w:t>
      </w:r>
      <w:proofErr w:type="spellEnd"/>
      <w:r w:rsidRPr="005F302C">
        <w:rPr>
          <w:rFonts w:ascii="Times New Roman" w:hAnsi="Times New Roman" w:cs="Times New Roman"/>
          <w:sz w:val="24"/>
          <w:szCs w:val="24"/>
        </w:rPr>
        <w:t xml:space="preserve"> no surge del </w:t>
      </w:r>
      <w:proofErr w:type="spellStart"/>
      <w:r w:rsidRPr="005F302C">
        <w:rPr>
          <w:rFonts w:ascii="Times New Roman" w:hAnsi="Times New Roman" w:cs="Times New Roman"/>
          <w:sz w:val="24"/>
          <w:szCs w:val="24"/>
        </w:rPr>
        <w:t>deber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ni</w:t>
      </w:r>
      <w:proofErr w:type="spellEnd"/>
      <w:r w:rsidRPr="005F302C">
        <w:rPr>
          <w:rFonts w:ascii="Times New Roman" w:hAnsi="Times New Roman" w:cs="Times New Roman"/>
          <w:sz w:val="24"/>
          <w:szCs w:val="24"/>
        </w:rPr>
        <w:t xml:space="preserve"> del </w:t>
      </w:r>
      <w:proofErr w:type="spellStart"/>
      <w:r w:rsidRPr="005F302C">
        <w:rPr>
          <w:rFonts w:ascii="Times New Roman" w:hAnsi="Times New Roman" w:cs="Times New Roman"/>
          <w:sz w:val="24"/>
          <w:szCs w:val="24"/>
        </w:rPr>
        <w:t>miedo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sino</w:t>
      </w:r>
      <w:proofErr w:type="spellEnd"/>
      <w:r w:rsidRPr="005F302C">
        <w:rPr>
          <w:rFonts w:ascii="Times New Roman" w:hAnsi="Times New Roman" w:cs="Times New Roman"/>
          <w:sz w:val="24"/>
          <w:szCs w:val="24"/>
        </w:rPr>
        <w:t xml:space="preserve"> de la </w:t>
      </w:r>
      <w:proofErr w:type="spellStart"/>
      <w:r w:rsidRPr="005F302C">
        <w:rPr>
          <w:rFonts w:ascii="Times New Roman" w:hAnsi="Times New Roman" w:cs="Times New Roman"/>
          <w:sz w:val="24"/>
          <w:szCs w:val="24"/>
        </w:rPr>
        <w:t>comprensión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profunda</w:t>
      </w:r>
      <w:proofErr w:type="spellEnd"/>
      <w:r w:rsidRPr="005F302C">
        <w:rPr>
          <w:rFonts w:ascii="Times New Roman" w:hAnsi="Times New Roman" w:cs="Times New Roman"/>
          <w:sz w:val="24"/>
          <w:szCs w:val="24"/>
        </w:rPr>
        <w:t xml:space="preserve"> de la </w:t>
      </w:r>
      <w:proofErr w:type="spellStart"/>
      <w:r w:rsidRPr="005F302C">
        <w:rPr>
          <w:rFonts w:ascii="Times New Roman" w:hAnsi="Times New Roman" w:cs="Times New Roman"/>
          <w:sz w:val="24"/>
          <w:szCs w:val="24"/>
        </w:rPr>
        <w:t>fragilidad</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todos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los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seres</w:t>
      </w:r>
      <w:proofErr w:type="spellEnd"/>
      <w:r w:rsidRPr="005F302C">
        <w:rPr>
          <w:rFonts w:ascii="Times New Roman" w:hAnsi="Times New Roman" w:cs="Times New Roman"/>
          <w:sz w:val="24"/>
          <w:szCs w:val="24"/>
        </w:rPr>
        <w:t>.</w:t>
      </w:r>
    </w:p>
    <w:p w:rsidR="00EE79D4" w:rsidRPr="005F302C" w:rsidRDefault="0038245A" w:rsidP="00C23669">
      <w:pPr>
        <w:spacing w:after="0"/>
        <w:jc w:val="both"/>
        <w:rPr>
          <w:rFonts w:ascii="Times New Roman" w:hAnsi="Times New Roman" w:cs="Times New Roman"/>
          <w:sz w:val="24"/>
          <w:szCs w:val="24"/>
        </w:rPr>
      </w:pPr>
      <w:r w:rsidRPr="005F302C">
        <w:rPr>
          <w:rFonts w:ascii="Times New Roman" w:hAnsi="Times New Roman" w:cs="Times New Roman"/>
          <w:sz w:val="24"/>
          <w:szCs w:val="24"/>
        </w:rPr>
        <w:br/>
      </w:r>
      <w:proofErr w:type="spellStart"/>
      <w:r w:rsidRPr="005F302C">
        <w:rPr>
          <w:rFonts w:ascii="Times New Roman" w:hAnsi="Times New Roman" w:cs="Times New Roman"/>
          <w:sz w:val="24"/>
          <w:szCs w:val="24"/>
        </w:rPr>
        <w:t>Conclusión</w:t>
      </w:r>
      <w:proofErr w:type="spellEnd"/>
      <w:r w:rsidRPr="005F302C">
        <w:rPr>
          <w:rFonts w:ascii="Times New Roman" w:hAnsi="Times New Roman" w:cs="Times New Roman"/>
          <w:sz w:val="24"/>
          <w:szCs w:val="24"/>
        </w:rPr>
        <w:br/>
      </w:r>
      <w:r w:rsidRPr="005F302C">
        <w:rPr>
          <w:rFonts w:ascii="Times New Roman" w:hAnsi="Times New Roman" w:cs="Times New Roman"/>
          <w:sz w:val="24"/>
          <w:szCs w:val="24"/>
        </w:rPr>
        <w:br/>
      </w:r>
      <w:proofErr w:type="spellStart"/>
      <w:r w:rsidRPr="005F302C">
        <w:rPr>
          <w:rFonts w:ascii="Times New Roman" w:hAnsi="Times New Roman" w:cs="Times New Roman"/>
          <w:sz w:val="24"/>
          <w:szCs w:val="24"/>
        </w:rPr>
        <w:t>Desgracia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obra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sobre</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caída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pero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también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sobre</w:t>
      </w:r>
      <w:proofErr w:type="spellEnd"/>
      <w:r w:rsidRPr="005F302C">
        <w:rPr>
          <w:rFonts w:ascii="Times New Roman" w:hAnsi="Times New Roman" w:cs="Times New Roman"/>
          <w:sz w:val="24"/>
          <w:szCs w:val="24"/>
        </w:rPr>
        <w:t xml:space="preserve"> el </w:t>
      </w:r>
      <w:proofErr w:type="spellStart"/>
      <w:r w:rsidRPr="005F302C">
        <w:rPr>
          <w:rFonts w:ascii="Times New Roman" w:hAnsi="Times New Roman" w:cs="Times New Roman"/>
          <w:sz w:val="24"/>
          <w:szCs w:val="24"/>
        </w:rPr>
        <w:t>aprendizaje</w:t>
      </w:r>
      <w:proofErr w:type="spellEnd"/>
      <w:r w:rsidRPr="005F302C">
        <w:rPr>
          <w:rFonts w:ascii="Times New Roman" w:hAnsi="Times New Roman" w:cs="Times New Roman"/>
          <w:sz w:val="24"/>
          <w:szCs w:val="24"/>
        </w:rPr>
        <w:t xml:space="preserve"> que </w:t>
      </w:r>
      <w:proofErr w:type="spellStart"/>
      <w:r w:rsidRPr="005F302C">
        <w:rPr>
          <w:rFonts w:ascii="Times New Roman" w:hAnsi="Times New Roman" w:cs="Times New Roman"/>
          <w:sz w:val="24"/>
          <w:szCs w:val="24"/>
        </w:rPr>
        <w:t>brota</w:t>
      </w:r>
      <w:proofErr w:type="spellEnd"/>
      <w:r w:rsidRPr="005F302C">
        <w:rPr>
          <w:rFonts w:ascii="Times New Roman" w:hAnsi="Times New Roman" w:cs="Times New Roman"/>
          <w:sz w:val="24"/>
          <w:szCs w:val="24"/>
        </w:rPr>
        <w:t xml:space="preserve"> del </w:t>
      </w:r>
      <w:proofErr w:type="spellStart"/>
      <w:r w:rsidRPr="005F302C">
        <w:rPr>
          <w:rFonts w:ascii="Times New Roman" w:hAnsi="Times New Roman" w:cs="Times New Roman"/>
          <w:sz w:val="24"/>
          <w:szCs w:val="24"/>
        </w:rPr>
        <w:t>derrumbe</w:t>
      </w:r>
      <w:proofErr w:type="spellEnd"/>
      <w:r w:rsidRPr="005F302C">
        <w:rPr>
          <w:rFonts w:ascii="Times New Roman" w:hAnsi="Times New Roman" w:cs="Times New Roman"/>
          <w:sz w:val="24"/>
          <w:szCs w:val="24"/>
        </w:rPr>
        <w:t xml:space="preserve">. Coetzee </w:t>
      </w:r>
      <w:proofErr w:type="spellStart"/>
      <w:r w:rsidRPr="005F302C">
        <w:rPr>
          <w:rFonts w:ascii="Times New Roman" w:hAnsi="Times New Roman" w:cs="Times New Roman"/>
          <w:sz w:val="24"/>
          <w:szCs w:val="24"/>
        </w:rPr>
        <w:t>retrata</w:t>
      </w:r>
      <w:proofErr w:type="spellEnd"/>
      <w:r w:rsidRPr="005F302C">
        <w:rPr>
          <w:rFonts w:ascii="Times New Roman" w:hAnsi="Times New Roman" w:cs="Times New Roman"/>
          <w:sz w:val="24"/>
          <w:szCs w:val="24"/>
        </w:rPr>
        <w:t xml:space="preserve"> a un </w:t>
      </w:r>
      <w:proofErr w:type="spellStart"/>
      <w:r w:rsidRPr="005F302C">
        <w:rPr>
          <w:rFonts w:ascii="Times New Roman" w:hAnsi="Times New Roman" w:cs="Times New Roman"/>
          <w:sz w:val="24"/>
          <w:szCs w:val="24"/>
        </w:rPr>
        <w:t>país</w:t>
      </w:r>
      <w:proofErr w:type="spellEnd"/>
      <w:r w:rsidRPr="005F302C">
        <w:rPr>
          <w:rFonts w:ascii="Times New Roman" w:hAnsi="Times New Roman" w:cs="Times New Roman"/>
          <w:sz w:val="24"/>
          <w:szCs w:val="24"/>
        </w:rPr>
        <w:t xml:space="preserve"> y a un hombre que </w:t>
      </w:r>
      <w:proofErr w:type="spellStart"/>
      <w:r w:rsidRPr="005F302C">
        <w:rPr>
          <w:rFonts w:ascii="Times New Roman" w:hAnsi="Times New Roman" w:cs="Times New Roman"/>
          <w:sz w:val="24"/>
          <w:szCs w:val="24"/>
        </w:rPr>
        <w:t>pierden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su</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lugar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el </w:t>
      </w:r>
      <w:proofErr w:type="spellStart"/>
      <w:r w:rsidRPr="005F302C">
        <w:rPr>
          <w:rFonts w:ascii="Times New Roman" w:hAnsi="Times New Roman" w:cs="Times New Roman"/>
          <w:sz w:val="24"/>
          <w:szCs w:val="24"/>
        </w:rPr>
        <w:t>mundo</w:t>
      </w:r>
      <w:proofErr w:type="spellEnd"/>
      <w:r w:rsidRPr="005F302C">
        <w:rPr>
          <w:rFonts w:ascii="Times New Roman" w:hAnsi="Times New Roman" w:cs="Times New Roman"/>
          <w:sz w:val="24"/>
          <w:szCs w:val="24"/>
        </w:rPr>
        <w:t xml:space="preserve"> para </w:t>
      </w:r>
      <w:proofErr w:type="spellStart"/>
      <w:r w:rsidRPr="005F302C">
        <w:rPr>
          <w:rFonts w:ascii="Times New Roman" w:hAnsi="Times New Roman" w:cs="Times New Roman"/>
          <w:sz w:val="24"/>
          <w:szCs w:val="24"/>
        </w:rPr>
        <w:t>descubrir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forma </w:t>
      </w:r>
      <w:proofErr w:type="spellStart"/>
      <w:r w:rsidRPr="005F302C">
        <w:rPr>
          <w:rFonts w:ascii="Times New Roman" w:hAnsi="Times New Roman" w:cs="Times New Roman"/>
          <w:sz w:val="24"/>
          <w:szCs w:val="24"/>
        </w:rPr>
        <w:t>más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humilde</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estar</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él</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novela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trasciende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su</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contexto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sudafricano</w:t>
      </w:r>
      <w:proofErr w:type="spellEnd"/>
      <w:r w:rsidRPr="005F302C">
        <w:rPr>
          <w:rFonts w:ascii="Times New Roman" w:hAnsi="Times New Roman" w:cs="Times New Roman"/>
          <w:sz w:val="24"/>
          <w:szCs w:val="24"/>
        </w:rPr>
        <w:t xml:space="preserve"> y se </w:t>
      </w:r>
      <w:proofErr w:type="spellStart"/>
      <w:r w:rsidRPr="005F302C">
        <w:rPr>
          <w:rFonts w:ascii="Times New Roman" w:hAnsi="Times New Roman" w:cs="Times New Roman"/>
          <w:sz w:val="24"/>
          <w:szCs w:val="24"/>
        </w:rPr>
        <w:t>convierte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parábola</w:t>
      </w:r>
      <w:proofErr w:type="spellEnd"/>
      <w:r w:rsidRPr="005F302C">
        <w:rPr>
          <w:rFonts w:ascii="Times New Roman" w:hAnsi="Times New Roman" w:cs="Times New Roman"/>
          <w:sz w:val="24"/>
          <w:szCs w:val="24"/>
        </w:rPr>
        <w:t xml:space="preserve"> universal </w:t>
      </w:r>
      <w:proofErr w:type="spellStart"/>
      <w:r w:rsidRPr="005F302C">
        <w:rPr>
          <w:rFonts w:ascii="Times New Roman" w:hAnsi="Times New Roman" w:cs="Times New Roman"/>
          <w:sz w:val="24"/>
          <w:szCs w:val="24"/>
        </w:rPr>
        <w:t>sobre</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condición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humana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tiempos</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pérdida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donde</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gracia</w:t>
      </w:r>
      <w:proofErr w:type="spellEnd"/>
      <w:r w:rsidRPr="005F302C">
        <w:rPr>
          <w:rFonts w:ascii="Times New Roman" w:hAnsi="Times New Roman" w:cs="Times New Roman"/>
          <w:sz w:val="24"/>
          <w:szCs w:val="24"/>
        </w:rPr>
        <w:t xml:space="preserve"> solo se </w:t>
      </w:r>
      <w:proofErr w:type="spellStart"/>
      <w:r w:rsidRPr="005F302C">
        <w:rPr>
          <w:rFonts w:ascii="Times New Roman" w:hAnsi="Times New Roman" w:cs="Times New Roman"/>
          <w:sz w:val="24"/>
          <w:szCs w:val="24"/>
        </w:rPr>
        <w:t>encuentra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el </w:t>
      </w:r>
      <w:proofErr w:type="spellStart"/>
      <w:r w:rsidRPr="005F302C">
        <w:rPr>
          <w:rFonts w:ascii="Times New Roman" w:hAnsi="Times New Roman" w:cs="Times New Roman"/>
          <w:sz w:val="24"/>
          <w:szCs w:val="24"/>
        </w:rPr>
        <w:t>acto</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cuidar</w:t>
      </w:r>
      <w:proofErr w:type="spellEnd"/>
      <w:r w:rsidRPr="005F302C">
        <w:rPr>
          <w:rFonts w:ascii="Times New Roman" w:hAnsi="Times New Roman" w:cs="Times New Roman"/>
          <w:sz w:val="24"/>
          <w:szCs w:val="24"/>
        </w:rPr>
        <w:t xml:space="preserve">, no de </w:t>
      </w:r>
      <w:proofErr w:type="spellStart"/>
      <w:r w:rsidRPr="005F302C">
        <w:rPr>
          <w:rFonts w:ascii="Times New Roman" w:hAnsi="Times New Roman" w:cs="Times New Roman"/>
          <w:sz w:val="24"/>
          <w:szCs w:val="24"/>
        </w:rPr>
        <w:t>dominar</w:t>
      </w:r>
      <w:proofErr w:type="spellEnd"/>
      <w:r w:rsidRPr="005F302C">
        <w:rPr>
          <w:rFonts w:ascii="Times New Roman" w:hAnsi="Times New Roman" w:cs="Times New Roman"/>
          <w:sz w:val="24"/>
          <w:szCs w:val="24"/>
        </w:rPr>
        <w:t>.</w:t>
      </w:r>
    </w:p>
    <w:p w:rsidR="00623E25" w:rsidRPr="005F302C" w:rsidRDefault="0038245A" w:rsidP="00C23669">
      <w:pPr>
        <w:spacing w:after="0"/>
        <w:jc w:val="both"/>
        <w:rPr>
          <w:rFonts w:ascii="Times New Roman" w:hAnsi="Times New Roman" w:cs="Times New Roman"/>
          <w:sz w:val="24"/>
          <w:szCs w:val="24"/>
        </w:rPr>
      </w:pPr>
      <w:r w:rsidRPr="005F302C">
        <w:rPr>
          <w:rFonts w:ascii="Times New Roman" w:hAnsi="Times New Roman" w:cs="Times New Roman"/>
          <w:sz w:val="24"/>
          <w:szCs w:val="24"/>
        </w:rPr>
        <w:br/>
        <w:t xml:space="preserve">Al final, </w:t>
      </w:r>
      <w:proofErr w:type="spellStart"/>
      <w:r w:rsidRPr="005F302C">
        <w:rPr>
          <w:rFonts w:ascii="Times New Roman" w:hAnsi="Times New Roman" w:cs="Times New Roman"/>
          <w:sz w:val="24"/>
          <w:szCs w:val="24"/>
        </w:rPr>
        <w:t>cuando</w:t>
      </w:r>
      <w:proofErr w:type="spellEnd"/>
      <w:r w:rsidRPr="005F302C">
        <w:rPr>
          <w:rFonts w:ascii="Times New Roman" w:hAnsi="Times New Roman" w:cs="Times New Roman"/>
          <w:sz w:val="24"/>
          <w:szCs w:val="24"/>
        </w:rPr>
        <w:t xml:space="preserve"> David </w:t>
      </w:r>
      <w:proofErr w:type="spellStart"/>
      <w:r w:rsidRPr="005F302C">
        <w:rPr>
          <w:rFonts w:ascii="Times New Roman" w:hAnsi="Times New Roman" w:cs="Times New Roman"/>
          <w:sz w:val="24"/>
          <w:szCs w:val="24"/>
        </w:rPr>
        <w:t>entrega</w:t>
      </w:r>
      <w:proofErr w:type="spellEnd"/>
      <w:r w:rsidRPr="005F302C">
        <w:rPr>
          <w:rFonts w:ascii="Times New Roman" w:hAnsi="Times New Roman" w:cs="Times New Roman"/>
          <w:sz w:val="24"/>
          <w:szCs w:val="24"/>
        </w:rPr>
        <w:t xml:space="preserve"> el </w:t>
      </w:r>
      <w:proofErr w:type="spellStart"/>
      <w:r w:rsidRPr="005F302C">
        <w:rPr>
          <w:rFonts w:ascii="Times New Roman" w:hAnsi="Times New Roman" w:cs="Times New Roman"/>
          <w:sz w:val="24"/>
          <w:szCs w:val="24"/>
        </w:rPr>
        <w:t>cuerpo</w:t>
      </w:r>
      <w:proofErr w:type="spellEnd"/>
      <w:r w:rsidRPr="005F302C">
        <w:rPr>
          <w:rFonts w:ascii="Times New Roman" w:hAnsi="Times New Roman" w:cs="Times New Roman"/>
          <w:sz w:val="24"/>
          <w:szCs w:val="24"/>
        </w:rPr>
        <w:t xml:space="preserve"> del </w:t>
      </w:r>
      <w:proofErr w:type="spellStart"/>
      <w:r w:rsidRPr="005F302C">
        <w:rPr>
          <w:rFonts w:ascii="Times New Roman" w:hAnsi="Times New Roman" w:cs="Times New Roman"/>
          <w:sz w:val="24"/>
          <w:szCs w:val="24"/>
        </w:rPr>
        <w:t>último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perro</w:t>
      </w:r>
      <w:proofErr w:type="spellEnd"/>
      <w:r w:rsidRPr="005F302C">
        <w:rPr>
          <w:rFonts w:ascii="Times New Roman" w:hAnsi="Times New Roman" w:cs="Times New Roman"/>
          <w:sz w:val="24"/>
          <w:szCs w:val="24"/>
        </w:rPr>
        <w:t xml:space="preserve"> al </w:t>
      </w:r>
      <w:proofErr w:type="spellStart"/>
      <w:r w:rsidRPr="005F302C">
        <w:rPr>
          <w:rFonts w:ascii="Times New Roman" w:hAnsi="Times New Roman" w:cs="Times New Roman"/>
          <w:sz w:val="24"/>
          <w:szCs w:val="24"/>
        </w:rPr>
        <w:t>fuego</w:t>
      </w:r>
      <w:proofErr w:type="spellEnd"/>
      <w:r w:rsidRPr="005F302C">
        <w:rPr>
          <w:rFonts w:ascii="Times New Roman" w:hAnsi="Times New Roman" w:cs="Times New Roman"/>
          <w:sz w:val="24"/>
          <w:szCs w:val="24"/>
        </w:rPr>
        <w:t xml:space="preserve">, el lector </w:t>
      </w:r>
      <w:proofErr w:type="spellStart"/>
      <w:r w:rsidRPr="005F302C">
        <w:rPr>
          <w:rFonts w:ascii="Times New Roman" w:hAnsi="Times New Roman" w:cs="Times New Roman"/>
          <w:sz w:val="24"/>
          <w:szCs w:val="24"/>
        </w:rPr>
        <w:t>comprende</w:t>
      </w:r>
      <w:proofErr w:type="spellEnd"/>
      <w:r w:rsidRPr="005F302C">
        <w:rPr>
          <w:rFonts w:ascii="Times New Roman" w:hAnsi="Times New Roman" w:cs="Times New Roman"/>
          <w:sz w:val="24"/>
          <w:szCs w:val="24"/>
        </w:rPr>
        <w:t xml:space="preserve"> que no hay </w:t>
      </w:r>
      <w:proofErr w:type="spellStart"/>
      <w:r w:rsidRPr="005F302C">
        <w:rPr>
          <w:rFonts w:ascii="Times New Roman" w:hAnsi="Times New Roman" w:cs="Times New Roman"/>
          <w:sz w:val="24"/>
          <w:szCs w:val="24"/>
        </w:rPr>
        <w:t>salvación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pero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sí</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compasión</w:t>
      </w:r>
      <w:proofErr w:type="spellEnd"/>
      <w:r w:rsidRPr="005F302C">
        <w:rPr>
          <w:rFonts w:ascii="Times New Roman" w:hAnsi="Times New Roman" w:cs="Times New Roman"/>
          <w:sz w:val="24"/>
          <w:szCs w:val="24"/>
        </w:rPr>
        <w:t xml:space="preserve">: un </w:t>
      </w:r>
      <w:proofErr w:type="spellStart"/>
      <w:r w:rsidRPr="005F302C">
        <w:rPr>
          <w:rFonts w:ascii="Times New Roman" w:hAnsi="Times New Roman" w:cs="Times New Roman"/>
          <w:sz w:val="24"/>
          <w:szCs w:val="24"/>
        </w:rPr>
        <w:t>gesto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silencioso</w:t>
      </w:r>
      <w:proofErr w:type="spellEnd"/>
      <w:r w:rsidRPr="005F302C">
        <w:rPr>
          <w:rFonts w:ascii="Times New Roman" w:hAnsi="Times New Roman" w:cs="Times New Roman"/>
          <w:sz w:val="24"/>
          <w:szCs w:val="24"/>
        </w:rPr>
        <w:t xml:space="preserve"> que,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medio</w:t>
      </w:r>
      <w:proofErr w:type="spellEnd"/>
      <w:r w:rsidRPr="005F302C">
        <w:rPr>
          <w:rFonts w:ascii="Times New Roman" w:hAnsi="Times New Roman" w:cs="Times New Roman"/>
          <w:sz w:val="24"/>
          <w:szCs w:val="24"/>
        </w:rPr>
        <w:t xml:space="preserve"> de la </w:t>
      </w:r>
      <w:proofErr w:type="spellStart"/>
      <w:r w:rsidRPr="005F302C">
        <w:rPr>
          <w:rFonts w:ascii="Times New Roman" w:hAnsi="Times New Roman" w:cs="Times New Roman"/>
          <w:sz w:val="24"/>
          <w:szCs w:val="24"/>
        </w:rPr>
        <w:t>desgracia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contiene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toda</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humanidad</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posible</w:t>
      </w:r>
      <w:proofErr w:type="spellEnd"/>
      <w:r w:rsidRPr="005F302C">
        <w:rPr>
          <w:rFonts w:ascii="Times New Roman" w:hAnsi="Times New Roman" w:cs="Times New Roman"/>
          <w:sz w:val="24"/>
          <w:szCs w:val="24"/>
        </w:rPr>
        <w:t>.</w:t>
      </w:r>
    </w:p>
    <w:p w:rsidR="00623E25" w:rsidRPr="005F302C" w:rsidRDefault="00623E25" w:rsidP="00C23669">
      <w:pPr>
        <w:spacing w:after="0"/>
        <w:jc w:val="both"/>
        <w:rPr>
          <w:rFonts w:ascii="Times New Roman" w:hAnsi="Times New Roman" w:cs="Times New Roman"/>
          <w:sz w:val="24"/>
          <w:szCs w:val="24"/>
        </w:rPr>
      </w:pPr>
    </w:p>
    <w:p w:rsidR="00A725CB" w:rsidRPr="005F302C" w:rsidRDefault="00A725CB" w:rsidP="00C23669">
      <w:pPr>
        <w:spacing w:after="0"/>
        <w:jc w:val="both"/>
        <w:rPr>
          <w:rFonts w:ascii="Times New Roman" w:hAnsi="Times New Roman" w:cs="Times New Roman"/>
          <w:sz w:val="24"/>
          <w:szCs w:val="24"/>
        </w:rPr>
      </w:pPr>
      <w:proofErr w:type="spellStart"/>
      <w:r w:rsidRPr="005F302C">
        <w:rPr>
          <w:rFonts w:ascii="Times New Roman" w:hAnsi="Times New Roman" w:cs="Times New Roman"/>
          <w:sz w:val="24"/>
          <w:szCs w:val="24"/>
        </w:rPr>
        <w:t>Desgracia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funciona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como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crítica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profunda</w:t>
      </w:r>
      <w:proofErr w:type="spellEnd"/>
      <w:r w:rsidRPr="005F302C">
        <w:rPr>
          <w:rFonts w:ascii="Times New Roman" w:hAnsi="Times New Roman" w:cs="Times New Roman"/>
          <w:sz w:val="24"/>
          <w:szCs w:val="24"/>
        </w:rPr>
        <w:t xml:space="preserve"> a </w:t>
      </w:r>
      <w:proofErr w:type="spellStart"/>
      <w:r w:rsidRPr="005F302C">
        <w:rPr>
          <w:rFonts w:ascii="Times New Roman" w:hAnsi="Times New Roman" w:cs="Times New Roman"/>
          <w:sz w:val="24"/>
          <w:szCs w:val="24"/>
        </w:rPr>
        <w:t>los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discursos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optimistas</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reconciliación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nacional</w:t>
      </w:r>
      <w:proofErr w:type="spellEnd"/>
      <w:r w:rsidRPr="005F302C">
        <w:rPr>
          <w:rFonts w:ascii="Times New Roman" w:hAnsi="Times New Roman" w:cs="Times New Roman"/>
          <w:sz w:val="24"/>
          <w:szCs w:val="24"/>
        </w:rPr>
        <w:t xml:space="preserve"> y </w:t>
      </w:r>
      <w:proofErr w:type="spellStart"/>
      <w:r w:rsidRPr="005F302C">
        <w:rPr>
          <w:rFonts w:ascii="Times New Roman" w:hAnsi="Times New Roman" w:cs="Times New Roman"/>
          <w:sz w:val="24"/>
          <w:szCs w:val="24"/>
        </w:rPr>
        <w:t>como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advertencia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sobre</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persistencia</w:t>
      </w:r>
      <w:proofErr w:type="spellEnd"/>
      <w:r w:rsidRPr="005F302C">
        <w:rPr>
          <w:rFonts w:ascii="Times New Roman" w:hAnsi="Times New Roman" w:cs="Times New Roman"/>
          <w:sz w:val="24"/>
          <w:szCs w:val="24"/>
        </w:rPr>
        <w:t xml:space="preserve"> de las </w:t>
      </w:r>
      <w:proofErr w:type="spellStart"/>
      <w:r w:rsidRPr="005F302C">
        <w:rPr>
          <w:rFonts w:ascii="Times New Roman" w:hAnsi="Times New Roman" w:cs="Times New Roman"/>
          <w:sz w:val="24"/>
          <w:szCs w:val="24"/>
        </w:rPr>
        <w:t>desigualdades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estructurales</w:t>
      </w:r>
      <w:proofErr w:type="spellEnd"/>
      <w:r w:rsidRPr="005F302C">
        <w:rPr>
          <w:rFonts w:ascii="Times New Roman" w:hAnsi="Times New Roman" w:cs="Times New Roman"/>
          <w:sz w:val="24"/>
          <w:szCs w:val="24"/>
        </w:rPr>
        <w:t>.</w:t>
      </w:r>
    </w:p>
    <w:p w:rsidR="00BA1406" w:rsidRPr="005F302C" w:rsidRDefault="00623E25" w:rsidP="00C23669">
      <w:pPr>
        <w:spacing w:after="0"/>
        <w:jc w:val="both"/>
        <w:rPr>
          <w:rFonts w:ascii="Times New Roman" w:eastAsia="Times New Roman" w:hAnsi="Times New Roman" w:cs="Times New Roman"/>
          <w:spacing w:val="5"/>
          <w:sz w:val="24"/>
          <w:szCs w:val="24"/>
          <w:lang w:val="es-ES" w:eastAsia="es-ES"/>
        </w:rPr>
      </w:pPr>
      <w:r w:rsidRPr="005F302C">
        <w:rPr>
          <w:rFonts w:ascii="Times New Roman" w:eastAsia="Times New Roman" w:hAnsi="Times New Roman" w:cs="Times New Roman"/>
          <w:spacing w:val="5"/>
          <w:sz w:val="24"/>
          <w:szCs w:val="24"/>
          <w:lang w:val="es-ES" w:eastAsia="es-ES"/>
        </w:rPr>
        <w:t>L</w:t>
      </w:r>
      <w:r w:rsidR="00BA1406" w:rsidRPr="005F302C">
        <w:rPr>
          <w:rFonts w:ascii="Times New Roman" w:eastAsia="Times New Roman" w:hAnsi="Times New Roman" w:cs="Times New Roman"/>
          <w:spacing w:val="5"/>
          <w:sz w:val="24"/>
          <w:szCs w:val="24"/>
          <w:lang w:val="es-ES" w:eastAsia="es-ES"/>
        </w:rPr>
        <w:t>a escritora, Sara Mesa, en un artículo a propósito de esta novela</w:t>
      </w:r>
      <w:r w:rsidRPr="005F302C">
        <w:rPr>
          <w:rFonts w:ascii="Times New Roman" w:eastAsia="Times New Roman" w:hAnsi="Times New Roman" w:cs="Times New Roman"/>
          <w:spacing w:val="5"/>
          <w:sz w:val="24"/>
          <w:szCs w:val="24"/>
          <w:lang w:val="es-ES" w:eastAsia="es-ES"/>
        </w:rPr>
        <w:t xml:space="preserve"> dice</w:t>
      </w:r>
      <w:r w:rsidR="00BA1406" w:rsidRPr="005F302C">
        <w:rPr>
          <w:rFonts w:ascii="Times New Roman" w:eastAsia="Times New Roman" w:hAnsi="Times New Roman" w:cs="Times New Roman"/>
          <w:spacing w:val="5"/>
          <w:sz w:val="24"/>
          <w:szCs w:val="24"/>
          <w:lang w:val="es-ES" w:eastAsia="es-ES"/>
        </w:rPr>
        <w:t>: “</w:t>
      </w:r>
      <w:r w:rsidR="00A725CB" w:rsidRPr="005F302C">
        <w:rPr>
          <w:rFonts w:ascii="Times New Roman" w:eastAsia="Times New Roman" w:hAnsi="Times New Roman" w:cs="Times New Roman"/>
          <w:spacing w:val="5"/>
          <w:sz w:val="24"/>
          <w:szCs w:val="24"/>
          <w:lang w:val="es-ES" w:eastAsia="es-ES"/>
        </w:rPr>
        <w:t>Toda la obra del nobel sudafricano, en realidad, está rodeada de una ambigüedad que se acentúa debido a la ausencia de entrevistas y claves interpretativas por parte del propio autor, que en su confianza en el poder del propio texto alienta, significativamente, su misterio. “Si un libro no habla por sí mismo es un fracaso, el autor no envía nada al mundo, tendría que callarse”, sentenciaba hace poco con motivo de la publicación de </w:t>
      </w:r>
      <w:r w:rsidR="00A725CB" w:rsidRPr="005F302C">
        <w:rPr>
          <w:rFonts w:ascii="Times New Roman" w:eastAsia="Times New Roman" w:hAnsi="Times New Roman" w:cs="Times New Roman"/>
          <w:i/>
          <w:iCs/>
          <w:spacing w:val="5"/>
          <w:sz w:val="24"/>
          <w:szCs w:val="24"/>
          <w:lang w:val="es-ES" w:eastAsia="es-ES"/>
        </w:rPr>
        <w:t>Siete cuentos morales </w:t>
      </w:r>
      <w:r w:rsidR="00A725CB" w:rsidRPr="005F302C">
        <w:rPr>
          <w:rFonts w:ascii="Times New Roman" w:eastAsia="Times New Roman" w:hAnsi="Times New Roman" w:cs="Times New Roman"/>
          <w:spacing w:val="5"/>
          <w:sz w:val="24"/>
          <w:szCs w:val="24"/>
          <w:lang w:val="es-ES" w:eastAsia="es-ES"/>
        </w:rPr>
        <w:t>(</w:t>
      </w:r>
      <w:proofErr w:type="spellStart"/>
      <w:r w:rsidR="00A725CB" w:rsidRPr="005F302C">
        <w:rPr>
          <w:rFonts w:ascii="Times New Roman" w:eastAsia="Times New Roman" w:hAnsi="Times New Roman" w:cs="Times New Roman"/>
          <w:spacing w:val="5"/>
          <w:sz w:val="24"/>
          <w:szCs w:val="24"/>
          <w:lang w:val="es-ES" w:eastAsia="es-ES"/>
        </w:rPr>
        <w:t>Random</w:t>
      </w:r>
      <w:proofErr w:type="spellEnd"/>
      <w:r w:rsidR="00A725CB" w:rsidRPr="005F302C">
        <w:rPr>
          <w:rFonts w:ascii="Times New Roman" w:eastAsia="Times New Roman" w:hAnsi="Times New Roman" w:cs="Times New Roman"/>
          <w:spacing w:val="5"/>
          <w:sz w:val="24"/>
          <w:szCs w:val="24"/>
          <w:lang w:val="es-ES" w:eastAsia="es-ES"/>
        </w:rPr>
        <w:t xml:space="preserve"> </w:t>
      </w:r>
      <w:proofErr w:type="spellStart"/>
      <w:r w:rsidR="00A725CB" w:rsidRPr="005F302C">
        <w:rPr>
          <w:rFonts w:ascii="Times New Roman" w:eastAsia="Times New Roman" w:hAnsi="Times New Roman" w:cs="Times New Roman"/>
          <w:spacing w:val="5"/>
          <w:sz w:val="24"/>
          <w:szCs w:val="24"/>
          <w:lang w:val="es-ES" w:eastAsia="es-ES"/>
        </w:rPr>
        <w:t>House</w:t>
      </w:r>
      <w:proofErr w:type="spellEnd"/>
      <w:r w:rsidR="00A725CB" w:rsidRPr="005F302C">
        <w:rPr>
          <w:rFonts w:ascii="Times New Roman" w:eastAsia="Times New Roman" w:hAnsi="Times New Roman" w:cs="Times New Roman"/>
          <w:spacing w:val="5"/>
          <w:sz w:val="24"/>
          <w:szCs w:val="24"/>
          <w:lang w:val="es-ES" w:eastAsia="es-ES"/>
        </w:rPr>
        <w:t xml:space="preserve">, 2018). </w:t>
      </w:r>
    </w:p>
    <w:p w:rsidR="00A725CB" w:rsidRPr="005F302C" w:rsidRDefault="00A725CB" w:rsidP="00C23669">
      <w:pPr>
        <w:spacing w:after="0"/>
        <w:jc w:val="both"/>
        <w:rPr>
          <w:rFonts w:ascii="Times New Roman" w:hAnsi="Times New Roman" w:cs="Times New Roman"/>
          <w:sz w:val="24"/>
          <w:szCs w:val="24"/>
        </w:rPr>
      </w:pPr>
    </w:p>
    <w:p w:rsidR="00A725CB" w:rsidRPr="005F302C" w:rsidRDefault="00A725CB" w:rsidP="00C23669">
      <w:pPr>
        <w:spacing w:after="0"/>
        <w:jc w:val="both"/>
        <w:rPr>
          <w:rFonts w:ascii="Times New Roman" w:hAnsi="Times New Roman" w:cs="Times New Roman"/>
          <w:sz w:val="24"/>
          <w:szCs w:val="24"/>
        </w:rPr>
      </w:pPr>
      <w:r w:rsidRPr="005F302C">
        <w:rPr>
          <w:rFonts w:ascii="Times New Roman" w:hAnsi="Times New Roman" w:cs="Times New Roman"/>
          <w:sz w:val="24"/>
          <w:szCs w:val="24"/>
        </w:rPr>
        <w:lastRenderedPageBreak/>
        <w:t xml:space="preserve">El </w:t>
      </w:r>
      <w:proofErr w:type="spellStart"/>
      <w:r w:rsidRPr="005F302C">
        <w:rPr>
          <w:rFonts w:ascii="Times New Roman" w:hAnsi="Times New Roman" w:cs="Times New Roman"/>
          <w:sz w:val="24"/>
          <w:szCs w:val="24"/>
        </w:rPr>
        <w:t>texto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articula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una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exploración</w:t>
      </w:r>
      <w:proofErr w:type="spellEnd"/>
      <w:r w:rsidRPr="005F302C">
        <w:rPr>
          <w:rFonts w:ascii="Times New Roman" w:hAnsi="Times New Roman" w:cs="Times New Roman"/>
          <w:sz w:val="24"/>
          <w:szCs w:val="24"/>
        </w:rPr>
        <w:t xml:space="preserve"> de la </w:t>
      </w:r>
      <w:proofErr w:type="spellStart"/>
      <w:r w:rsidRPr="005F302C">
        <w:rPr>
          <w:rFonts w:ascii="Times New Roman" w:hAnsi="Times New Roman" w:cs="Times New Roman"/>
          <w:sz w:val="24"/>
          <w:szCs w:val="24"/>
        </w:rPr>
        <w:t>violencia</w:t>
      </w:r>
      <w:bookmarkStart w:id="0" w:name="_GoBack"/>
      <w:bookmarkEnd w:id="0"/>
      <w:proofErr w:type="spellEnd"/>
      <w:r w:rsidRPr="005F302C">
        <w:rPr>
          <w:rFonts w:ascii="Times New Roman" w:hAnsi="Times New Roman" w:cs="Times New Roman"/>
          <w:sz w:val="24"/>
          <w:szCs w:val="24"/>
        </w:rPr>
        <w:t xml:space="preserve">, el </w:t>
      </w:r>
      <w:proofErr w:type="spellStart"/>
      <w:r w:rsidRPr="005F302C">
        <w:rPr>
          <w:rFonts w:ascii="Times New Roman" w:hAnsi="Times New Roman" w:cs="Times New Roman"/>
          <w:sz w:val="24"/>
          <w:szCs w:val="24"/>
        </w:rPr>
        <w:t>poder</w:t>
      </w:r>
      <w:proofErr w:type="spellEnd"/>
      <w:r w:rsidRPr="005F302C">
        <w:rPr>
          <w:rFonts w:ascii="Times New Roman" w:hAnsi="Times New Roman" w:cs="Times New Roman"/>
          <w:sz w:val="24"/>
          <w:szCs w:val="24"/>
        </w:rPr>
        <w:t xml:space="preserve">, la culpa y la </w:t>
      </w:r>
      <w:proofErr w:type="spellStart"/>
      <w:r w:rsidRPr="005F302C">
        <w:rPr>
          <w:rFonts w:ascii="Times New Roman" w:hAnsi="Times New Roman" w:cs="Times New Roman"/>
          <w:sz w:val="24"/>
          <w:szCs w:val="24"/>
        </w:rPr>
        <w:t>responsabilidad</w:t>
      </w:r>
      <w:proofErr w:type="spellEnd"/>
      <w:r w:rsidRPr="005F302C">
        <w:rPr>
          <w:rFonts w:ascii="Times New Roman" w:hAnsi="Times New Roman" w:cs="Times New Roman"/>
          <w:sz w:val="24"/>
          <w:szCs w:val="24"/>
        </w:rPr>
        <w:t xml:space="preserve"> a </w:t>
      </w:r>
      <w:proofErr w:type="spellStart"/>
      <w:r w:rsidRPr="005F302C">
        <w:rPr>
          <w:rFonts w:ascii="Times New Roman" w:hAnsi="Times New Roman" w:cs="Times New Roman"/>
          <w:sz w:val="24"/>
          <w:szCs w:val="24"/>
        </w:rPr>
        <w:t>través</w:t>
      </w:r>
      <w:proofErr w:type="spellEnd"/>
      <w:r w:rsidR="00C23669" w:rsidRPr="005F302C">
        <w:rPr>
          <w:rFonts w:ascii="Times New Roman" w:hAnsi="Times New Roman" w:cs="Times New Roman"/>
          <w:sz w:val="24"/>
          <w:szCs w:val="24"/>
        </w:rPr>
        <w:t xml:space="preserve"> de la </w:t>
      </w:r>
      <w:proofErr w:type="spellStart"/>
      <w:r w:rsidR="00C23669" w:rsidRPr="005F302C">
        <w:rPr>
          <w:rFonts w:ascii="Times New Roman" w:hAnsi="Times New Roman" w:cs="Times New Roman"/>
          <w:sz w:val="24"/>
          <w:szCs w:val="24"/>
        </w:rPr>
        <w:t>historia</w:t>
      </w:r>
      <w:proofErr w:type="spellEnd"/>
      <w:r w:rsidR="00C23669" w:rsidRPr="005F302C">
        <w:rPr>
          <w:rFonts w:ascii="Times New Roman" w:hAnsi="Times New Roman" w:cs="Times New Roman"/>
          <w:sz w:val="24"/>
          <w:szCs w:val="24"/>
        </w:rPr>
        <w:t xml:space="preserve"> de David Lurie</w:t>
      </w:r>
      <w:r w:rsidRPr="005F302C">
        <w:rPr>
          <w:rFonts w:ascii="Times New Roman" w:hAnsi="Times New Roman" w:cs="Times New Roman"/>
          <w:sz w:val="24"/>
          <w:szCs w:val="24"/>
        </w:rPr>
        <w:t xml:space="preserve"> y de </w:t>
      </w:r>
      <w:proofErr w:type="spellStart"/>
      <w:r w:rsidRPr="005F302C">
        <w:rPr>
          <w:rFonts w:ascii="Times New Roman" w:hAnsi="Times New Roman" w:cs="Times New Roman"/>
          <w:sz w:val="24"/>
          <w:szCs w:val="24"/>
        </w:rPr>
        <w:t>su</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hija</w:t>
      </w:r>
      <w:proofErr w:type="spellEnd"/>
      <w:r w:rsidRPr="005F302C">
        <w:rPr>
          <w:rFonts w:ascii="Times New Roman" w:hAnsi="Times New Roman" w:cs="Times New Roman"/>
          <w:sz w:val="24"/>
          <w:szCs w:val="24"/>
        </w:rPr>
        <w:t xml:space="preserve"> Lucy, </w:t>
      </w:r>
      <w:proofErr w:type="spellStart"/>
      <w:r w:rsidRPr="005F302C">
        <w:rPr>
          <w:rFonts w:ascii="Times New Roman" w:hAnsi="Times New Roman" w:cs="Times New Roman"/>
          <w:sz w:val="24"/>
          <w:szCs w:val="24"/>
        </w:rPr>
        <w:t>quien</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experimenta</w:t>
      </w:r>
      <w:proofErr w:type="spellEnd"/>
      <w:r w:rsidRPr="005F302C">
        <w:rPr>
          <w:rFonts w:ascii="Times New Roman" w:hAnsi="Times New Roman" w:cs="Times New Roman"/>
          <w:sz w:val="24"/>
          <w:szCs w:val="24"/>
        </w:rPr>
        <w:t xml:space="preserve"> de forma </w:t>
      </w:r>
      <w:proofErr w:type="spellStart"/>
      <w:r w:rsidRPr="005F302C">
        <w:rPr>
          <w:rFonts w:ascii="Times New Roman" w:hAnsi="Times New Roman" w:cs="Times New Roman"/>
          <w:sz w:val="24"/>
          <w:szCs w:val="24"/>
        </w:rPr>
        <w:t>directa</w:t>
      </w:r>
      <w:proofErr w:type="spellEnd"/>
      <w:r w:rsidRPr="005F302C">
        <w:rPr>
          <w:rFonts w:ascii="Times New Roman" w:hAnsi="Times New Roman" w:cs="Times New Roman"/>
          <w:sz w:val="24"/>
          <w:szCs w:val="24"/>
        </w:rPr>
        <w:t xml:space="preserve"> las </w:t>
      </w:r>
      <w:proofErr w:type="spellStart"/>
      <w:r w:rsidRPr="005F302C">
        <w:rPr>
          <w:rFonts w:ascii="Times New Roman" w:hAnsi="Times New Roman" w:cs="Times New Roman"/>
          <w:sz w:val="24"/>
          <w:szCs w:val="24"/>
        </w:rPr>
        <w:t>tensiones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políticas</w:t>
      </w:r>
      <w:proofErr w:type="spellEnd"/>
      <w:r w:rsidRPr="005F302C">
        <w:rPr>
          <w:rFonts w:ascii="Times New Roman" w:hAnsi="Times New Roman" w:cs="Times New Roman"/>
          <w:sz w:val="24"/>
          <w:szCs w:val="24"/>
        </w:rPr>
        <w:t xml:space="preserve"> y </w:t>
      </w:r>
      <w:proofErr w:type="spellStart"/>
      <w:r w:rsidRPr="005F302C">
        <w:rPr>
          <w:rFonts w:ascii="Times New Roman" w:hAnsi="Times New Roman" w:cs="Times New Roman"/>
          <w:sz w:val="24"/>
          <w:szCs w:val="24"/>
        </w:rPr>
        <w:t>raciales</w:t>
      </w:r>
      <w:proofErr w:type="spellEnd"/>
      <w:r w:rsidRPr="005F302C">
        <w:rPr>
          <w:rFonts w:ascii="Times New Roman" w:hAnsi="Times New Roman" w:cs="Times New Roman"/>
          <w:sz w:val="24"/>
          <w:szCs w:val="24"/>
        </w:rPr>
        <w:t xml:space="preserve"> del </w:t>
      </w:r>
      <w:proofErr w:type="spellStart"/>
      <w:r w:rsidRPr="005F302C">
        <w:rPr>
          <w:rFonts w:ascii="Times New Roman" w:hAnsi="Times New Roman" w:cs="Times New Roman"/>
          <w:sz w:val="24"/>
          <w:szCs w:val="24"/>
        </w:rPr>
        <w:t>mundo</w:t>
      </w:r>
      <w:proofErr w:type="spellEnd"/>
      <w:r w:rsidRPr="005F302C">
        <w:rPr>
          <w:rFonts w:ascii="Times New Roman" w:hAnsi="Times New Roman" w:cs="Times New Roman"/>
          <w:sz w:val="24"/>
          <w:szCs w:val="24"/>
        </w:rPr>
        <w:t xml:space="preserve"> rural post-apartheid. </w:t>
      </w:r>
    </w:p>
    <w:p w:rsidR="00A725CB" w:rsidRPr="005F302C" w:rsidRDefault="00A725CB" w:rsidP="00C23669">
      <w:pPr>
        <w:spacing w:after="0"/>
        <w:jc w:val="both"/>
        <w:rPr>
          <w:rFonts w:ascii="Times New Roman" w:hAnsi="Times New Roman" w:cs="Times New Roman"/>
          <w:sz w:val="24"/>
          <w:szCs w:val="24"/>
        </w:rPr>
      </w:pPr>
      <w:r w:rsidRPr="005F302C">
        <w:rPr>
          <w:rFonts w:ascii="Times New Roman" w:hAnsi="Times New Roman" w:cs="Times New Roman"/>
          <w:sz w:val="24"/>
          <w:szCs w:val="24"/>
        </w:rPr>
        <w:t xml:space="preserve">Lucy emerge </w:t>
      </w:r>
      <w:proofErr w:type="spellStart"/>
      <w:r w:rsidRPr="005F302C">
        <w:rPr>
          <w:rFonts w:ascii="Times New Roman" w:hAnsi="Times New Roman" w:cs="Times New Roman"/>
          <w:sz w:val="24"/>
          <w:szCs w:val="24"/>
        </w:rPr>
        <w:t>como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contrapunto</w:t>
      </w:r>
      <w:proofErr w:type="spellEnd"/>
      <w:r w:rsidRPr="005F302C">
        <w:rPr>
          <w:rFonts w:ascii="Times New Roman" w:hAnsi="Times New Roman" w:cs="Times New Roman"/>
          <w:sz w:val="24"/>
          <w:szCs w:val="24"/>
        </w:rPr>
        <w:t xml:space="preserve"> a la </w:t>
      </w:r>
      <w:proofErr w:type="spellStart"/>
      <w:r w:rsidRPr="005F302C">
        <w:rPr>
          <w:rFonts w:ascii="Times New Roman" w:hAnsi="Times New Roman" w:cs="Times New Roman"/>
          <w:sz w:val="24"/>
          <w:szCs w:val="24"/>
        </w:rPr>
        <w:t>rigidez</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ética</w:t>
      </w:r>
      <w:proofErr w:type="spellEnd"/>
      <w:r w:rsidRPr="005F302C">
        <w:rPr>
          <w:rFonts w:ascii="Times New Roman" w:hAnsi="Times New Roman" w:cs="Times New Roman"/>
          <w:sz w:val="24"/>
          <w:szCs w:val="24"/>
        </w:rPr>
        <w:t xml:space="preserve"> de Lurie. Su </w:t>
      </w:r>
      <w:proofErr w:type="spellStart"/>
      <w:r w:rsidRPr="005F302C">
        <w:rPr>
          <w:rFonts w:ascii="Times New Roman" w:hAnsi="Times New Roman" w:cs="Times New Roman"/>
          <w:sz w:val="24"/>
          <w:szCs w:val="24"/>
        </w:rPr>
        <w:t>vida</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en</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granja</w:t>
      </w:r>
      <w:proofErr w:type="spellEnd"/>
      <w:r w:rsidRPr="005F302C">
        <w:rPr>
          <w:rFonts w:ascii="Times New Roman" w:hAnsi="Times New Roman" w:cs="Times New Roman"/>
          <w:sz w:val="24"/>
          <w:szCs w:val="24"/>
        </w:rPr>
        <w:t xml:space="preserve"> rural introduce un </w:t>
      </w:r>
      <w:proofErr w:type="spellStart"/>
      <w:r w:rsidRPr="005F302C">
        <w:rPr>
          <w:rFonts w:ascii="Times New Roman" w:hAnsi="Times New Roman" w:cs="Times New Roman"/>
          <w:sz w:val="24"/>
          <w:szCs w:val="24"/>
        </w:rPr>
        <w:t>escenario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donde</w:t>
      </w:r>
      <w:proofErr w:type="spellEnd"/>
      <w:r w:rsidRPr="005F302C">
        <w:rPr>
          <w:rFonts w:ascii="Times New Roman" w:hAnsi="Times New Roman" w:cs="Times New Roman"/>
          <w:sz w:val="24"/>
          <w:szCs w:val="24"/>
        </w:rPr>
        <w:t xml:space="preserve"> las </w:t>
      </w:r>
      <w:proofErr w:type="spellStart"/>
      <w:r w:rsidRPr="005F302C">
        <w:rPr>
          <w:rFonts w:ascii="Times New Roman" w:hAnsi="Times New Roman" w:cs="Times New Roman"/>
          <w:sz w:val="24"/>
          <w:szCs w:val="24"/>
        </w:rPr>
        <w:t>tensiones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históricas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por</w:t>
      </w:r>
      <w:proofErr w:type="spellEnd"/>
      <w:r w:rsidRPr="005F302C">
        <w:rPr>
          <w:rFonts w:ascii="Times New Roman" w:hAnsi="Times New Roman" w:cs="Times New Roman"/>
          <w:sz w:val="24"/>
          <w:szCs w:val="24"/>
        </w:rPr>
        <w:t xml:space="preserve"> la </w:t>
      </w:r>
      <w:proofErr w:type="spellStart"/>
      <w:r w:rsidRPr="005F302C">
        <w:rPr>
          <w:rFonts w:ascii="Times New Roman" w:hAnsi="Times New Roman" w:cs="Times New Roman"/>
          <w:sz w:val="24"/>
          <w:szCs w:val="24"/>
        </w:rPr>
        <w:t>posesión</w:t>
      </w:r>
      <w:proofErr w:type="spellEnd"/>
      <w:r w:rsidRPr="005F302C">
        <w:rPr>
          <w:rFonts w:ascii="Times New Roman" w:hAnsi="Times New Roman" w:cs="Times New Roman"/>
          <w:sz w:val="24"/>
          <w:szCs w:val="24"/>
        </w:rPr>
        <w:t xml:space="preserve"> de la </w:t>
      </w:r>
      <w:proofErr w:type="spellStart"/>
      <w:r w:rsidRPr="005F302C">
        <w:rPr>
          <w:rFonts w:ascii="Times New Roman" w:hAnsi="Times New Roman" w:cs="Times New Roman"/>
          <w:sz w:val="24"/>
          <w:szCs w:val="24"/>
        </w:rPr>
        <w:t>tierra</w:t>
      </w:r>
      <w:proofErr w:type="spellEnd"/>
      <w:r w:rsidRPr="005F302C">
        <w:rPr>
          <w:rFonts w:ascii="Times New Roman" w:hAnsi="Times New Roman" w:cs="Times New Roman"/>
          <w:sz w:val="24"/>
          <w:szCs w:val="24"/>
        </w:rPr>
        <w:t xml:space="preserve"> y las </w:t>
      </w:r>
      <w:proofErr w:type="spellStart"/>
      <w:r w:rsidRPr="005F302C">
        <w:rPr>
          <w:rFonts w:ascii="Times New Roman" w:hAnsi="Times New Roman" w:cs="Times New Roman"/>
          <w:sz w:val="24"/>
          <w:szCs w:val="24"/>
        </w:rPr>
        <w:t>relaciones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interétnicas</w:t>
      </w:r>
      <w:proofErr w:type="spellEnd"/>
      <w:r w:rsidRPr="005F302C">
        <w:rPr>
          <w:rFonts w:ascii="Times New Roman" w:hAnsi="Times New Roman" w:cs="Times New Roman"/>
          <w:sz w:val="24"/>
          <w:szCs w:val="24"/>
        </w:rPr>
        <w:t xml:space="preserve"> se </w:t>
      </w:r>
      <w:proofErr w:type="spellStart"/>
      <w:r w:rsidRPr="005F302C">
        <w:rPr>
          <w:rFonts w:ascii="Times New Roman" w:hAnsi="Times New Roman" w:cs="Times New Roman"/>
          <w:sz w:val="24"/>
          <w:szCs w:val="24"/>
        </w:rPr>
        <w:t>manifiestan</w:t>
      </w:r>
      <w:proofErr w:type="spellEnd"/>
      <w:r w:rsidRPr="005F302C">
        <w:rPr>
          <w:rFonts w:ascii="Times New Roman" w:hAnsi="Times New Roman" w:cs="Times New Roman"/>
          <w:sz w:val="24"/>
          <w:szCs w:val="24"/>
        </w:rPr>
        <w:t xml:space="preserve"> con </w:t>
      </w:r>
      <w:proofErr w:type="spellStart"/>
      <w:r w:rsidRPr="005F302C">
        <w:rPr>
          <w:rFonts w:ascii="Times New Roman" w:hAnsi="Times New Roman" w:cs="Times New Roman"/>
          <w:sz w:val="24"/>
          <w:szCs w:val="24"/>
        </w:rPr>
        <w:t>intensidad</w:t>
      </w:r>
      <w:proofErr w:type="spellEnd"/>
      <w:r w:rsidRPr="005F302C">
        <w:rPr>
          <w:rFonts w:ascii="Times New Roman" w:hAnsi="Times New Roman" w:cs="Times New Roman"/>
          <w:sz w:val="24"/>
          <w:szCs w:val="24"/>
        </w:rPr>
        <w:t xml:space="preserve">. El </w:t>
      </w:r>
      <w:proofErr w:type="spellStart"/>
      <w:r w:rsidRPr="005F302C">
        <w:rPr>
          <w:rFonts w:ascii="Times New Roman" w:hAnsi="Times New Roman" w:cs="Times New Roman"/>
          <w:sz w:val="24"/>
          <w:szCs w:val="24"/>
        </w:rPr>
        <w:t>ataque</w:t>
      </w:r>
      <w:proofErr w:type="spellEnd"/>
      <w:r w:rsidRPr="005F302C">
        <w:rPr>
          <w:rFonts w:ascii="Times New Roman" w:hAnsi="Times New Roman" w:cs="Times New Roman"/>
          <w:sz w:val="24"/>
          <w:szCs w:val="24"/>
        </w:rPr>
        <w:t xml:space="preserve"> que </w:t>
      </w:r>
      <w:proofErr w:type="spellStart"/>
      <w:r w:rsidRPr="005F302C">
        <w:rPr>
          <w:rFonts w:ascii="Times New Roman" w:hAnsi="Times New Roman" w:cs="Times New Roman"/>
          <w:sz w:val="24"/>
          <w:szCs w:val="24"/>
        </w:rPr>
        <w:t>sufre</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lejos</w:t>
      </w:r>
      <w:proofErr w:type="spellEnd"/>
      <w:r w:rsidRPr="005F302C">
        <w:rPr>
          <w:rFonts w:ascii="Times New Roman" w:hAnsi="Times New Roman" w:cs="Times New Roman"/>
          <w:sz w:val="24"/>
          <w:szCs w:val="24"/>
        </w:rPr>
        <w:t xml:space="preserve"> de </w:t>
      </w:r>
      <w:proofErr w:type="spellStart"/>
      <w:r w:rsidRPr="005F302C">
        <w:rPr>
          <w:rFonts w:ascii="Times New Roman" w:hAnsi="Times New Roman" w:cs="Times New Roman"/>
          <w:sz w:val="24"/>
          <w:szCs w:val="24"/>
        </w:rPr>
        <w:t>ser</w:t>
      </w:r>
      <w:proofErr w:type="spellEnd"/>
      <w:r w:rsidRPr="005F302C">
        <w:rPr>
          <w:rFonts w:ascii="Times New Roman" w:hAnsi="Times New Roman" w:cs="Times New Roman"/>
          <w:sz w:val="24"/>
          <w:szCs w:val="24"/>
        </w:rPr>
        <w:t xml:space="preserve"> solo un </w:t>
      </w:r>
      <w:proofErr w:type="spellStart"/>
      <w:r w:rsidRPr="005F302C">
        <w:rPr>
          <w:rFonts w:ascii="Times New Roman" w:hAnsi="Times New Roman" w:cs="Times New Roman"/>
          <w:sz w:val="24"/>
          <w:szCs w:val="24"/>
        </w:rPr>
        <w:t>evento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traumático</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expone</w:t>
      </w:r>
      <w:proofErr w:type="spellEnd"/>
      <w:r w:rsidRPr="005F302C">
        <w:rPr>
          <w:rFonts w:ascii="Times New Roman" w:hAnsi="Times New Roman" w:cs="Times New Roman"/>
          <w:sz w:val="24"/>
          <w:szCs w:val="24"/>
        </w:rPr>
        <w:t xml:space="preserve"> las </w:t>
      </w:r>
      <w:proofErr w:type="spellStart"/>
      <w:r w:rsidRPr="005F302C">
        <w:rPr>
          <w:rFonts w:ascii="Times New Roman" w:hAnsi="Times New Roman" w:cs="Times New Roman"/>
          <w:sz w:val="24"/>
          <w:szCs w:val="24"/>
        </w:rPr>
        <w:t>fracturas</w:t>
      </w:r>
      <w:proofErr w:type="spellEnd"/>
      <w:r w:rsidRPr="005F302C">
        <w:rPr>
          <w:rFonts w:ascii="Times New Roman" w:hAnsi="Times New Roman" w:cs="Times New Roman"/>
          <w:sz w:val="24"/>
          <w:szCs w:val="24"/>
        </w:rPr>
        <w:t xml:space="preserve"> </w:t>
      </w:r>
      <w:proofErr w:type="spellStart"/>
      <w:r w:rsidRPr="005F302C">
        <w:rPr>
          <w:rFonts w:ascii="Times New Roman" w:hAnsi="Times New Roman" w:cs="Times New Roman"/>
          <w:sz w:val="24"/>
          <w:szCs w:val="24"/>
        </w:rPr>
        <w:t>históricas</w:t>
      </w:r>
      <w:proofErr w:type="spellEnd"/>
      <w:r w:rsidRPr="005F302C">
        <w:rPr>
          <w:rFonts w:ascii="Times New Roman" w:hAnsi="Times New Roman" w:cs="Times New Roman"/>
          <w:sz w:val="24"/>
          <w:szCs w:val="24"/>
        </w:rPr>
        <w:t xml:space="preserve"> entre </w:t>
      </w:r>
      <w:proofErr w:type="spellStart"/>
      <w:r w:rsidRPr="005F302C">
        <w:rPr>
          <w:rFonts w:ascii="Times New Roman" w:hAnsi="Times New Roman" w:cs="Times New Roman"/>
          <w:sz w:val="24"/>
          <w:szCs w:val="24"/>
        </w:rPr>
        <w:t>colonizadores</w:t>
      </w:r>
      <w:proofErr w:type="spellEnd"/>
      <w:r w:rsidRPr="005F302C">
        <w:rPr>
          <w:rFonts w:ascii="Times New Roman" w:hAnsi="Times New Roman" w:cs="Times New Roman"/>
          <w:sz w:val="24"/>
          <w:szCs w:val="24"/>
        </w:rPr>
        <w:t xml:space="preserve"> y </w:t>
      </w:r>
      <w:proofErr w:type="spellStart"/>
      <w:r w:rsidRPr="005F302C">
        <w:rPr>
          <w:rFonts w:ascii="Times New Roman" w:hAnsi="Times New Roman" w:cs="Times New Roman"/>
          <w:sz w:val="24"/>
          <w:szCs w:val="24"/>
        </w:rPr>
        <w:t>colonizados</w:t>
      </w:r>
      <w:proofErr w:type="spellEnd"/>
      <w:r w:rsidRPr="005F302C">
        <w:rPr>
          <w:rFonts w:ascii="Times New Roman" w:hAnsi="Times New Roman" w:cs="Times New Roman"/>
          <w:sz w:val="24"/>
          <w:szCs w:val="24"/>
        </w:rPr>
        <w:t>.</w:t>
      </w:r>
    </w:p>
    <w:p w:rsidR="00A725CB" w:rsidRPr="005F302C" w:rsidRDefault="00C23669" w:rsidP="00C23669">
      <w:pPr>
        <w:spacing w:after="0"/>
        <w:jc w:val="both"/>
        <w:rPr>
          <w:rFonts w:ascii="Times New Roman" w:hAnsi="Times New Roman" w:cs="Times New Roman"/>
          <w:sz w:val="24"/>
          <w:szCs w:val="24"/>
        </w:rPr>
      </w:pPr>
      <w:r w:rsidRPr="005F302C">
        <w:rPr>
          <w:rFonts w:ascii="Times New Roman" w:hAnsi="Times New Roman" w:cs="Times New Roman"/>
          <w:sz w:val="24"/>
          <w:szCs w:val="24"/>
        </w:rPr>
        <w:t>L</w:t>
      </w:r>
      <w:r w:rsidR="00A725CB" w:rsidRPr="005F302C">
        <w:rPr>
          <w:rFonts w:ascii="Times New Roman" w:hAnsi="Times New Roman" w:cs="Times New Roman"/>
          <w:sz w:val="24"/>
          <w:szCs w:val="24"/>
        </w:rPr>
        <w:t xml:space="preserve">a </w:t>
      </w:r>
      <w:proofErr w:type="spellStart"/>
      <w:r w:rsidR="00A725CB" w:rsidRPr="005F302C">
        <w:rPr>
          <w:rFonts w:ascii="Times New Roman" w:hAnsi="Times New Roman" w:cs="Times New Roman"/>
          <w:sz w:val="24"/>
          <w:szCs w:val="24"/>
        </w:rPr>
        <w:t>novela</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articula</w:t>
      </w:r>
      <w:proofErr w:type="spellEnd"/>
      <w:r w:rsidR="00A725CB" w:rsidRPr="005F302C">
        <w:rPr>
          <w:rFonts w:ascii="Times New Roman" w:hAnsi="Times New Roman" w:cs="Times New Roman"/>
          <w:sz w:val="24"/>
          <w:szCs w:val="24"/>
        </w:rPr>
        <w:t xml:space="preserve"> un </w:t>
      </w:r>
      <w:proofErr w:type="spellStart"/>
      <w:r w:rsidR="00A725CB" w:rsidRPr="005F302C">
        <w:rPr>
          <w:rFonts w:ascii="Times New Roman" w:hAnsi="Times New Roman" w:cs="Times New Roman"/>
          <w:sz w:val="24"/>
          <w:szCs w:val="24"/>
        </w:rPr>
        <w:t>análisis</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profundo</w:t>
      </w:r>
      <w:proofErr w:type="spellEnd"/>
      <w:r w:rsidR="00A725CB" w:rsidRPr="005F302C">
        <w:rPr>
          <w:rFonts w:ascii="Times New Roman" w:hAnsi="Times New Roman" w:cs="Times New Roman"/>
          <w:sz w:val="24"/>
          <w:szCs w:val="24"/>
        </w:rPr>
        <w:t xml:space="preserve"> de la </w:t>
      </w:r>
      <w:proofErr w:type="spellStart"/>
      <w:r w:rsidR="00A725CB" w:rsidRPr="005F302C">
        <w:rPr>
          <w:rFonts w:ascii="Times New Roman" w:hAnsi="Times New Roman" w:cs="Times New Roman"/>
          <w:sz w:val="24"/>
          <w:szCs w:val="24"/>
        </w:rPr>
        <w:t>reconfiguración</w:t>
      </w:r>
      <w:proofErr w:type="spellEnd"/>
      <w:r w:rsidR="00A725CB" w:rsidRPr="005F302C">
        <w:rPr>
          <w:rFonts w:ascii="Times New Roman" w:hAnsi="Times New Roman" w:cs="Times New Roman"/>
          <w:sz w:val="24"/>
          <w:szCs w:val="24"/>
        </w:rPr>
        <w:t xml:space="preserve"> del </w:t>
      </w:r>
      <w:proofErr w:type="spellStart"/>
      <w:r w:rsidR="00A725CB" w:rsidRPr="005F302C">
        <w:rPr>
          <w:rFonts w:ascii="Times New Roman" w:hAnsi="Times New Roman" w:cs="Times New Roman"/>
          <w:sz w:val="24"/>
          <w:szCs w:val="24"/>
        </w:rPr>
        <w:t>poder</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en</w:t>
      </w:r>
      <w:proofErr w:type="spellEnd"/>
      <w:r w:rsidR="00A725CB" w:rsidRPr="005F302C">
        <w:rPr>
          <w:rFonts w:ascii="Times New Roman" w:hAnsi="Times New Roman" w:cs="Times New Roman"/>
          <w:sz w:val="24"/>
          <w:szCs w:val="24"/>
        </w:rPr>
        <w:t xml:space="preserve"> la </w:t>
      </w:r>
      <w:proofErr w:type="spellStart"/>
      <w:r w:rsidR="00A725CB" w:rsidRPr="005F302C">
        <w:rPr>
          <w:rFonts w:ascii="Times New Roman" w:hAnsi="Times New Roman" w:cs="Times New Roman"/>
          <w:sz w:val="24"/>
          <w:szCs w:val="24"/>
        </w:rPr>
        <w:t>Sudáfrica</w:t>
      </w:r>
      <w:proofErr w:type="spellEnd"/>
      <w:r w:rsidR="00A725CB" w:rsidRPr="005F302C">
        <w:rPr>
          <w:rFonts w:ascii="Times New Roman" w:hAnsi="Times New Roman" w:cs="Times New Roman"/>
          <w:sz w:val="24"/>
          <w:szCs w:val="24"/>
        </w:rPr>
        <w:t xml:space="preserve"> post-apartheid. </w:t>
      </w:r>
      <w:proofErr w:type="spellStart"/>
      <w:r w:rsidR="00A725CB" w:rsidRPr="005F302C">
        <w:rPr>
          <w:rFonts w:ascii="Times New Roman" w:hAnsi="Times New Roman" w:cs="Times New Roman"/>
          <w:sz w:val="24"/>
          <w:szCs w:val="24"/>
        </w:rPr>
        <w:t>En</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este</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escenario</w:t>
      </w:r>
      <w:proofErr w:type="spellEnd"/>
      <w:r w:rsidR="00A725CB" w:rsidRPr="005F302C">
        <w:rPr>
          <w:rFonts w:ascii="Times New Roman" w:hAnsi="Times New Roman" w:cs="Times New Roman"/>
          <w:sz w:val="24"/>
          <w:szCs w:val="24"/>
        </w:rPr>
        <w:t xml:space="preserve">, la </w:t>
      </w:r>
      <w:proofErr w:type="spellStart"/>
      <w:r w:rsidR="00A725CB" w:rsidRPr="005F302C">
        <w:rPr>
          <w:rFonts w:ascii="Times New Roman" w:hAnsi="Times New Roman" w:cs="Times New Roman"/>
          <w:sz w:val="24"/>
          <w:szCs w:val="24"/>
        </w:rPr>
        <w:t>violencia</w:t>
      </w:r>
      <w:proofErr w:type="spellEnd"/>
      <w:r w:rsidR="00A725CB" w:rsidRPr="005F302C">
        <w:rPr>
          <w:rFonts w:ascii="Times New Roman" w:hAnsi="Times New Roman" w:cs="Times New Roman"/>
          <w:sz w:val="24"/>
          <w:szCs w:val="24"/>
        </w:rPr>
        <w:t xml:space="preserve"> no </w:t>
      </w:r>
      <w:proofErr w:type="spellStart"/>
      <w:r w:rsidR="00A725CB" w:rsidRPr="005F302C">
        <w:rPr>
          <w:rFonts w:ascii="Times New Roman" w:hAnsi="Times New Roman" w:cs="Times New Roman"/>
          <w:sz w:val="24"/>
          <w:szCs w:val="24"/>
        </w:rPr>
        <w:t>desaparece</w:t>
      </w:r>
      <w:proofErr w:type="spellEnd"/>
      <w:r w:rsidR="00A725CB" w:rsidRPr="005F302C">
        <w:rPr>
          <w:rFonts w:ascii="Times New Roman" w:hAnsi="Times New Roman" w:cs="Times New Roman"/>
          <w:sz w:val="24"/>
          <w:szCs w:val="24"/>
        </w:rPr>
        <w:t xml:space="preserve">; se </w:t>
      </w:r>
      <w:proofErr w:type="spellStart"/>
      <w:r w:rsidR="00A725CB" w:rsidRPr="005F302C">
        <w:rPr>
          <w:rFonts w:ascii="Times New Roman" w:hAnsi="Times New Roman" w:cs="Times New Roman"/>
          <w:sz w:val="24"/>
          <w:szCs w:val="24"/>
        </w:rPr>
        <w:t>transforma</w:t>
      </w:r>
      <w:proofErr w:type="spellEnd"/>
      <w:r w:rsidR="00A725CB" w:rsidRPr="005F302C">
        <w:rPr>
          <w:rFonts w:ascii="Times New Roman" w:hAnsi="Times New Roman" w:cs="Times New Roman"/>
          <w:sz w:val="24"/>
          <w:szCs w:val="24"/>
        </w:rPr>
        <w:t xml:space="preserve">. La </w:t>
      </w:r>
      <w:proofErr w:type="spellStart"/>
      <w:r w:rsidR="00A725CB" w:rsidRPr="005F302C">
        <w:rPr>
          <w:rFonts w:ascii="Times New Roman" w:hAnsi="Times New Roman" w:cs="Times New Roman"/>
          <w:sz w:val="24"/>
          <w:szCs w:val="24"/>
        </w:rPr>
        <w:t>relación</w:t>
      </w:r>
      <w:proofErr w:type="spellEnd"/>
      <w:r w:rsidR="00A725CB" w:rsidRPr="005F302C">
        <w:rPr>
          <w:rFonts w:ascii="Times New Roman" w:hAnsi="Times New Roman" w:cs="Times New Roman"/>
          <w:sz w:val="24"/>
          <w:szCs w:val="24"/>
        </w:rPr>
        <w:t xml:space="preserve"> entre Lucy y Petrus </w:t>
      </w:r>
      <w:proofErr w:type="spellStart"/>
      <w:r w:rsidR="00A725CB" w:rsidRPr="005F302C">
        <w:rPr>
          <w:rFonts w:ascii="Times New Roman" w:hAnsi="Times New Roman" w:cs="Times New Roman"/>
          <w:sz w:val="24"/>
          <w:szCs w:val="24"/>
        </w:rPr>
        <w:t>revela</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cómo</w:t>
      </w:r>
      <w:proofErr w:type="spellEnd"/>
      <w:r w:rsidR="00A725CB" w:rsidRPr="005F302C">
        <w:rPr>
          <w:rFonts w:ascii="Times New Roman" w:hAnsi="Times New Roman" w:cs="Times New Roman"/>
          <w:sz w:val="24"/>
          <w:szCs w:val="24"/>
        </w:rPr>
        <w:t xml:space="preserve"> las </w:t>
      </w:r>
      <w:proofErr w:type="spellStart"/>
      <w:r w:rsidR="00A725CB" w:rsidRPr="005F302C">
        <w:rPr>
          <w:rFonts w:ascii="Times New Roman" w:hAnsi="Times New Roman" w:cs="Times New Roman"/>
          <w:sz w:val="24"/>
          <w:szCs w:val="24"/>
        </w:rPr>
        <w:t>antiguas</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jerarquías</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coloniales</w:t>
      </w:r>
      <w:proofErr w:type="spellEnd"/>
      <w:r w:rsidR="00A725CB" w:rsidRPr="005F302C">
        <w:rPr>
          <w:rFonts w:ascii="Times New Roman" w:hAnsi="Times New Roman" w:cs="Times New Roman"/>
          <w:sz w:val="24"/>
          <w:szCs w:val="24"/>
        </w:rPr>
        <w:t xml:space="preserve"> son </w:t>
      </w:r>
      <w:proofErr w:type="spellStart"/>
      <w:r w:rsidR="00A725CB" w:rsidRPr="005F302C">
        <w:rPr>
          <w:rFonts w:ascii="Times New Roman" w:hAnsi="Times New Roman" w:cs="Times New Roman"/>
          <w:sz w:val="24"/>
          <w:szCs w:val="24"/>
        </w:rPr>
        <w:t>desplazadas</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por</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nuevas</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formas</w:t>
      </w:r>
      <w:proofErr w:type="spellEnd"/>
      <w:r w:rsidR="00A725CB" w:rsidRPr="005F302C">
        <w:rPr>
          <w:rFonts w:ascii="Times New Roman" w:hAnsi="Times New Roman" w:cs="Times New Roman"/>
          <w:sz w:val="24"/>
          <w:szCs w:val="24"/>
        </w:rPr>
        <w:t xml:space="preserve"> de </w:t>
      </w:r>
      <w:proofErr w:type="spellStart"/>
      <w:r w:rsidR="00A725CB" w:rsidRPr="005F302C">
        <w:rPr>
          <w:rFonts w:ascii="Times New Roman" w:hAnsi="Times New Roman" w:cs="Times New Roman"/>
          <w:sz w:val="24"/>
          <w:szCs w:val="24"/>
        </w:rPr>
        <w:t>poder</w:t>
      </w:r>
      <w:proofErr w:type="spellEnd"/>
      <w:r w:rsidR="00A725CB" w:rsidRPr="005F302C">
        <w:rPr>
          <w:rFonts w:ascii="Times New Roman" w:hAnsi="Times New Roman" w:cs="Times New Roman"/>
          <w:sz w:val="24"/>
          <w:szCs w:val="24"/>
        </w:rPr>
        <w:t xml:space="preserve"> </w:t>
      </w:r>
      <w:proofErr w:type="spellStart"/>
      <w:r w:rsidR="00A725CB" w:rsidRPr="005F302C">
        <w:rPr>
          <w:rFonts w:ascii="Times New Roman" w:hAnsi="Times New Roman" w:cs="Times New Roman"/>
          <w:sz w:val="24"/>
          <w:szCs w:val="24"/>
        </w:rPr>
        <w:t>emergentes</w:t>
      </w:r>
      <w:proofErr w:type="spellEnd"/>
      <w:r w:rsidR="00A725CB" w:rsidRPr="005F302C">
        <w:rPr>
          <w:rFonts w:ascii="Times New Roman" w:hAnsi="Times New Roman" w:cs="Times New Roman"/>
          <w:sz w:val="24"/>
          <w:szCs w:val="24"/>
        </w:rPr>
        <w:t>.</w:t>
      </w:r>
    </w:p>
    <w:p w:rsidR="00A725CB" w:rsidRPr="00C23669" w:rsidRDefault="00A725CB" w:rsidP="00C23669">
      <w:pPr>
        <w:spacing w:after="0"/>
        <w:jc w:val="both"/>
        <w:rPr>
          <w:rFonts w:ascii="Times New Roman" w:hAnsi="Times New Roman" w:cs="Times New Roman"/>
          <w:sz w:val="28"/>
          <w:szCs w:val="28"/>
        </w:rPr>
      </w:pPr>
    </w:p>
    <w:p w:rsidR="00A725CB" w:rsidRDefault="00A725CB" w:rsidP="00A725CB"/>
    <w:p w:rsidR="00A725CB" w:rsidRDefault="00A725CB" w:rsidP="00A725CB"/>
    <w:p w:rsidR="00A725CB" w:rsidRPr="00A725CB" w:rsidRDefault="00A725CB" w:rsidP="00A725CB">
      <w:pPr>
        <w:spacing w:before="480" w:after="480" w:line="540" w:lineRule="atLeast"/>
        <w:rPr>
          <w:rFonts w:ascii="Arial" w:eastAsia="Times New Roman" w:hAnsi="Arial" w:cs="Arial"/>
          <w:spacing w:val="5"/>
          <w:sz w:val="29"/>
          <w:szCs w:val="29"/>
          <w:lang w:val="es-ES" w:eastAsia="es-ES"/>
        </w:rPr>
      </w:pPr>
    </w:p>
    <w:sectPr w:rsidR="00A725CB" w:rsidRPr="00A725CB"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FCD" w:rsidRDefault="002C6FCD" w:rsidP="000D131E">
      <w:pPr>
        <w:spacing w:after="0" w:line="240" w:lineRule="auto"/>
      </w:pPr>
      <w:r>
        <w:separator/>
      </w:r>
    </w:p>
  </w:endnote>
  <w:endnote w:type="continuationSeparator" w:id="0">
    <w:p w:rsidR="002C6FCD" w:rsidRDefault="002C6FCD" w:rsidP="000D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FCD" w:rsidRDefault="002C6FCD" w:rsidP="000D131E">
      <w:pPr>
        <w:spacing w:after="0" w:line="240" w:lineRule="auto"/>
      </w:pPr>
      <w:r>
        <w:separator/>
      </w:r>
    </w:p>
  </w:footnote>
  <w:footnote w:type="continuationSeparator" w:id="0">
    <w:p w:rsidR="002C6FCD" w:rsidRDefault="002C6FCD" w:rsidP="000D1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6527E"/>
    <w:rsid w:val="000D131E"/>
    <w:rsid w:val="000F200B"/>
    <w:rsid w:val="0015074B"/>
    <w:rsid w:val="00214C9F"/>
    <w:rsid w:val="00256216"/>
    <w:rsid w:val="002659DB"/>
    <w:rsid w:val="0029639D"/>
    <w:rsid w:val="002C3B0C"/>
    <w:rsid w:val="002C6FCD"/>
    <w:rsid w:val="00326F90"/>
    <w:rsid w:val="0035472C"/>
    <w:rsid w:val="0038245A"/>
    <w:rsid w:val="0046417C"/>
    <w:rsid w:val="0051488B"/>
    <w:rsid w:val="005F302C"/>
    <w:rsid w:val="0060606B"/>
    <w:rsid w:val="00611552"/>
    <w:rsid w:val="00623E25"/>
    <w:rsid w:val="0068498E"/>
    <w:rsid w:val="00721E02"/>
    <w:rsid w:val="00843945"/>
    <w:rsid w:val="00946C4D"/>
    <w:rsid w:val="00966780"/>
    <w:rsid w:val="009A1247"/>
    <w:rsid w:val="00A725CB"/>
    <w:rsid w:val="00AA1D8D"/>
    <w:rsid w:val="00AC40B9"/>
    <w:rsid w:val="00AE5A7B"/>
    <w:rsid w:val="00B4609E"/>
    <w:rsid w:val="00B47730"/>
    <w:rsid w:val="00BA1406"/>
    <w:rsid w:val="00BC6810"/>
    <w:rsid w:val="00C23669"/>
    <w:rsid w:val="00CA6CA4"/>
    <w:rsid w:val="00CB0664"/>
    <w:rsid w:val="00CD170D"/>
    <w:rsid w:val="00CF74BA"/>
    <w:rsid w:val="00E23E20"/>
    <w:rsid w:val="00E735BF"/>
    <w:rsid w:val="00EE79D4"/>
    <w:rsid w:val="00FC693F"/>
    <w:rsid w:val="00FF0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D49A0E"/>
  <w14:defaultImageDpi w14:val="300"/>
  <w15:docId w15:val="{D76B9C9B-4310-4AA0-848D-191D054A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semiHidden/>
    <w:unhideWhenUsed/>
    <w:rsid w:val="00A725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045958">
      <w:bodyDiv w:val="1"/>
      <w:marLeft w:val="0"/>
      <w:marRight w:val="0"/>
      <w:marTop w:val="0"/>
      <w:marBottom w:val="0"/>
      <w:divBdr>
        <w:top w:val="none" w:sz="0" w:space="0" w:color="auto"/>
        <w:left w:val="none" w:sz="0" w:space="0" w:color="auto"/>
        <w:bottom w:val="none" w:sz="0" w:space="0" w:color="auto"/>
        <w:right w:val="none" w:sz="0" w:space="0" w:color="auto"/>
      </w:divBdr>
      <w:divsChild>
        <w:div w:id="1387222609">
          <w:marLeft w:val="0"/>
          <w:marRight w:val="0"/>
          <w:marTop w:val="0"/>
          <w:marBottom w:val="0"/>
          <w:divBdr>
            <w:top w:val="none" w:sz="0" w:space="0" w:color="auto"/>
            <w:left w:val="none" w:sz="0" w:space="0" w:color="auto"/>
            <w:bottom w:val="none" w:sz="0" w:space="0" w:color="auto"/>
            <w:right w:val="none" w:sz="0" w:space="0" w:color="auto"/>
          </w:divBdr>
          <w:divsChild>
            <w:div w:id="2116249095">
              <w:marLeft w:val="0"/>
              <w:marRight w:val="0"/>
              <w:marTop w:val="300"/>
              <w:marBottom w:val="0"/>
              <w:divBdr>
                <w:top w:val="none" w:sz="0" w:space="0" w:color="auto"/>
                <w:left w:val="none" w:sz="0" w:space="0" w:color="auto"/>
                <w:bottom w:val="none" w:sz="0" w:space="0" w:color="auto"/>
                <w:right w:val="none" w:sz="0" w:space="0" w:color="auto"/>
              </w:divBdr>
              <w:divsChild>
                <w:div w:id="2011832012">
                  <w:marLeft w:val="0"/>
                  <w:marRight w:val="0"/>
                  <w:marTop w:val="0"/>
                  <w:marBottom w:val="0"/>
                  <w:divBdr>
                    <w:top w:val="none" w:sz="0" w:space="0" w:color="auto"/>
                    <w:left w:val="none" w:sz="0" w:space="0" w:color="auto"/>
                    <w:bottom w:val="none" w:sz="0" w:space="0" w:color="auto"/>
                    <w:right w:val="none" w:sz="0" w:space="0" w:color="auto"/>
                  </w:divBdr>
                  <w:divsChild>
                    <w:div w:id="1791783280">
                      <w:marLeft w:val="0"/>
                      <w:marRight w:val="0"/>
                      <w:marTop w:val="0"/>
                      <w:marBottom w:val="0"/>
                      <w:divBdr>
                        <w:top w:val="none" w:sz="0" w:space="0" w:color="auto"/>
                        <w:left w:val="none" w:sz="0" w:space="0" w:color="auto"/>
                        <w:bottom w:val="none" w:sz="0" w:space="0" w:color="auto"/>
                        <w:right w:val="none" w:sz="0" w:space="0" w:color="auto"/>
                      </w:divBdr>
                      <w:divsChild>
                        <w:div w:id="553129024">
                          <w:marLeft w:val="0"/>
                          <w:marRight w:val="0"/>
                          <w:marTop w:val="0"/>
                          <w:marBottom w:val="0"/>
                          <w:divBdr>
                            <w:top w:val="none" w:sz="0" w:space="0" w:color="auto"/>
                            <w:left w:val="none" w:sz="0" w:space="0" w:color="auto"/>
                            <w:bottom w:val="none" w:sz="0" w:space="0" w:color="auto"/>
                            <w:right w:val="none" w:sz="0" w:space="0" w:color="auto"/>
                          </w:divBdr>
                          <w:divsChild>
                            <w:div w:id="406534712">
                              <w:marLeft w:val="0"/>
                              <w:marRight w:val="0"/>
                              <w:marTop w:val="0"/>
                              <w:marBottom w:val="0"/>
                              <w:divBdr>
                                <w:top w:val="none" w:sz="0" w:space="0" w:color="auto"/>
                                <w:left w:val="none" w:sz="0" w:space="0" w:color="auto"/>
                                <w:bottom w:val="none" w:sz="0" w:space="0" w:color="auto"/>
                                <w:right w:val="none" w:sz="0" w:space="0" w:color="auto"/>
                              </w:divBdr>
                              <w:divsChild>
                                <w:div w:id="684982429">
                                  <w:marLeft w:val="0"/>
                                  <w:marRight w:val="0"/>
                                  <w:marTop w:val="0"/>
                                  <w:marBottom w:val="0"/>
                                  <w:divBdr>
                                    <w:top w:val="none" w:sz="0" w:space="0" w:color="auto"/>
                                    <w:left w:val="none" w:sz="0" w:space="0" w:color="auto"/>
                                    <w:bottom w:val="none" w:sz="0" w:space="0" w:color="auto"/>
                                    <w:right w:val="none" w:sz="0" w:space="0" w:color="auto"/>
                                  </w:divBdr>
                                  <w:divsChild>
                                    <w:div w:id="1134637407">
                                      <w:marLeft w:val="0"/>
                                      <w:marRight w:val="0"/>
                                      <w:marTop w:val="0"/>
                                      <w:marBottom w:val="0"/>
                                      <w:divBdr>
                                        <w:top w:val="none" w:sz="0" w:space="0" w:color="auto"/>
                                        <w:left w:val="none" w:sz="0" w:space="0" w:color="auto"/>
                                        <w:bottom w:val="none" w:sz="0" w:space="0" w:color="auto"/>
                                        <w:right w:val="none" w:sz="0" w:space="0" w:color="auto"/>
                                      </w:divBdr>
                                    </w:div>
                                  </w:divsChild>
                                </w:div>
                                <w:div w:id="719019642">
                                  <w:marLeft w:val="0"/>
                                  <w:marRight w:val="0"/>
                                  <w:marTop w:val="0"/>
                                  <w:marBottom w:val="0"/>
                                  <w:divBdr>
                                    <w:top w:val="none" w:sz="0" w:space="0" w:color="auto"/>
                                    <w:left w:val="none" w:sz="0" w:space="0" w:color="auto"/>
                                    <w:bottom w:val="none" w:sz="0" w:space="0" w:color="auto"/>
                                    <w:right w:val="none" w:sz="0" w:space="0" w:color="auto"/>
                                  </w:divBdr>
                                  <w:divsChild>
                                    <w:div w:id="47310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296243">
          <w:marLeft w:val="450"/>
          <w:marRight w:val="0"/>
          <w:marTop w:val="0"/>
          <w:marBottom w:val="0"/>
          <w:divBdr>
            <w:top w:val="none" w:sz="0" w:space="0" w:color="auto"/>
            <w:left w:val="none" w:sz="0" w:space="0" w:color="auto"/>
            <w:bottom w:val="none" w:sz="0" w:space="0" w:color="auto"/>
            <w:right w:val="none" w:sz="0" w:space="0" w:color="auto"/>
          </w:divBdr>
          <w:divsChild>
            <w:div w:id="575287236">
              <w:marLeft w:val="0"/>
              <w:marRight w:val="0"/>
              <w:marTop w:val="0"/>
              <w:marBottom w:val="0"/>
              <w:divBdr>
                <w:top w:val="none" w:sz="0" w:space="0" w:color="auto"/>
                <w:left w:val="none" w:sz="0" w:space="0" w:color="auto"/>
                <w:bottom w:val="none" w:sz="0" w:space="0" w:color="auto"/>
                <w:right w:val="none" w:sz="0" w:space="0" w:color="auto"/>
              </w:divBdr>
              <w:divsChild>
                <w:div w:id="1879707166">
                  <w:marLeft w:val="0"/>
                  <w:marRight w:val="0"/>
                  <w:marTop w:val="0"/>
                  <w:marBottom w:val="0"/>
                  <w:divBdr>
                    <w:top w:val="none" w:sz="0" w:space="0" w:color="auto"/>
                    <w:left w:val="none" w:sz="0" w:space="0" w:color="auto"/>
                    <w:bottom w:val="none" w:sz="0" w:space="0" w:color="auto"/>
                    <w:right w:val="none" w:sz="0" w:space="0" w:color="auto"/>
                  </w:divBdr>
                  <w:divsChild>
                    <w:div w:id="1526168921">
                      <w:marLeft w:val="0"/>
                      <w:marRight w:val="0"/>
                      <w:marTop w:val="0"/>
                      <w:marBottom w:val="0"/>
                      <w:divBdr>
                        <w:top w:val="none" w:sz="0" w:space="0" w:color="auto"/>
                        <w:left w:val="none" w:sz="0" w:space="0" w:color="auto"/>
                        <w:bottom w:val="none" w:sz="0" w:space="0" w:color="auto"/>
                        <w:right w:val="none" w:sz="0" w:space="0" w:color="auto"/>
                      </w:divBdr>
                      <w:divsChild>
                        <w:div w:id="2064058779">
                          <w:marLeft w:val="0"/>
                          <w:marRight w:val="0"/>
                          <w:marTop w:val="0"/>
                          <w:marBottom w:val="0"/>
                          <w:divBdr>
                            <w:top w:val="none" w:sz="0" w:space="0" w:color="auto"/>
                            <w:left w:val="none" w:sz="0" w:space="0" w:color="auto"/>
                            <w:bottom w:val="none" w:sz="0" w:space="0" w:color="auto"/>
                            <w:right w:val="none" w:sz="0" w:space="0" w:color="auto"/>
                          </w:divBdr>
                          <w:divsChild>
                            <w:div w:id="18236577">
                              <w:marLeft w:val="0"/>
                              <w:marRight w:val="0"/>
                              <w:marTop w:val="0"/>
                              <w:marBottom w:val="0"/>
                              <w:divBdr>
                                <w:top w:val="none" w:sz="0" w:space="0" w:color="auto"/>
                                <w:left w:val="none" w:sz="0" w:space="0" w:color="auto"/>
                                <w:bottom w:val="none" w:sz="0" w:space="0" w:color="auto"/>
                                <w:right w:val="none" w:sz="0" w:space="0" w:color="auto"/>
                              </w:divBdr>
                            </w:div>
                            <w:div w:id="1975522308">
                              <w:marLeft w:val="0"/>
                              <w:marRight w:val="0"/>
                              <w:marTop w:val="0"/>
                              <w:marBottom w:val="0"/>
                              <w:divBdr>
                                <w:top w:val="none" w:sz="0" w:space="0" w:color="auto"/>
                                <w:left w:val="none" w:sz="0" w:space="0" w:color="auto"/>
                                <w:bottom w:val="none" w:sz="0" w:space="0" w:color="auto"/>
                                <w:right w:val="none" w:sz="0" w:space="0" w:color="auto"/>
                              </w:divBdr>
                            </w:div>
                          </w:divsChild>
                        </w:div>
                        <w:div w:id="294020055">
                          <w:marLeft w:val="0"/>
                          <w:marRight w:val="0"/>
                          <w:marTop w:val="0"/>
                          <w:marBottom w:val="0"/>
                          <w:divBdr>
                            <w:top w:val="none" w:sz="0" w:space="0" w:color="auto"/>
                            <w:left w:val="none" w:sz="0" w:space="0" w:color="auto"/>
                            <w:bottom w:val="none" w:sz="0" w:space="0" w:color="auto"/>
                            <w:right w:val="none" w:sz="0" w:space="0" w:color="auto"/>
                          </w:divBdr>
                          <w:divsChild>
                            <w:div w:id="7758365">
                              <w:marLeft w:val="0"/>
                              <w:marRight w:val="0"/>
                              <w:marTop w:val="0"/>
                              <w:marBottom w:val="0"/>
                              <w:divBdr>
                                <w:top w:val="none" w:sz="0" w:space="0" w:color="auto"/>
                                <w:left w:val="none" w:sz="0" w:space="0" w:color="auto"/>
                                <w:bottom w:val="none" w:sz="0" w:space="0" w:color="auto"/>
                                <w:right w:val="none" w:sz="0" w:space="0" w:color="auto"/>
                              </w:divBdr>
                            </w:div>
                            <w:div w:id="468128426">
                              <w:marLeft w:val="0"/>
                              <w:marRight w:val="0"/>
                              <w:marTop w:val="0"/>
                              <w:marBottom w:val="0"/>
                              <w:divBdr>
                                <w:top w:val="none" w:sz="0" w:space="0" w:color="auto"/>
                                <w:left w:val="none" w:sz="0" w:space="0" w:color="auto"/>
                                <w:bottom w:val="none" w:sz="0" w:space="0" w:color="auto"/>
                                <w:right w:val="none" w:sz="0" w:space="0" w:color="auto"/>
                              </w:divBdr>
                            </w:div>
                          </w:divsChild>
                        </w:div>
                        <w:div w:id="1946424945">
                          <w:marLeft w:val="0"/>
                          <w:marRight w:val="0"/>
                          <w:marTop w:val="0"/>
                          <w:marBottom w:val="0"/>
                          <w:divBdr>
                            <w:top w:val="none" w:sz="0" w:space="0" w:color="auto"/>
                            <w:left w:val="none" w:sz="0" w:space="0" w:color="auto"/>
                            <w:bottom w:val="none" w:sz="0" w:space="0" w:color="auto"/>
                            <w:right w:val="none" w:sz="0" w:space="0" w:color="auto"/>
                          </w:divBdr>
                          <w:divsChild>
                            <w:div w:id="1744794789">
                              <w:marLeft w:val="0"/>
                              <w:marRight w:val="0"/>
                              <w:marTop w:val="0"/>
                              <w:marBottom w:val="0"/>
                              <w:divBdr>
                                <w:top w:val="none" w:sz="0" w:space="0" w:color="auto"/>
                                <w:left w:val="none" w:sz="0" w:space="0" w:color="auto"/>
                                <w:bottom w:val="none" w:sz="0" w:space="0" w:color="auto"/>
                                <w:right w:val="none" w:sz="0" w:space="0" w:color="auto"/>
                              </w:divBdr>
                            </w:div>
                            <w:div w:id="102576264">
                              <w:marLeft w:val="0"/>
                              <w:marRight w:val="0"/>
                              <w:marTop w:val="0"/>
                              <w:marBottom w:val="0"/>
                              <w:divBdr>
                                <w:top w:val="none" w:sz="0" w:space="0" w:color="auto"/>
                                <w:left w:val="none" w:sz="0" w:space="0" w:color="auto"/>
                                <w:bottom w:val="none" w:sz="0" w:space="0" w:color="auto"/>
                                <w:right w:val="none" w:sz="0" w:space="0" w:color="auto"/>
                              </w:divBdr>
                            </w:div>
                          </w:divsChild>
                        </w:div>
                        <w:div w:id="1122990614">
                          <w:marLeft w:val="0"/>
                          <w:marRight w:val="0"/>
                          <w:marTop w:val="0"/>
                          <w:marBottom w:val="0"/>
                          <w:divBdr>
                            <w:top w:val="none" w:sz="0" w:space="0" w:color="auto"/>
                            <w:left w:val="none" w:sz="0" w:space="0" w:color="auto"/>
                            <w:bottom w:val="none" w:sz="0" w:space="0" w:color="auto"/>
                            <w:right w:val="none" w:sz="0" w:space="0" w:color="auto"/>
                          </w:divBdr>
                          <w:divsChild>
                            <w:div w:id="2058314605">
                              <w:marLeft w:val="0"/>
                              <w:marRight w:val="0"/>
                              <w:marTop w:val="0"/>
                              <w:marBottom w:val="0"/>
                              <w:divBdr>
                                <w:top w:val="none" w:sz="0" w:space="0" w:color="auto"/>
                                <w:left w:val="none" w:sz="0" w:space="0" w:color="auto"/>
                                <w:bottom w:val="none" w:sz="0" w:space="0" w:color="auto"/>
                                <w:right w:val="none" w:sz="0" w:space="0" w:color="auto"/>
                              </w:divBdr>
                            </w:div>
                            <w:div w:id="168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92751">
                  <w:marLeft w:val="0"/>
                  <w:marRight w:val="0"/>
                  <w:marTop w:val="0"/>
                  <w:marBottom w:val="0"/>
                  <w:divBdr>
                    <w:top w:val="none" w:sz="0" w:space="0" w:color="auto"/>
                    <w:left w:val="none" w:sz="0" w:space="0" w:color="auto"/>
                    <w:bottom w:val="none" w:sz="0" w:space="0" w:color="auto"/>
                    <w:right w:val="none" w:sz="0" w:space="0" w:color="auto"/>
                  </w:divBdr>
                  <w:divsChild>
                    <w:div w:id="3453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6640">
              <w:marLeft w:val="0"/>
              <w:marRight w:val="0"/>
              <w:marTop w:val="300"/>
              <w:marBottom w:val="0"/>
              <w:divBdr>
                <w:top w:val="none" w:sz="0" w:space="0" w:color="auto"/>
                <w:left w:val="none" w:sz="0" w:space="0" w:color="auto"/>
                <w:bottom w:val="none" w:sz="0" w:space="0" w:color="auto"/>
                <w:right w:val="none" w:sz="0" w:space="0" w:color="auto"/>
              </w:divBdr>
              <w:divsChild>
                <w:div w:id="237204801">
                  <w:marLeft w:val="0"/>
                  <w:marRight w:val="0"/>
                  <w:marTop w:val="0"/>
                  <w:marBottom w:val="0"/>
                  <w:divBdr>
                    <w:top w:val="none" w:sz="0" w:space="0" w:color="auto"/>
                    <w:left w:val="none" w:sz="0" w:space="0" w:color="auto"/>
                    <w:bottom w:val="none" w:sz="0" w:space="0" w:color="auto"/>
                    <w:right w:val="none" w:sz="0" w:space="0" w:color="auto"/>
                  </w:divBdr>
                </w:div>
                <w:div w:id="18523770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babelio.com/livres/Coetzee-Desgracia/48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FBD31-691D-4D8D-BCCE-78A6058F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2906</Words>
  <Characters>15983</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USUARIO</cp:lastModifiedBy>
  <cp:revision>20</cp:revision>
  <dcterms:created xsi:type="dcterms:W3CDTF">2025-11-07T12:40:00Z</dcterms:created>
  <dcterms:modified xsi:type="dcterms:W3CDTF">2025-11-28T18:50:00Z</dcterms:modified>
  <cp:category/>
</cp:coreProperties>
</file>